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F5E6" w14:textId="77777777" w:rsidR="00CB7524" w:rsidRPr="0042024B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b/>
          <w:sz w:val="24"/>
          <w:szCs w:val="24"/>
        </w:rPr>
        <w:t>Príloha č. 2</w:t>
      </w:r>
    </w:p>
    <w:p w14:paraId="772C571C" w14:textId="77777777" w:rsidR="00CB7524" w:rsidRPr="0042024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b/>
          <w:sz w:val="24"/>
          <w:szCs w:val="24"/>
        </w:rPr>
        <w:t>SÚHLAS SO SPRACÚVANÍM OSOBNÝCH ÚDAJOV</w:t>
      </w:r>
    </w:p>
    <w:p w14:paraId="7B16D636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sz w:val="24"/>
          <w:szCs w:val="24"/>
        </w:rPr>
        <w:t>V zmysle čl. 6 ods. 1 písm. a)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proofErr w:type="gramStart"/>
      <w:r w:rsidRPr="0042024B">
        <w:rPr>
          <w:rFonts w:ascii="Times New Roman" w:hAnsi="Times New Roman" w:cs="Times New Roman"/>
          <w:sz w:val="24"/>
          <w:szCs w:val="24"/>
        </w:rPr>
        <w:t>Nariadenie“</w:t>
      </w:r>
      <w:proofErr w:type="gramEnd"/>
      <w:r w:rsidRPr="0042024B">
        <w:rPr>
          <w:rFonts w:ascii="Times New Roman" w:hAnsi="Times New Roman" w:cs="Times New Roman"/>
          <w:sz w:val="24"/>
          <w:szCs w:val="24"/>
        </w:rPr>
        <w:t>), ako dotknutá osoba: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5496"/>
      </w:tblGrid>
      <w:tr w:rsidR="00CB7524" w:rsidRPr="0042024B" w14:paraId="47A8802A" w14:textId="77777777">
        <w:trPr>
          <w:jc w:val="center"/>
        </w:trPr>
        <w:tc>
          <w:tcPr>
            <w:tcW w:w="4816" w:type="dxa"/>
            <w:vAlign w:val="center"/>
          </w:tcPr>
          <w:p w14:paraId="3624DE5D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Meno, priezvisko</w:t>
            </w:r>
          </w:p>
        </w:tc>
        <w:tc>
          <w:tcPr>
            <w:tcW w:w="4816" w:type="dxa"/>
            <w:vAlign w:val="center"/>
          </w:tcPr>
          <w:p w14:paraId="3F735C4B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</w:t>
            </w:r>
          </w:p>
        </w:tc>
      </w:tr>
      <w:tr w:rsidR="00CB7524" w:rsidRPr="0042024B" w14:paraId="7562C31E" w14:textId="77777777">
        <w:trPr>
          <w:jc w:val="center"/>
        </w:trPr>
        <w:tc>
          <w:tcPr>
            <w:tcW w:w="4816" w:type="dxa"/>
            <w:vAlign w:val="center"/>
          </w:tcPr>
          <w:p w14:paraId="264999B6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816" w:type="dxa"/>
            <w:vAlign w:val="center"/>
          </w:tcPr>
          <w:p w14:paraId="709A9569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</w:t>
            </w:r>
          </w:p>
        </w:tc>
      </w:tr>
      <w:tr w:rsidR="00CB7524" w:rsidRPr="0042024B" w14:paraId="6657B921" w14:textId="77777777">
        <w:trPr>
          <w:jc w:val="center"/>
        </w:trPr>
        <w:tc>
          <w:tcPr>
            <w:tcW w:w="4816" w:type="dxa"/>
            <w:vAlign w:val="center"/>
          </w:tcPr>
          <w:p w14:paraId="68E45E57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Miesto podnikania / sídlo</w:t>
            </w:r>
          </w:p>
        </w:tc>
        <w:tc>
          <w:tcPr>
            <w:tcW w:w="4816" w:type="dxa"/>
            <w:vAlign w:val="center"/>
          </w:tcPr>
          <w:p w14:paraId="1C0426F8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</w:t>
            </w:r>
          </w:p>
        </w:tc>
      </w:tr>
      <w:tr w:rsidR="00CB7524" w:rsidRPr="0042024B" w14:paraId="6A385A26" w14:textId="77777777">
        <w:trPr>
          <w:jc w:val="center"/>
        </w:trPr>
        <w:tc>
          <w:tcPr>
            <w:tcW w:w="4816" w:type="dxa"/>
            <w:vAlign w:val="center"/>
          </w:tcPr>
          <w:p w14:paraId="4E661A4D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816" w:type="dxa"/>
            <w:vAlign w:val="center"/>
          </w:tcPr>
          <w:p w14:paraId="3E0BEAB8" w14:textId="77777777" w:rsidR="00CB7524" w:rsidRPr="0042024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4B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</w:t>
            </w:r>
          </w:p>
        </w:tc>
      </w:tr>
    </w:tbl>
    <w:p w14:paraId="0EE764AF" w14:textId="77777777" w:rsidR="00CB7524" w:rsidRPr="0042024B" w:rsidRDefault="00CB7524">
      <w:pPr>
        <w:rPr>
          <w:rFonts w:ascii="Times New Roman" w:hAnsi="Times New Roman" w:cs="Times New Roman"/>
          <w:sz w:val="24"/>
          <w:szCs w:val="24"/>
        </w:rPr>
      </w:pPr>
    </w:p>
    <w:p w14:paraId="5E0E513C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b/>
          <w:sz w:val="24"/>
          <w:szCs w:val="24"/>
        </w:rPr>
        <w:t>udeľujem obstarávateľovi:</w:t>
      </w:r>
    </w:p>
    <w:p w14:paraId="664F4575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sz w:val="24"/>
          <w:szCs w:val="24"/>
        </w:rPr>
        <w:t>AGROMAN, s. r. o., Tašuľa 59, 072 52 Tašuľa, IČO: 36 571 598</w:t>
      </w:r>
    </w:p>
    <w:p w14:paraId="0A289178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b/>
          <w:sz w:val="24"/>
          <w:szCs w:val="24"/>
        </w:rPr>
        <w:t>a poskytovateľovi príspevku:</w:t>
      </w:r>
    </w:p>
    <w:p w14:paraId="516154A7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30 794 323</w:t>
      </w:r>
    </w:p>
    <w:p w14:paraId="1DF95D04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sz w:val="24"/>
          <w:szCs w:val="24"/>
        </w:rPr>
        <w:t>súhlas na spracúvanie mojich osobných údajov v rozsahu: meno, priezvisko, obchodné meno, miesto podnikania / sídlo, IČO, kontaktné údaje (e-mail / telefónne číslo), IBAN, rodné číslo a dátum narodenia, pokiaľ sú tieto údaje súčasťou predloženej dokumentácie,</w:t>
      </w:r>
    </w:p>
    <w:p w14:paraId="02722DD6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sz w:val="24"/>
          <w:szCs w:val="24"/>
        </w:rPr>
        <w:t xml:space="preserve">za účelom určenia predpokladanej hodnoty zákazky v rámci prieskumu trhu s názvom „Dodávka </w:t>
      </w:r>
      <w:proofErr w:type="gramStart"/>
      <w:r w:rsidRPr="0042024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2024B">
        <w:rPr>
          <w:rFonts w:ascii="Times New Roman" w:hAnsi="Times New Roman" w:cs="Times New Roman"/>
          <w:sz w:val="24"/>
          <w:szCs w:val="24"/>
        </w:rPr>
        <w:t xml:space="preserve"> inštalácia fotovoltickej elektrárne s batériovým </w:t>
      </w:r>
      <w:proofErr w:type="gramStart"/>
      <w:r w:rsidRPr="0042024B">
        <w:rPr>
          <w:rFonts w:ascii="Times New Roman" w:hAnsi="Times New Roman" w:cs="Times New Roman"/>
          <w:sz w:val="24"/>
          <w:szCs w:val="24"/>
        </w:rPr>
        <w:t>úložiskom“ v</w:t>
      </w:r>
      <w:proofErr w:type="gramEnd"/>
      <w:r w:rsidRPr="0042024B">
        <w:rPr>
          <w:rFonts w:ascii="Times New Roman" w:hAnsi="Times New Roman" w:cs="Times New Roman"/>
          <w:sz w:val="24"/>
          <w:szCs w:val="24"/>
        </w:rPr>
        <w:t xml:space="preserve"> súlade s Metodickým usmernením riadiaceho orgánu č. 2/2025 v aktuálnom znení k obstarávaniu tovarov, stavebných prác a služieb pri implementácii projektových intervencií v rámci Strategického plánu SPP 2023 – 2027 a na účely kontroly dokumentácie z vykonaného obstarávania zo strany poskytovateľa príspevku.</w:t>
      </w:r>
    </w:p>
    <w:p w14:paraId="715513E0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sz w:val="24"/>
          <w:szCs w:val="24"/>
        </w:rPr>
        <w:t>Tento súhlas udeľujem dobrovoľne, slobodne a vážne, po predchádzajúcom oboznámení sa s mojimi právami dotknutej osoby. Som si vedomý/á, že svoj súhlas môžem kedykoľvek odvolať; odvolanie súhlasu nemá vplyv na zákonnosť spracúvania založeného na súhlase pred jeho odvolaním.</w:t>
      </w:r>
    </w:p>
    <w:p w14:paraId="67E86DDD" w14:textId="77777777" w:rsidR="00CB7524" w:rsidRPr="0042024B" w:rsidRDefault="00000000">
      <w:pPr>
        <w:rPr>
          <w:rFonts w:ascii="Times New Roman" w:hAnsi="Times New Roman" w:cs="Times New Roman"/>
          <w:sz w:val="24"/>
          <w:szCs w:val="24"/>
        </w:rPr>
      </w:pPr>
      <w:r w:rsidRPr="0042024B">
        <w:rPr>
          <w:rFonts w:ascii="Times New Roman" w:hAnsi="Times New Roman" w:cs="Times New Roman"/>
          <w:sz w:val="24"/>
          <w:szCs w:val="24"/>
        </w:rPr>
        <w:br/>
        <w:t>V ........................................ dňa .................................</w:t>
      </w:r>
    </w:p>
    <w:p w14:paraId="5ACBA102" w14:textId="77777777" w:rsidR="00CB7524" w:rsidRDefault="00000000">
      <w:pPr>
        <w:jc w:val="right"/>
      </w:pPr>
      <w:r>
        <w:br/>
      </w:r>
      <w:r>
        <w:br/>
        <w:t>........................................................</w:t>
      </w:r>
      <w:r>
        <w:br/>
        <w:t>podpis</w:t>
      </w:r>
    </w:p>
    <w:sectPr w:rsidR="00CB7524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2097174">
    <w:abstractNumId w:val="8"/>
  </w:num>
  <w:num w:numId="2" w16cid:durableId="1120732482">
    <w:abstractNumId w:val="6"/>
  </w:num>
  <w:num w:numId="3" w16cid:durableId="1380545276">
    <w:abstractNumId w:val="5"/>
  </w:num>
  <w:num w:numId="4" w16cid:durableId="1345089925">
    <w:abstractNumId w:val="4"/>
  </w:num>
  <w:num w:numId="5" w16cid:durableId="86269540">
    <w:abstractNumId w:val="7"/>
  </w:num>
  <w:num w:numId="6" w16cid:durableId="885144910">
    <w:abstractNumId w:val="3"/>
  </w:num>
  <w:num w:numId="7" w16cid:durableId="2110075176">
    <w:abstractNumId w:val="2"/>
  </w:num>
  <w:num w:numId="8" w16cid:durableId="1289967964">
    <w:abstractNumId w:val="1"/>
  </w:num>
  <w:num w:numId="9" w16cid:durableId="136297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2CB"/>
    <w:rsid w:val="00034616"/>
    <w:rsid w:val="0006063C"/>
    <w:rsid w:val="0015074B"/>
    <w:rsid w:val="0029639D"/>
    <w:rsid w:val="00326F90"/>
    <w:rsid w:val="0042024B"/>
    <w:rsid w:val="00AA1D8D"/>
    <w:rsid w:val="00B47730"/>
    <w:rsid w:val="00CB0664"/>
    <w:rsid w:val="00CB7524"/>
    <w:rsid w:val="00E264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034FC"/>
  <w14:defaultImageDpi w14:val="300"/>
  <w15:docId w15:val="{38948ACF-F040-4ED8-A1A6-70C26287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Katarína Cigľarová</cp:lastModifiedBy>
  <cp:revision>2</cp:revision>
  <dcterms:created xsi:type="dcterms:W3CDTF">2026-09-02T13:31:00Z</dcterms:created>
  <dcterms:modified xsi:type="dcterms:W3CDTF">2026-09-02T13:31:00Z</dcterms:modified>
  <cp:category/>
</cp:coreProperties>
</file>