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5741F1F" w14:textId="77777777">
        <w:trPr>
          <w:jc w:val="center"/>
        </w:trPr>
        <w:tc>
          <w:tcPr>
            <w:tcW w:w="5159" w:type="dxa"/>
            <w:tcMar>
              <w:top w:w="70" w:type="dxa"/>
              <w:left w:w="95" w:type="dxa"/>
              <w:bottom w:w="70" w:type="dxa"/>
              <w:right w:w="95" w:type="dxa"/>
            </w:tcMar>
          </w:tcPr>
          <w:p w14:paraId="16B34B74" w14:textId="77777777" w:rsidR="003F413A" w:rsidRPr="00B662DE" w:rsidRDefault="00000000">
            <w:pPr>
              <w:spacing w:after="40"/>
              <w:jc w:val="both"/>
              <w:rPr>
                <w:b/>
                <w:bCs/>
              </w:rPr>
            </w:pPr>
            <w:r w:rsidRPr="00B662DE">
              <w:rPr>
                <w:b/>
                <w:bCs/>
              </w:rPr>
              <w:t>Contract for purchase and sale</w:t>
            </w:r>
            <w:r w:rsidR="00B662DE">
              <w:rPr>
                <w:b/>
                <w:bCs/>
              </w:rPr>
              <w:t xml:space="preserve">                             </w:t>
            </w:r>
            <w:r w:rsidRPr="00B662DE">
              <w:rPr>
                <w:b/>
                <w:bCs/>
              </w:rPr>
              <w:t>№ _________</w:t>
            </w:r>
          </w:p>
        </w:tc>
        <w:tc>
          <w:tcPr>
            <w:tcW w:w="5159" w:type="dxa"/>
            <w:tcMar>
              <w:top w:w="70" w:type="dxa"/>
              <w:left w:w="95" w:type="dxa"/>
              <w:bottom w:w="70" w:type="dxa"/>
              <w:right w:w="95" w:type="dxa"/>
            </w:tcMar>
          </w:tcPr>
          <w:p w14:paraId="77626972" w14:textId="77777777" w:rsidR="003F413A" w:rsidRPr="00B662DE" w:rsidRDefault="00000000">
            <w:pPr>
              <w:spacing w:after="40"/>
              <w:jc w:val="both"/>
              <w:rPr>
                <w:b/>
                <w:bCs/>
              </w:rPr>
            </w:pPr>
            <w:proofErr w:type="spellStart"/>
            <w:r w:rsidRPr="00B662DE">
              <w:rPr>
                <w:b/>
                <w:bCs/>
              </w:rPr>
              <w:t>Kúpnopredajná</w:t>
            </w:r>
            <w:proofErr w:type="spellEnd"/>
            <w:r w:rsidRPr="00B662DE">
              <w:rPr>
                <w:b/>
                <w:bCs/>
              </w:rPr>
              <w:t xml:space="preserve"> </w:t>
            </w:r>
            <w:proofErr w:type="spellStart"/>
            <w:r w:rsidRPr="00B662DE">
              <w:rPr>
                <w:b/>
                <w:bCs/>
              </w:rPr>
              <w:t>zmluva</w:t>
            </w:r>
            <w:proofErr w:type="spellEnd"/>
            <w:r w:rsidRPr="00B662DE">
              <w:rPr>
                <w:b/>
                <w:bCs/>
              </w:rPr>
              <w:t xml:space="preserve">                                   </w:t>
            </w:r>
            <w:r w:rsidR="00B662DE" w:rsidRPr="00B662DE">
              <w:rPr>
                <w:b/>
                <w:bCs/>
              </w:rPr>
              <w:t xml:space="preserve">      </w:t>
            </w:r>
            <w:r w:rsidRPr="00B662DE">
              <w:rPr>
                <w:b/>
                <w:bCs/>
              </w:rPr>
              <w:t>č. __________</w:t>
            </w:r>
          </w:p>
        </w:tc>
      </w:tr>
    </w:tbl>
    <w:p w14:paraId="22DAA089"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9F8FB44" w14:textId="77777777">
        <w:trPr>
          <w:jc w:val="center"/>
        </w:trPr>
        <w:tc>
          <w:tcPr>
            <w:tcW w:w="5159" w:type="dxa"/>
            <w:tcMar>
              <w:top w:w="70" w:type="dxa"/>
              <w:left w:w="95" w:type="dxa"/>
              <w:bottom w:w="70" w:type="dxa"/>
              <w:right w:w="95" w:type="dxa"/>
            </w:tcMar>
          </w:tcPr>
          <w:p w14:paraId="384D6B0E" w14:textId="77777777" w:rsidR="003F413A" w:rsidRDefault="00000000">
            <w:pPr>
              <w:spacing w:after="40"/>
              <w:jc w:val="both"/>
            </w:pPr>
            <w:r>
              <w:t>_________, a legal entity established and existing under the laws of ________________ in the form of a limited liability company, with its registered office at ____________________________, Company ID: _______, Tax ID: ________, VAT ID: ____________, registered in the_________________________, represented by ___________________, hereinafter referred to as the Seller, on the one Part,</w:t>
            </w:r>
          </w:p>
        </w:tc>
        <w:tc>
          <w:tcPr>
            <w:tcW w:w="5159" w:type="dxa"/>
            <w:tcMar>
              <w:top w:w="70" w:type="dxa"/>
              <w:left w:w="95" w:type="dxa"/>
              <w:bottom w:w="70" w:type="dxa"/>
              <w:right w:w="95" w:type="dxa"/>
            </w:tcMar>
          </w:tcPr>
          <w:p w14:paraId="0D10D646" w14:textId="77777777" w:rsidR="003F413A" w:rsidRDefault="00000000">
            <w:pPr>
              <w:spacing w:after="40"/>
              <w:jc w:val="both"/>
            </w:pPr>
            <w:r>
              <w:t xml:space="preserve">_______________, </w:t>
            </w:r>
            <w:proofErr w:type="spellStart"/>
            <w:r>
              <w:t>právnická</w:t>
            </w:r>
            <w:proofErr w:type="spellEnd"/>
            <w:r>
              <w:t xml:space="preserve"> </w:t>
            </w:r>
            <w:proofErr w:type="spellStart"/>
            <w:r>
              <w:t>osoba</w:t>
            </w:r>
            <w:proofErr w:type="spellEnd"/>
            <w:r>
              <w:t xml:space="preserve"> </w:t>
            </w:r>
            <w:proofErr w:type="spellStart"/>
            <w:r>
              <w:t>založená</w:t>
            </w:r>
            <w:proofErr w:type="spellEnd"/>
            <w:r>
              <w:t xml:space="preserve"> a </w:t>
            </w:r>
            <w:proofErr w:type="spellStart"/>
            <w:r>
              <w:t>fungujúca</w:t>
            </w:r>
            <w:proofErr w:type="spellEnd"/>
            <w:r>
              <w:t xml:space="preserve"> </w:t>
            </w:r>
            <w:proofErr w:type="spellStart"/>
            <w:r>
              <w:t>podľa</w:t>
            </w:r>
            <w:proofErr w:type="spellEnd"/>
            <w:r>
              <w:t xml:space="preserve"> </w:t>
            </w:r>
            <w:proofErr w:type="spellStart"/>
            <w:r>
              <w:t>zákonov</w:t>
            </w:r>
            <w:proofErr w:type="spellEnd"/>
            <w:r>
              <w:t xml:space="preserve"> ___________________, so </w:t>
            </w:r>
            <w:proofErr w:type="spellStart"/>
            <w:r>
              <w:t>sídlom</w:t>
            </w:r>
            <w:proofErr w:type="spellEnd"/>
            <w:r>
              <w:t xml:space="preserve"> ___________________________________, IČO: __________, DIČ: _________, IČ DPH: ______________,</w:t>
            </w:r>
            <w:proofErr w:type="spellStart"/>
            <w:r>
              <w:t>zapísaná</w:t>
            </w:r>
            <w:proofErr w:type="spellEnd"/>
            <w:r>
              <w:t xml:space="preserve"> v _______________________________, </w:t>
            </w:r>
            <w:proofErr w:type="spellStart"/>
            <w:r>
              <w:t>konajúca</w:t>
            </w:r>
            <w:proofErr w:type="spellEnd"/>
            <w:r>
              <w:t xml:space="preserve"> </w:t>
            </w:r>
            <w:proofErr w:type="spellStart"/>
            <w:r>
              <w:t>prostredníctvom</w:t>
            </w:r>
            <w:proofErr w:type="spellEnd"/>
            <w:r>
              <w:t xml:space="preserve">________________________, </w:t>
            </w:r>
            <w:proofErr w:type="spellStart"/>
            <w:r>
              <w:t>ďalej</w:t>
            </w:r>
            <w:proofErr w:type="spellEnd"/>
            <w:r>
              <w:t xml:space="preserve"> </w:t>
            </w:r>
            <w:proofErr w:type="spellStart"/>
            <w:r>
              <w:t>len</w:t>
            </w:r>
            <w:proofErr w:type="spellEnd"/>
            <w:r>
              <w:t xml:space="preserve"> </w:t>
            </w:r>
            <w:proofErr w:type="spellStart"/>
            <w:r>
              <w:t>predávajúci</w:t>
            </w:r>
            <w:proofErr w:type="spellEnd"/>
            <w:r>
              <w:t xml:space="preserve"> </w:t>
            </w:r>
            <w:proofErr w:type="spellStart"/>
            <w:r>
              <w:t>na</w:t>
            </w:r>
            <w:proofErr w:type="spellEnd"/>
            <w:r>
              <w:t xml:space="preserve"> </w:t>
            </w:r>
            <w:proofErr w:type="spellStart"/>
            <w:r>
              <w:t>jednej</w:t>
            </w:r>
            <w:proofErr w:type="spellEnd"/>
            <w:r>
              <w:t xml:space="preserve"> </w:t>
            </w:r>
            <w:proofErr w:type="spellStart"/>
            <w:r>
              <w:t>strane</w:t>
            </w:r>
            <w:proofErr w:type="spellEnd"/>
          </w:p>
        </w:tc>
      </w:tr>
    </w:tbl>
    <w:p w14:paraId="3FCC569D"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35981FE" w14:textId="77777777">
        <w:trPr>
          <w:jc w:val="center"/>
        </w:trPr>
        <w:tc>
          <w:tcPr>
            <w:tcW w:w="5159" w:type="dxa"/>
            <w:tcMar>
              <w:top w:w="70" w:type="dxa"/>
              <w:left w:w="95" w:type="dxa"/>
              <w:bottom w:w="70" w:type="dxa"/>
              <w:right w:w="95" w:type="dxa"/>
            </w:tcMar>
          </w:tcPr>
          <w:p w14:paraId="1D23A8FE" w14:textId="77777777" w:rsidR="003F413A" w:rsidRDefault="00000000">
            <w:pPr>
              <w:spacing w:after="40"/>
              <w:jc w:val="both"/>
            </w:pPr>
            <w:r>
              <w:t>and</w:t>
            </w:r>
          </w:p>
        </w:tc>
        <w:tc>
          <w:tcPr>
            <w:tcW w:w="5159" w:type="dxa"/>
            <w:tcMar>
              <w:top w:w="70" w:type="dxa"/>
              <w:left w:w="95" w:type="dxa"/>
              <w:bottom w:w="70" w:type="dxa"/>
              <w:right w:w="95" w:type="dxa"/>
            </w:tcMar>
          </w:tcPr>
          <w:p w14:paraId="7C16D796" w14:textId="77777777" w:rsidR="003F413A" w:rsidRDefault="00000000">
            <w:pPr>
              <w:spacing w:after="40"/>
              <w:jc w:val="both"/>
            </w:pPr>
            <w:r>
              <w:t>a</w:t>
            </w:r>
          </w:p>
        </w:tc>
      </w:tr>
    </w:tbl>
    <w:p w14:paraId="6BDCA159"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7BAA0B6" w14:textId="77777777">
        <w:trPr>
          <w:jc w:val="center"/>
        </w:trPr>
        <w:tc>
          <w:tcPr>
            <w:tcW w:w="5159" w:type="dxa"/>
            <w:tcMar>
              <w:top w:w="70" w:type="dxa"/>
              <w:left w:w="95" w:type="dxa"/>
              <w:bottom w:w="70" w:type="dxa"/>
              <w:right w:w="95" w:type="dxa"/>
            </w:tcMar>
          </w:tcPr>
          <w:p w14:paraId="0A26B664" w14:textId="77777777" w:rsidR="003F413A" w:rsidRDefault="00000000">
            <w:pPr>
              <w:spacing w:after="40"/>
              <w:jc w:val="both"/>
            </w:pPr>
            <w:r w:rsidRPr="00B662DE">
              <w:rPr>
                <w:b/>
                <w:bCs/>
              </w:rPr>
              <w:t xml:space="preserve">EU Poultry </w:t>
            </w:r>
            <w:proofErr w:type="spellStart"/>
            <w:r w:rsidRPr="00B662DE">
              <w:rPr>
                <w:b/>
                <w:bCs/>
              </w:rPr>
              <w:t>s.r.o.</w:t>
            </w:r>
            <w:proofErr w:type="spellEnd"/>
            <w:r>
              <w:t xml:space="preserve">, a legal entity established and existing under the laws of the Slovak Republic in the form of a limited liability company, with its registered office at Digital Park I, </w:t>
            </w:r>
            <w:proofErr w:type="spellStart"/>
            <w:r>
              <w:t>Einsteinova</w:t>
            </w:r>
            <w:proofErr w:type="spellEnd"/>
            <w:r>
              <w:t xml:space="preserve"> 21, 851 01 Bratislava, Slovak Republic, Company ID: 50 634 721, Tax ID: 2120419477, VAT ID: SK2120419477, registered in the Commercial Register of the District Court Bratislava I, Section: </w:t>
            </w:r>
            <w:proofErr w:type="spellStart"/>
            <w:r>
              <w:t>Sro</w:t>
            </w:r>
            <w:proofErr w:type="spellEnd"/>
            <w:r>
              <w:t xml:space="preserve">, Insert No.: 142749/B, represented by the CEO, Mr. Dmytro </w:t>
            </w:r>
            <w:proofErr w:type="spellStart"/>
            <w:r>
              <w:t>Borodavka</w:t>
            </w:r>
            <w:proofErr w:type="spellEnd"/>
            <w:r>
              <w:t>, hereinafter referred to as the Buyer, on the other Part and together – Parties, concluded the Contract about the following:</w:t>
            </w:r>
          </w:p>
        </w:tc>
        <w:tc>
          <w:tcPr>
            <w:tcW w:w="5159" w:type="dxa"/>
            <w:tcMar>
              <w:top w:w="70" w:type="dxa"/>
              <w:left w:w="95" w:type="dxa"/>
              <w:bottom w:w="70" w:type="dxa"/>
              <w:right w:w="95" w:type="dxa"/>
            </w:tcMar>
          </w:tcPr>
          <w:p w14:paraId="0A2FD2E7" w14:textId="77777777" w:rsidR="003F413A" w:rsidRDefault="00000000">
            <w:pPr>
              <w:spacing w:after="40"/>
              <w:jc w:val="both"/>
            </w:pPr>
            <w:r w:rsidRPr="00B662DE">
              <w:rPr>
                <w:b/>
                <w:bCs/>
              </w:rPr>
              <w:t xml:space="preserve">EU Poultry </w:t>
            </w:r>
            <w:proofErr w:type="spellStart"/>
            <w:r w:rsidRPr="00B662DE">
              <w:rPr>
                <w:b/>
                <w:bCs/>
              </w:rPr>
              <w:t>s.r.o</w:t>
            </w:r>
            <w:r>
              <w:t>.</w:t>
            </w:r>
            <w:proofErr w:type="spellEnd"/>
            <w:r>
              <w:t xml:space="preserve">, </w:t>
            </w:r>
            <w:proofErr w:type="spellStart"/>
            <w:r>
              <w:t>právnická</w:t>
            </w:r>
            <w:proofErr w:type="spellEnd"/>
            <w:r>
              <w:t xml:space="preserve"> </w:t>
            </w:r>
            <w:proofErr w:type="spellStart"/>
            <w:r>
              <w:t>osoba</w:t>
            </w:r>
            <w:proofErr w:type="spellEnd"/>
            <w:r>
              <w:t xml:space="preserve"> </w:t>
            </w:r>
            <w:proofErr w:type="spellStart"/>
            <w:r>
              <w:t>založená</w:t>
            </w:r>
            <w:proofErr w:type="spellEnd"/>
            <w:r>
              <w:t xml:space="preserve"> a </w:t>
            </w:r>
            <w:proofErr w:type="spellStart"/>
            <w:r>
              <w:t>fungujúca</w:t>
            </w:r>
            <w:proofErr w:type="spellEnd"/>
            <w:r>
              <w:t xml:space="preserve"> </w:t>
            </w:r>
            <w:proofErr w:type="spellStart"/>
            <w:r>
              <w:t>podľa</w:t>
            </w:r>
            <w:proofErr w:type="spellEnd"/>
            <w:r>
              <w:t xml:space="preserve"> </w:t>
            </w:r>
            <w:proofErr w:type="spellStart"/>
            <w:r>
              <w:t>zákonov</w:t>
            </w:r>
            <w:proofErr w:type="spellEnd"/>
            <w:r>
              <w:t xml:space="preserve"> </w:t>
            </w:r>
            <w:proofErr w:type="spellStart"/>
            <w:r>
              <w:t>Slovenskej</w:t>
            </w:r>
            <w:proofErr w:type="spellEnd"/>
            <w:r>
              <w:t xml:space="preserve"> </w:t>
            </w:r>
            <w:proofErr w:type="spellStart"/>
            <w:r>
              <w:t>republiky</w:t>
            </w:r>
            <w:proofErr w:type="spellEnd"/>
            <w:r>
              <w:t xml:space="preserve"> </w:t>
            </w:r>
            <w:proofErr w:type="spellStart"/>
            <w:r>
              <w:t>vo</w:t>
            </w:r>
            <w:proofErr w:type="spellEnd"/>
            <w:r>
              <w:t xml:space="preserve"> </w:t>
            </w:r>
            <w:proofErr w:type="spellStart"/>
            <w:r>
              <w:t>forme</w:t>
            </w:r>
            <w:proofErr w:type="spellEnd"/>
            <w:r>
              <w:t xml:space="preserve"> </w:t>
            </w:r>
            <w:proofErr w:type="spellStart"/>
            <w:r>
              <w:t>spoločnosti</w:t>
            </w:r>
            <w:proofErr w:type="spellEnd"/>
            <w:r>
              <w:t xml:space="preserve"> s </w:t>
            </w:r>
            <w:proofErr w:type="spellStart"/>
            <w:r>
              <w:t>ručením</w:t>
            </w:r>
            <w:proofErr w:type="spellEnd"/>
            <w:r>
              <w:t xml:space="preserve"> </w:t>
            </w:r>
            <w:proofErr w:type="spellStart"/>
            <w:r>
              <w:t>obmedzeným</w:t>
            </w:r>
            <w:proofErr w:type="spellEnd"/>
            <w:r>
              <w:t xml:space="preserve">, so </w:t>
            </w:r>
            <w:proofErr w:type="spellStart"/>
            <w:r>
              <w:t>sídlom</w:t>
            </w:r>
            <w:proofErr w:type="spellEnd"/>
            <w:r>
              <w:t xml:space="preserve"> </w:t>
            </w:r>
            <w:proofErr w:type="spellStart"/>
            <w:r>
              <w:t>na</w:t>
            </w:r>
            <w:proofErr w:type="spellEnd"/>
            <w:r>
              <w:t xml:space="preserve"> Digital Park I, </w:t>
            </w:r>
            <w:proofErr w:type="spellStart"/>
            <w:r>
              <w:t>Einsteinova</w:t>
            </w:r>
            <w:proofErr w:type="spellEnd"/>
            <w:r>
              <w:t xml:space="preserve"> 21, 851 01 Bratislava, </w:t>
            </w:r>
            <w:proofErr w:type="spellStart"/>
            <w:r>
              <w:t>Slovenská</w:t>
            </w:r>
            <w:proofErr w:type="spellEnd"/>
            <w:r>
              <w:t xml:space="preserve"> </w:t>
            </w:r>
            <w:proofErr w:type="spellStart"/>
            <w:r>
              <w:t>republika</w:t>
            </w:r>
            <w:proofErr w:type="spellEnd"/>
            <w:r>
              <w:t xml:space="preserve">, IČO: 50 634 721, DIČ: 2120419477, IČ DPH: SK2120419477, </w:t>
            </w:r>
            <w:proofErr w:type="spellStart"/>
            <w:r>
              <w:t>zapísaná</w:t>
            </w:r>
            <w:proofErr w:type="spellEnd"/>
            <w:r>
              <w:t xml:space="preserve"> v </w:t>
            </w:r>
            <w:proofErr w:type="spellStart"/>
            <w:r>
              <w:t>Obchodnom</w:t>
            </w:r>
            <w:proofErr w:type="spellEnd"/>
            <w:r>
              <w:t xml:space="preserve"> </w:t>
            </w:r>
            <w:proofErr w:type="spellStart"/>
            <w:r>
              <w:t>registri</w:t>
            </w:r>
            <w:proofErr w:type="spellEnd"/>
            <w:r>
              <w:t xml:space="preserve"> </w:t>
            </w:r>
            <w:proofErr w:type="spellStart"/>
            <w:r>
              <w:t>Okresného</w:t>
            </w:r>
            <w:proofErr w:type="spellEnd"/>
            <w:r>
              <w:t xml:space="preserve"> </w:t>
            </w:r>
            <w:proofErr w:type="spellStart"/>
            <w:r>
              <w:t>súdu</w:t>
            </w:r>
            <w:proofErr w:type="spellEnd"/>
            <w:r>
              <w:t xml:space="preserve"> Bratislava I, </w:t>
            </w:r>
            <w:proofErr w:type="spellStart"/>
            <w:r>
              <w:t>oddiel</w:t>
            </w:r>
            <w:proofErr w:type="spellEnd"/>
            <w:r>
              <w:t xml:space="preserve">: </w:t>
            </w:r>
            <w:proofErr w:type="spellStart"/>
            <w:r>
              <w:t>Sro</w:t>
            </w:r>
            <w:proofErr w:type="spellEnd"/>
            <w:r>
              <w:t xml:space="preserve">, </w:t>
            </w:r>
            <w:proofErr w:type="spellStart"/>
            <w:r>
              <w:t>vložka</w:t>
            </w:r>
            <w:proofErr w:type="spellEnd"/>
            <w:r>
              <w:t xml:space="preserve"> č.: 142749/B, </w:t>
            </w:r>
            <w:proofErr w:type="spellStart"/>
            <w:r>
              <w:t>konajúca</w:t>
            </w:r>
            <w:proofErr w:type="spellEnd"/>
            <w:r>
              <w:t xml:space="preserve"> </w:t>
            </w:r>
            <w:proofErr w:type="spellStart"/>
            <w:r>
              <w:t>prostredníctvom</w:t>
            </w:r>
            <w:proofErr w:type="spellEnd"/>
            <w:r>
              <w:t xml:space="preserve"> </w:t>
            </w:r>
            <w:proofErr w:type="spellStart"/>
            <w:r>
              <w:t>konateľa</w:t>
            </w:r>
            <w:proofErr w:type="spellEnd"/>
            <w:r>
              <w:t xml:space="preserve">, </w:t>
            </w:r>
            <w:proofErr w:type="spellStart"/>
            <w:r>
              <w:t>pána</w:t>
            </w:r>
            <w:proofErr w:type="spellEnd"/>
            <w:r>
              <w:t xml:space="preserve"> </w:t>
            </w:r>
            <w:proofErr w:type="spellStart"/>
            <w:r>
              <w:t>Dmytra</w:t>
            </w:r>
            <w:proofErr w:type="spellEnd"/>
            <w:r>
              <w:t xml:space="preserve"> </w:t>
            </w:r>
            <w:proofErr w:type="spellStart"/>
            <w:r>
              <w:t>Borodavku</w:t>
            </w:r>
            <w:proofErr w:type="spellEnd"/>
            <w:r>
              <w:t xml:space="preserve">, </w:t>
            </w:r>
            <w:proofErr w:type="spellStart"/>
            <w:r>
              <w:t>ďalej</w:t>
            </w:r>
            <w:proofErr w:type="spellEnd"/>
            <w:r>
              <w:t xml:space="preserve"> </w:t>
            </w:r>
            <w:proofErr w:type="spellStart"/>
            <w:r>
              <w:t>len</w:t>
            </w:r>
            <w:proofErr w:type="spellEnd"/>
            <w:r>
              <w:t xml:space="preserve"> </w:t>
            </w:r>
            <w:proofErr w:type="spellStart"/>
            <w:r>
              <w:t>kupujúci</w:t>
            </w:r>
            <w:proofErr w:type="spellEnd"/>
            <w:r>
              <w:t xml:space="preserve">, </w:t>
            </w:r>
            <w:proofErr w:type="spellStart"/>
            <w:r>
              <w:t>na</w:t>
            </w:r>
            <w:proofErr w:type="spellEnd"/>
            <w:r>
              <w:t xml:space="preserve"> </w:t>
            </w:r>
            <w:proofErr w:type="spellStart"/>
            <w:r>
              <w:t>strane</w:t>
            </w:r>
            <w:proofErr w:type="spellEnd"/>
            <w:r>
              <w:t xml:space="preserve"> </w:t>
            </w:r>
            <w:proofErr w:type="spellStart"/>
            <w:r>
              <w:t>druhej</w:t>
            </w:r>
            <w:proofErr w:type="spellEnd"/>
            <w:r>
              <w:t xml:space="preserve"> a </w:t>
            </w:r>
            <w:proofErr w:type="spellStart"/>
            <w:r>
              <w:t>ďalej</w:t>
            </w:r>
            <w:proofErr w:type="spellEnd"/>
            <w:r>
              <w:t xml:space="preserve"> </w:t>
            </w:r>
            <w:proofErr w:type="spellStart"/>
            <w:r>
              <w:t>spoločne</w:t>
            </w:r>
            <w:proofErr w:type="spellEnd"/>
            <w:r>
              <w:t xml:space="preserve"> </w:t>
            </w:r>
            <w:proofErr w:type="spellStart"/>
            <w:r>
              <w:t>len</w:t>
            </w:r>
            <w:proofErr w:type="spellEnd"/>
            <w:r>
              <w:t xml:space="preserve"> </w:t>
            </w:r>
            <w:proofErr w:type="spellStart"/>
            <w:r>
              <w:t>zmluvné</w:t>
            </w:r>
            <w:proofErr w:type="spellEnd"/>
            <w:r>
              <w:t xml:space="preserve"> </w:t>
            </w:r>
            <w:proofErr w:type="spellStart"/>
            <w:r>
              <w:t>strany</w:t>
            </w:r>
            <w:proofErr w:type="spellEnd"/>
            <w:r>
              <w:t xml:space="preserve">, </w:t>
            </w:r>
            <w:proofErr w:type="spellStart"/>
            <w:r>
              <w:t>uzavreli</w:t>
            </w:r>
            <w:proofErr w:type="spellEnd"/>
            <w:r>
              <w:t xml:space="preserve"> </w:t>
            </w:r>
            <w:proofErr w:type="spellStart"/>
            <w:r>
              <w:t>zmluvu</w:t>
            </w:r>
            <w:proofErr w:type="spellEnd"/>
            <w:r>
              <w:t xml:space="preserve"> o </w:t>
            </w:r>
            <w:proofErr w:type="spellStart"/>
            <w:r>
              <w:t>nasledovnom</w:t>
            </w:r>
            <w:proofErr w:type="spellEnd"/>
            <w:r>
              <w:t>:</w:t>
            </w:r>
          </w:p>
        </w:tc>
      </w:tr>
    </w:tbl>
    <w:p w14:paraId="7DB45A2D"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51EE8A5A" w14:textId="77777777">
        <w:trPr>
          <w:jc w:val="center"/>
        </w:trPr>
        <w:tc>
          <w:tcPr>
            <w:tcW w:w="5159" w:type="dxa"/>
            <w:shd w:val="clear" w:color="auto" w:fill="EDEDED"/>
            <w:tcMar>
              <w:top w:w="90" w:type="dxa"/>
              <w:left w:w="95" w:type="dxa"/>
              <w:bottom w:w="90" w:type="dxa"/>
              <w:right w:w="95" w:type="dxa"/>
            </w:tcMar>
          </w:tcPr>
          <w:p w14:paraId="0AF47E6A" w14:textId="77777777" w:rsidR="003F413A" w:rsidRDefault="00000000">
            <w:pPr>
              <w:keepNext/>
              <w:spacing w:after="40"/>
              <w:jc w:val="center"/>
            </w:pPr>
            <w:r>
              <w:rPr>
                <w:b/>
                <w:sz w:val="18"/>
              </w:rPr>
              <w:t>Article 1. Subject of the Contract</w:t>
            </w:r>
          </w:p>
        </w:tc>
        <w:tc>
          <w:tcPr>
            <w:tcW w:w="5159" w:type="dxa"/>
            <w:shd w:val="clear" w:color="auto" w:fill="EDEDED"/>
            <w:tcMar>
              <w:top w:w="90" w:type="dxa"/>
              <w:left w:w="95" w:type="dxa"/>
              <w:bottom w:w="90" w:type="dxa"/>
              <w:right w:w="95" w:type="dxa"/>
            </w:tcMar>
          </w:tcPr>
          <w:p w14:paraId="60A26AF8" w14:textId="77777777" w:rsidR="003F413A" w:rsidRDefault="00000000">
            <w:pPr>
              <w:keepNext/>
              <w:spacing w:after="40"/>
              <w:jc w:val="center"/>
            </w:pPr>
            <w:proofErr w:type="spellStart"/>
            <w:r>
              <w:rPr>
                <w:b/>
                <w:sz w:val="18"/>
              </w:rPr>
              <w:t>Článok</w:t>
            </w:r>
            <w:proofErr w:type="spellEnd"/>
            <w:r>
              <w:rPr>
                <w:b/>
                <w:sz w:val="18"/>
              </w:rPr>
              <w:t xml:space="preserve"> 1. </w:t>
            </w:r>
            <w:proofErr w:type="spellStart"/>
            <w:r>
              <w:rPr>
                <w:b/>
                <w:sz w:val="18"/>
              </w:rPr>
              <w:t>Predmet</w:t>
            </w:r>
            <w:proofErr w:type="spellEnd"/>
            <w:r>
              <w:rPr>
                <w:b/>
                <w:sz w:val="18"/>
              </w:rPr>
              <w:t xml:space="preserve"> </w:t>
            </w:r>
            <w:proofErr w:type="spellStart"/>
            <w:r>
              <w:rPr>
                <w:b/>
                <w:sz w:val="18"/>
              </w:rPr>
              <w:t>zmluvy</w:t>
            </w:r>
            <w:proofErr w:type="spellEnd"/>
          </w:p>
        </w:tc>
      </w:tr>
    </w:tbl>
    <w:p w14:paraId="473E8BDE"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0647298" w14:textId="77777777">
        <w:trPr>
          <w:jc w:val="center"/>
        </w:trPr>
        <w:tc>
          <w:tcPr>
            <w:tcW w:w="5159" w:type="dxa"/>
            <w:tcMar>
              <w:top w:w="70" w:type="dxa"/>
              <w:left w:w="95" w:type="dxa"/>
              <w:bottom w:w="70" w:type="dxa"/>
              <w:right w:w="95" w:type="dxa"/>
            </w:tcMar>
          </w:tcPr>
          <w:p w14:paraId="45889013" w14:textId="77777777" w:rsidR="003F413A" w:rsidRDefault="00000000">
            <w:pPr>
              <w:spacing w:after="40"/>
              <w:jc w:val="both"/>
            </w:pPr>
            <w:r>
              <w:t>1.1. The Seller is willing to sell, and the Buyer is willing to buy standard equipment (“Goods”) as specified in and on the delivery terms according to the Annexes to the present Contract.</w:t>
            </w:r>
          </w:p>
        </w:tc>
        <w:tc>
          <w:tcPr>
            <w:tcW w:w="5159" w:type="dxa"/>
            <w:tcMar>
              <w:top w:w="70" w:type="dxa"/>
              <w:left w:w="95" w:type="dxa"/>
              <w:bottom w:w="70" w:type="dxa"/>
              <w:right w:w="95" w:type="dxa"/>
            </w:tcMar>
          </w:tcPr>
          <w:p w14:paraId="230C0D3C" w14:textId="77777777" w:rsidR="003F413A" w:rsidRDefault="00000000">
            <w:pPr>
              <w:spacing w:after="40"/>
              <w:jc w:val="both"/>
            </w:pPr>
            <w:r>
              <w:t xml:space="preserve">1.1. </w:t>
            </w:r>
            <w:proofErr w:type="spellStart"/>
            <w:r>
              <w:t>Predávajúci</w:t>
            </w:r>
            <w:proofErr w:type="spellEnd"/>
            <w:r>
              <w:t xml:space="preserve"> </w:t>
            </w:r>
            <w:proofErr w:type="spellStart"/>
            <w:r>
              <w:t>má</w:t>
            </w:r>
            <w:proofErr w:type="spellEnd"/>
            <w:r>
              <w:t xml:space="preserve"> v </w:t>
            </w:r>
            <w:proofErr w:type="spellStart"/>
            <w:r>
              <w:t>úmysle</w:t>
            </w:r>
            <w:proofErr w:type="spellEnd"/>
            <w:r>
              <w:t xml:space="preserve"> </w:t>
            </w:r>
            <w:proofErr w:type="spellStart"/>
            <w:r>
              <w:t>predať</w:t>
            </w:r>
            <w:proofErr w:type="spellEnd"/>
            <w:r>
              <w:t xml:space="preserve"> a </w:t>
            </w:r>
            <w:proofErr w:type="spellStart"/>
            <w:r>
              <w:t>kupujúci</w:t>
            </w:r>
            <w:proofErr w:type="spellEnd"/>
            <w:r>
              <w:t xml:space="preserve"> </w:t>
            </w:r>
            <w:proofErr w:type="spellStart"/>
            <w:r>
              <w:t>má</w:t>
            </w:r>
            <w:proofErr w:type="spellEnd"/>
            <w:r>
              <w:t xml:space="preserve"> v </w:t>
            </w:r>
            <w:proofErr w:type="spellStart"/>
            <w:r>
              <w:t>úmysle</w:t>
            </w:r>
            <w:proofErr w:type="spellEnd"/>
            <w:r>
              <w:t xml:space="preserve"> </w:t>
            </w:r>
            <w:proofErr w:type="spellStart"/>
            <w:r>
              <w:t>kúpiť</w:t>
            </w:r>
            <w:proofErr w:type="spellEnd"/>
            <w:r>
              <w:t xml:space="preserve"> </w:t>
            </w:r>
            <w:proofErr w:type="spellStart"/>
            <w:r>
              <w:t>štandardné</w:t>
            </w:r>
            <w:proofErr w:type="spellEnd"/>
            <w:r>
              <w:t xml:space="preserve"> </w:t>
            </w:r>
            <w:proofErr w:type="spellStart"/>
            <w:r>
              <w:t>vybavenie</w:t>
            </w:r>
            <w:proofErr w:type="spellEnd"/>
            <w:r>
              <w:t xml:space="preserve"> (</w:t>
            </w:r>
            <w:proofErr w:type="spellStart"/>
            <w:r>
              <w:t>ďalej</w:t>
            </w:r>
            <w:proofErr w:type="spellEnd"/>
            <w:r>
              <w:t xml:space="preserve"> </w:t>
            </w:r>
            <w:proofErr w:type="spellStart"/>
            <w:r>
              <w:t>len</w:t>
            </w:r>
            <w:proofErr w:type="spellEnd"/>
            <w:r>
              <w:t xml:space="preserve"> „</w:t>
            </w:r>
            <w:proofErr w:type="gramStart"/>
            <w:r>
              <w:t>Tovar“</w:t>
            </w:r>
            <w:proofErr w:type="gramEnd"/>
            <w:r>
              <w:t xml:space="preserve">) </w:t>
            </w:r>
            <w:proofErr w:type="spellStart"/>
            <w:r>
              <w:t>tak</w:t>
            </w:r>
            <w:proofErr w:type="spellEnd"/>
            <w:r>
              <w:t xml:space="preserve">, </w:t>
            </w:r>
            <w:proofErr w:type="spellStart"/>
            <w:r>
              <w:t>ako</w:t>
            </w:r>
            <w:proofErr w:type="spellEnd"/>
            <w:r>
              <w:t xml:space="preserve"> je </w:t>
            </w:r>
            <w:proofErr w:type="spellStart"/>
            <w:r>
              <w:t>uvedené</w:t>
            </w:r>
            <w:proofErr w:type="spellEnd"/>
            <w:r>
              <w:t xml:space="preserve"> v </w:t>
            </w:r>
            <w:proofErr w:type="spellStart"/>
            <w:r>
              <w:t>dodacích</w:t>
            </w:r>
            <w:proofErr w:type="spellEnd"/>
            <w:r>
              <w:t xml:space="preserve"> </w:t>
            </w:r>
            <w:proofErr w:type="spellStart"/>
            <w:r>
              <w:t>podmienkach</w:t>
            </w:r>
            <w:proofErr w:type="spellEnd"/>
            <w:r>
              <w:t xml:space="preserve"> </w:t>
            </w:r>
            <w:proofErr w:type="spellStart"/>
            <w:r>
              <w:t>podľa</w:t>
            </w:r>
            <w:proofErr w:type="spellEnd"/>
            <w:r>
              <w:t xml:space="preserve"> </w:t>
            </w:r>
            <w:proofErr w:type="spellStart"/>
            <w:r>
              <w:t>príloh</w:t>
            </w:r>
            <w:proofErr w:type="spellEnd"/>
            <w:r>
              <w:t xml:space="preserve"> </w:t>
            </w:r>
            <w:proofErr w:type="spellStart"/>
            <w:r>
              <w:t>tejto</w:t>
            </w:r>
            <w:proofErr w:type="spellEnd"/>
            <w:r>
              <w:t xml:space="preserve"> </w:t>
            </w:r>
            <w:proofErr w:type="spellStart"/>
            <w:r>
              <w:t>zmluvy</w:t>
            </w:r>
            <w:proofErr w:type="spellEnd"/>
            <w:r>
              <w:t>.</w:t>
            </w:r>
          </w:p>
        </w:tc>
      </w:tr>
    </w:tbl>
    <w:p w14:paraId="488CE2BF"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48E9DCE" w14:textId="77777777">
        <w:trPr>
          <w:jc w:val="center"/>
        </w:trPr>
        <w:tc>
          <w:tcPr>
            <w:tcW w:w="5159" w:type="dxa"/>
            <w:tcMar>
              <w:top w:w="70" w:type="dxa"/>
              <w:left w:w="95" w:type="dxa"/>
              <w:bottom w:w="70" w:type="dxa"/>
              <w:right w:w="95" w:type="dxa"/>
            </w:tcMar>
          </w:tcPr>
          <w:p w14:paraId="5FE395B2" w14:textId="77777777" w:rsidR="003F413A" w:rsidRDefault="00000000">
            <w:pPr>
              <w:spacing w:after="40"/>
              <w:jc w:val="both"/>
            </w:pPr>
            <w:r>
              <w:t>1.2. The Seller is willing to sell and the Buyer is willing to buy services of the installation of the equipment, mounting works, installation of control systems, start-up and adjustment of the equipment, training of personnel and putting the equipment into operation, and/or support services and technological setting-up in order to reach the guaranteed process performance (hereinafter referred to as Services),  as specified in and on the delivery terms according to Annexes to the present Contract.</w:t>
            </w:r>
          </w:p>
        </w:tc>
        <w:tc>
          <w:tcPr>
            <w:tcW w:w="5159" w:type="dxa"/>
            <w:tcMar>
              <w:top w:w="70" w:type="dxa"/>
              <w:left w:w="95" w:type="dxa"/>
              <w:bottom w:w="70" w:type="dxa"/>
              <w:right w:w="95" w:type="dxa"/>
            </w:tcMar>
          </w:tcPr>
          <w:p w14:paraId="38F2C57A" w14:textId="77777777" w:rsidR="003F413A" w:rsidRDefault="00000000">
            <w:pPr>
              <w:spacing w:after="40"/>
              <w:jc w:val="both"/>
            </w:pPr>
            <w:r>
              <w:t xml:space="preserve">1.2. </w:t>
            </w:r>
            <w:proofErr w:type="spellStart"/>
            <w:r>
              <w:t>Predávajúci</w:t>
            </w:r>
            <w:proofErr w:type="spellEnd"/>
            <w:r>
              <w:t xml:space="preserve"> </w:t>
            </w:r>
            <w:proofErr w:type="spellStart"/>
            <w:r>
              <w:t>má</w:t>
            </w:r>
            <w:proofErr w:type="spellEnd"/>
            <w:r>
              <w:t xml:space="preserve"> v </w:t>
            </w:r>
            <w:proofErr w:type="spellStart"/>
            <w:r>
              <w:t>úmysle</w:t>
            </w:r>
            <w:proofErr w:type="spellEnd"/>
            <w:r>
              <w:t xml:space="preserve"> </w:t>
            </w:r>
            <w:proofErr w:type="spellStart"/>
            <w:r>
              <w:t>predať</w:t>
            </w:r>
            <w:proofErr w:type="spellEnd"/>
            <w:r>
              <w:t xml:space="preserve"> a </w:t>
            </w:r>
            <w:proofErr w:type="spellStart"/>
            <w:r>
              <w:t>kupujúci</w:t>
            </w:r>
            <w:proofErr w:type="spellEnd"/>
            <w:r>
              <w:t xml:space="preserve"> </w:t>
            </w:r>
            <w:proofErr w:type="spellStart"/>
            <w:r>
              <w:t>má</w:t>
            </w:r>
            <w:proofErr w:type="spellEnd"/>
            <w:r>
              <w:t xml:space="preserve"> v </w:t>
            </w:r>
            <w:proofErr w:type="spellStart"/>
            <w:r>
              <w:t>úmysle</w:t>
            </w:r>
            <w:proofErr w:type="spellEnd"/>
            <w:r>
              <w:t xml:space="preserve"> </w:t>
            </w:r>
            <w:proofErr w:type="spellStart"/>
            <w:r>
              <w:t>kúpiť</w:t>
            </w:r>
            <w:proofErr w:type="spellEnd"/>
            <w:r>
              <w:t xml:space="preserve"> </w:t>
            </w:r>
            <w:proofErr w:type="spellStart"/>
            <w:r>
              <w:t>služby</w:t>
            </w:r>
            <w:proofErr w:type="spellEnd"/>
            <w:r>
              <w:t xml:space="preserve"> </w:t>
            </w:r>
            <w:proofErr w:type="spellStart"/>
            <w:r>
              <w:t>inštalácie</w:t>
            </w:r>
            <w:proofErr w:type="spellEnd"/>
            <w:r>
              <w:t xml:space="preserve"> </w:t>
            </w:r>
            <w:proofErr w:type="spellStart"/>
            <w:r>
              <w:t>zariadenia</w:t>
            </w:r>
            <w:proofErr w:type="spellEnd"/>
            <w:r>
              <w:t xml:space="preserve">, </w:t>
            </w:r>
            <w:proofErr w:type="spellStart"/>
            <w:r>
              <w:t>montážne</w:t>
            </w:r>
            <w:proofErr w:type="spellEnd"/>
            <w:r>
              <w:t xml:space="preserve"> </w:t>
            </w:r>
            <w:proofErr w:type="spellStart"/>
            <w:r>
              <w:t>práce</w:t>
            </w:r>
            <w:proofErr w:type="spellEnd"/>
            <w:r>
              <w:t xml:space="preserve">, </w:t>
            </w:r>
            <w:proofErr w:type="spellStart"/>
            <w:r>
              <w:t>inštalácie</w:t>
            </w:r>
            <w:proofErr w:type="spellEnd"/>
            <w:r>
              <w:t xml:space="preserve"> </w:t>
            </w:r>
            <w:proofErr w:type="spellStart"/>
            <w:r>
              <w:t>riadiacich</w:t>
            </w:r>
            <w:proofErr w:type="spellEnd"/>
            <w:r>
              <w:t xml:space="preserve"> </w:t>
            </w:r>
            <w:proofErr w:type="spellStart"/>
            <w:r>
              <w:t>systémov</w:t>
            </w:r>
            <w:proofErr w:type="spellEnd"/>
            <w:r>
              <w:t xml:space="preserve">, </w:t>
            </w:r>
            <w:proofErr w:type="spellStart"/>
            <w:r>
              <w:t>spustenia</w:t>
            </w:r>
            <w:proofErr w:type="spellEnd"/>
            <w:r>
              <w:t xml:space="preserve"> a </w:t>
            </w:r>
            <w:proofErr w:type="spellStart"/>
            <w:r>
              <w:t>nastavenia</w:t>
            </w:r>
            <w:proofErr w:type="spellEnd"/>
            <w:r>
              <w:t xml:space="preserve"> </w:t>
            </w:r>
            <w:proofErr w:type="spellStart"/>
            <w:r>
              <w:t>zariadenia</w:t>
            </w:r>
            <w:proofErr w:type="spellEnd"/>
            <w:r>
              <w:t xml:space="preserve">, </w:t>
            </w:r>
            <w:proofErr w:type="spellStart"/>
            <w:r>
              <w:t>zaškolenia</w:t>
            </w:r>
            <w:proofErr w:type="spellEnd"/>
            <w:r>
              <w:t xml:space="preserve"> </w:t>
            </w:r>
            <w:proofErr w:type="spellStart"/>
            <w:r>
              <w:t>personálu</w:t>
            </w:r>
            <w:proofErr w:type="spellEnd"/>
            <w:r>
              <w:t xml:space="preserve"> a </w:t>
            </w:r>
            <w:proofErr w:type="spellStart"/>
            <w:r>
              <w:t>uvedenie</w:t>
            </w:r>
            <w:proofErr w:type="spellEnd"/>
            <w:r>
              <w:t xml:space="preserve"> </w:t>
            </w:r>
            <w:proofErr w:type="spellStart"/>
            <w:r>
              <w:t>zariadenia</w:t>
            </w:r>
            <w:proofErr w:type="spellEnd"/>
            <w:r>
              <w:t xml:space="preserve"> do </w:t>
            </w:r>
            <w:proofErr w:type="spellStart"/>
            <w:r>
              <w:t>prevádzky</w:t>
            </w:r>
            <w:proofErr w:type="spellEnd"/>
            <w:r>
              <w:t xml:space="preserve"> a/</w:t>
            </w:r>
            <w:proofErr w:type="spellStart"/>
            <w:r>
              <w:t>alebo</w:t>
            </w:r>
            <w:proofErr w:type="spellEnd"/>
            <w:r>
              <w:t xml:space="preserve"> </w:t>
            </w:r>
            <w:proofErr w:type="spellStart"/>
            <w:r>
              <w:t>podporné</w:t>
            </w:r>
            <w:proofErr w:type="spellEnd"/>
            <w:r>
              <w:t xml:space="preserve"> </w:t>
            </w:r>
            <w:proofErr w:type="spellStart"/>
            <w:r>
              <w:t>služby</w:t>
            </w:r>
            <w:proofErr w:type="spellEnd"/>
            <w:r>
              <w:t xml:space="preserve"> a </w:t>
            </w:r>
            <w:proofErr w:type="spellStart"/>
            <w:r>
              <w:t>služby</w:t>
            </w:r>
            <w:proofErr w:type="spellEnd"/>
            <w:r>
              <w:t xml:space="preserve"> </w:t>
            </w:r>
            <w:proofErr w:type="spellStart"/>
            <w:r>
              <w:t>technologického</w:t>
            </w:r>
            <w:proofErr w:type="spellEnd"/>
            <w:r>
              <w:t xml:space="preserve"> </w:t>
            </w:r>
            <w:proofErr w:type="spellStart"/>
            <w:r>
              <w:t>nastavenia</w:t>
            </w:r>
            <w:proofErr w:type="spellEnd"/>
            <w:r>
              <w:t xml:space="preserve"> za </w:t>
            </w:r>
            <w:proofErr w:type="spellStart"/>
            <w:r>
              <w:t>účelom</w:t>
            </w:r>
            <w:proofErr w:type="spellEnd"/>
            <w:r>
              <w:t xml:space="preserve"> </w:t>
            </w:r>
            <w:proofErr w:type="spellStart"/>
            <w:r>
              <w:t>dosiahnutia</w:t>
            </w:r>
            <w:proofErr w:type="spellEnd"/>
            <w:r>
              <w:t xml:space="preserve"> </w:t>
            </w:r>
            <w:proofErr w:type="spellStart"/>
            <w:r>
              <w:t>garantovanej</w:t>
            </w:r>
            <w:proofErr w:type="spellEnd"/>
            <w:r>
              <w:t xml:space="preserve"> </w:t>
            </w:r>
            <w:proofErr w:type="spellStart"/>
            <w:r>
              <w:t>výrobnej</w:t>
            </w:r>
            <w:proofErr w:type="spellEnd"/>
            <w:r>
              <w:t xml:space="preserve"> </w:t>
            </w:r>
            <w:proofErr w:type="spellStart"/>
            <w:r>
              <w:t>kapacity</w:t>
            </w:r>
            <w:proofErr w:type="spellEnd"/>
            <w:r>
              <w:t xml:space="preserve"> (</w:t>
            </w:r>
            <w:proofErr w:type="spellStart"/>
            <w:r>
              <w:t>ďalej</w:t>
            </w:r>
            <w:proofErr w:type="spellEnd"/>
            <w:r>
              <w:t xml:space="preserve"> </w:t>
            </w:r>
            <w:proofErr w:type="spellStart"/>
            <w:r>
              <w:t>len</w:t>
            </w:r>
            <w:proofErr w:type="spellEnd"/>
            <w:r>
              <w:t xml:space="preserve"> </w:t>
            </w:r>
            <w:proofErr w:type="spellStart"/>
            <w:r>
              <w:t>Služby</w:t>
            </w:r>
            <w:proofErr w:type="spellEnd"/>
            <w:r>
              <w:t xml:space="preserve">), </w:t>
            </w:r>
            <w:proofErr w:type="spellStart"/>
            <w:r>
              <w:t>ako</w:t>
            </w:r>
            <w:proofErr w:type="spellEnd"/>
            <w:r>
              <w:t xml:space="preserve"> je </w:t>
            </w:r>
            <w:proofErr w:type="spellStart"/>
            <w:r>
              <w:t>uvedené</w:t>
            </w:r>
            <w:proofErr w:type="spellEnd"/>
            <w:r>
              <w:t xml:space="preserve"> v </w:t>
            </w:r>
            <w:proofErr w:type="spellStart"/>
            <w:r>
              <w:t>dodacích</w:t>
            </w:r>
            <w:proofErr w:type="spellEnd"/>
            <w:r>
              <w:t xml:space="preserve"> </w:t>
            </w:r>
            <w:proofErr w:type="spellStart"/>
            <w:r>
              <w:t>podmienkach</w:t>
            </w:r>
            <w:proofErr w:type="spellEnd"/>
            <w:r>
              <w:t xml:space="preserve"> </w:t>
            </w:r>
            <w:proofErr w:type="spellStart"/>
            <w:r>
              <w:t>podľa</w:t>
            </w:r>
            <w:proofErr w:type="spellEnd"/>
            <w:r>
              <w:t xml:space="preserve"> </w:t>
            </w:r>
            <w:proofErr w:type="spellStart"/>
            <w:r>
              <w:t>príloh</w:t>
            </w:r>
            <w:proofErr w:type="spellEnd"/>
            <w:r>
              <w:t xml:space="preserve"> </w:t>
            </w:r>
            <w:proofErr w:type="spellStart"/>
            <w:r>
              <w:t>tejto</w:t>
            </w:r>
            <w:proofErr w:type="spellEnd"/>
            <w:r>
              <w:t xml:space="preserve"> </w:t>
            </w:r>
            <w:proofErr w:type="spellStart"/>
            <w:r>
              <w:t>zmluvy</w:t>
            </w:r>
            <w:proofErr w:type="spellEnd"/>
            <w:r>
              <w:t>.</w:t>
            </w:r>
          </w:p>
        </w:tc>
      </w:tr>
    </w:tbl>
    <w:p w14:paraId="7E48C26C"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3C2082" w14:paraId="037A4E03" w14:textId="77777777">
        <w:trPr>
          <w:jc w:val="center"/>
        </w:trPr>
        <w:tc>
          <w:tcPr>
            <w:tcW w:w="5159" w:type="dxa"/>
            <w:tcMar>
              <w:top w:w="70" w:type="dxa"/>
              <w:left w:w="95" w:type="dxa"/>
              <w:bottom w:w="70" w:type="dxa"/>
              <w:right w:w="95" w:type="dxa"/>
            </w:tcMar>
          </w:tcPr>
          <w:p w14:paraId="48579A3A" w14:textId="77777777" w:rsidR="003F413A" w:rsidRDefault="00000000">
            <w:pPr>
              <w:spacing w:after="40"/>
              <w:jc w:val="both"/>
            </w:pPr>
            <w:r>
              <w:t>1.3 It is agreed that this Contract is framework contract and that the actual purchases shall be done by signing the Annexes to this Contract. Annexes specify the items to be purchased, the price, the agreed upon Incoterms (most recent version), the delivery time and other details if needed. Such Annexes shall be binding as of the date that these are signed by both parties.</w:t>
            </w:r>
          </w:p>
        </w:tc>
        <w:tc>
          <w:tcPr>
            <w:tcW w:w="5159" w:type="dxa"/>
            <w:tcMar>
              <w:top w:w="70" w:type="dxa"/>
              <w:left w:w="95" w:type="dxa"/>
              <w:bottom w:w="70" w:type="dxa"/>
              <w:right w:w="95" w:type="dxa"/>
            </w:tcMar>
          </w:tcPr>
          <w:p w14:paraId="63C4799C" w14:textId="77777777" w:rsidR="003F413A" w:rsidRPr="003C2082" w:rsidRDefault="00000000">
            <w:pPr>
              <w:spacing w:after="40"/>
              <w:jc w:val="both"/>
            </w:pPr>
            <w:r>
              <w:t xml:space="preserve">1.3 </w:t>
            </w:r>
            <w:proofErr w:type="spellStart"/>
            <w:r>
              <w:t>Rozumie</w:t>
            </w:r>
            <w:proofErr w:type="spellEnd"/>
            <w:r>
              <w:t xml:space="preserve"> </w:t>
            </w:r>
            <w:proofErr w:type="spellStart"/>
            <w:r>
              <w:t>sa</w:t>
            </w:r>
            <w:proofErr w:type="spellEnd"/>
            <w:r>
              <w:t xml:space="preserve">, </w:t>
            </w:r>
            <w:proofErr w:type="spellStart"/>
            <w:r>
              <w:t>že</w:t>
            </w:r>
            <w:proofErr w:type="spellEnd"/>
            <w:r>
              <w:t xml:space="preserve"> </w:t>
            </w:r>
            <w:proofErr w:type="spellStart"/>
            <w:r>
              <w:t>táto</w:t>
            </w:r>
            <w:proofErr w:type="spellEnd"/>
            <w:r>
              <w:t xml:space="preserve"> </w:t>
            </w:r>
            <w:proofErr w:type="spellStart"/>
            <w:r>
              <w:t>zmluva</w:t>
            </w:r>
            <w:proofErr w:type="spellEnd"/>
            <w:r>
              <w:t xml:space="preserve"> je </w:t>
            </w:r>
            <w:proofErr w:type="spellStart"/>
            <w:r>
              <w:t>rámcovou</w:t>
            </w:r>
            <w:proofErr w:type="spellEnd"/>
            <w:r>
              <w:t xml:space="preserve"> </w:t>
            </w:r>
            <w:proofErr w:type="spellStart"/>
            <w:r>
              <w:t>zmluvou</w:t>
            </w:r>
            <w:proofErr w:type="spellEnd"/>
            <w:r>
              <w:t xml:space="preserve"> a </w:t>
            </w:r>
            <w:proofErr w:type="spellStart"/>
            <w:r>
              <w:t>samotné</w:t>
            </w:r>
            <w:proofErr w:type="spellEnd"/>
            <w:r>
              <w:t xml:space="preserve"> </w:t>
            </w:r>
            <w:proofErr w:type="spellStart"/>
            <w:r>
              <w:t>nákupy</w:t>
            </w:r>
            <w:proofErr w:type="spellEnd"/>
            <w:r>
              <w:t xml:space="preserve"> </w:t>
            </w:r>
            <w:proofErr w:type="spellStart"/>
            <w:r>
              <w:t>sa</w:t>
            </w:r>
            <w:proofErr w:type="spellEnd"/>
            <w:r>
              <w:t xml:space="preserve"> </w:t>
            </w:r>
            <w:proofErr w:type="spellStart"/>
            <w:r>
              <w:t>zrealizujú</w:t>
            </w:r>
            <w:proofErr w:type="spellEnd"/>
            <w:r>
              <w:t xml:space="preserve"> </w:t>
            </w:r>
            <w:proofErr w:type="spellStart"/>
            <w:r>
              <w:t>podpísaním</w:t>
            </w:r>
            <w:proofErr w:type="spellEnd"/>
            <w:r>
              <w:t xml:space="preserve"> </w:t>
            </w:r>
            <w:proofErr w:type="spellStart"/>
            <w:r>
              <w:t>príloh</w:t>
            </w:r>
            <w:proofErr w:type="spellEnd"/>
            <w:r>
              <w:t xml:space="preserve"> k </w:t>
            </w:r>
            <w:proofErr w:type="spellStart"/>
            <w:r>
              <w:t>tejto</w:t>
            </w:r>
            <w:proofErr w:type="spellEnd"/>
            <w:r>
              <w:t xml:space="preserve"> </w:t>
            </w:r>
            <w:proofErr w:type="spellStart"/>
            <w:r>
              <w:t>zmluve</w:t>
            </w:r>
            <w:proofErr w:type="spellEnd"/>
            <w:r>
              <w:t xml:space="preserve">. </w:t>
            </w:r>
            <w:proofErr w:type="spellStart"/>
            <w:r>
              <w:t>Prílohy</w:t>
            </w:r>
            <w:proofErr w:type="spellEnd"/>
            <w:r>
              <w:t xml:space="preserve"> </w:t>
            </w:r>
            <w:proofErr w:type="spellStart"/>
            <w:r>
              <w:t>špecifikujú</w:t>
            </w:r>
            <w:proofErr w:type="spellEnd"/>
            <w:r>
              <w:t xml:space="preserve"> </w:t>
            </w:r>
            <w:proofErr w:type="spellStart"/>
            <w:r>
              <w:t>položky</w:t>
            </w:r>
            <w:proofErr w:type="spellEnd"/>
            <w:r>
              <w:t xml:space="preserve">, </w:t>
            </w:r>
            <w:proofErr w:type="spellStart"/>
            <w:r>
              <w:t>ktoré</w:t>
            </w:r>
            <w:proofErr w:type="spellEnd"/>
            <w:r>
              <w:t xml:space="preserve"> </w:t>
            </w:r>
            <w:proofErr w:type="spellStart"/>
            <w:r>
              <w:t>sa</w:t>
            </w:r>
            <w:proofErr w:type="spellEnd"/>
            <w:r>
              <w:t xml:space="preserve"> </w:t>
            </w:r>
            <w:proofErr w:type="spellStart"/>
            <w:r>
              <w:t>majú</w:t>
            </w:r>
            <w:proofErr w:type="spellEnd"/>
            <w:r>
              <w:t xml:space="preserve"> </w:t>
            </w:r>
            <w:proofErr w:type="spellStart"/>
            <w:r>
              <w:t>kúpiť</w:t>
            </w:r>
            <w:proofErr w:type="spellEnd"/>
            <w:r>
              <w:t xml:space="preserve">, </w:t>
            </w:r>
            <w:proofErr w:type="spellStart"/>
            <w:r>
              <w:t>cenu</w:t>
            </w:r>
            <w:proofErr w:type="spellEnd"/>
            <w:r>
              <w:t xml:space="preserve">, </w:t>
            </w:r>
            <w:proofErr w:type="spellStart"/>
            <w:r>
              <w:t>podmienky</w:t>
            </w:r>
            <w:proofErr w:type="spellEnd"/>
            <w:r>
              <w:t xml:space="preserve"> </w:t>
            </w:r>
            <w:proofErr w:type="spellStart"/>
            <w:r>
              <w:t>podľa</w:t>
            </w:r>
            <w:proofErr w:type="spellEnd"/>
            <w:r>
              <w:t xml:space="preserve"> Incoterms (</w:t>
            </w:r>
            <w:proofErr w:type="spellStart"/>
            <w:r>
              <w:t>najnovšia</w:t>
            </w:r>
            <w:proofErr w:type="spellEnd"/>
            <w:r>
              <w:t xml:space="preserve"> </w:t>
            </w:r>
            <w:proofErr w:type="spellStart"/>
            <w:r>
              <w:t>verzia</w:t>
            </w:r>
            <w:proofErr w:type="spellEnd"/>
            <w:r>
              <w:t xml:space="preserve">), </w:t>
            </w:r>
            <w:proofErr w:type="spellStart"/>
            <w:r>
              <w:t>dodaciu</w:t>
            </w:r>
            <w:proofErr w:type="spellEnd"/>
            <w:r>
              <w:t xml:space="preserve"> </w:t>
            </w:r>
            <w:proofErr w:type="spellStart"/>
            <w:r>
              <w:t>lehotu</w:t>
            </w:r>
            <w:proofErr w:type="spellEnd"/>
            <w:r>
              <w:t xml:space="preserve"> a </w:t>
            </w:r>
            <w:proofErr w:type="spellStart"/>
            <w:r>
              <w:t>prípadne</w:t>
            </w:r>
            <w:proofErr w:type="spellEnd"/>
            <w:r>
              <w:t xml:space="preserve"> </w:t>
            </w:r>
            <w:proofErr w:type="spellStart"/>
            <w:r>
              <w:t>ďalšie</w:t>
            </w:r>
            <w:proofErr w:type="spellEnd"/>
            <w:r>
              <w:t xml:space="preserve"> </w:t>
            </w:r>
            <w:proofErr w:type="spellStart"/>
            <w:r>
              <w:t>podrobné</w:t>
            </w:r>
            <w:proofErr w:type="spellEnd"/>
            <w:r>
              <w:t xml:space="preserve"> </w:t>
            </w:r>
            <w:proofErr w:type="spellStart"/>
            <w:r>
              <w:t>informácie</w:t>
            </w:r>
            <w:proofErr w:type="spellEnd"/>
            <w:r>
              <w:t xml:space="preserve">. </w:t>
            </w:r>
            <w:proofErr w:type="spellStart"/>
            <w:r w:rsidRPr="003C2082">
              <w:t>Takéto</w:t>
            </w:r>
            <w:proofErr w:type="spellEnd"/>
            <w:r w:rsidRPr="003C2082">
              <w:t xml:space="preserve"> </w:t>
            </w:r>
            <w:proofErr w:type="spellStart"/>
            <w:r w:rsidRPr="003C2082">
              <w:t>prílohy</w:t>
            </w:r>
            <w:proofErr w:type="spellEnd"/>
            <w:r w:rsidRPr="003C2082">
              <w:t xml:space="preserve"> </w:t>
            </w:r>
            <w:proofErr w:type="spellStart"/>
            <w:r w:rsidRPr="003C2082">
              <w:t>budú</w:t>
            </w:r>
            <w:proofErr w:type="spellEnd"/>
            <w:r w:rsidRPr="003C2082">
              <w:t xml:space="preserve"> </w:t>
            </w:r>
            <w:proofErr w:type="spellStart"/>
            <w:r w:rsidRPr="003C2082">
              <w:t>záväznými</w:t>
            </w:r>
            <w:proofErr w:type="spellEnd"/>
            <w:r w:rsidRPr="003C2082">
              <w:t xml:space="preserve"> k </w:t>
            </w:r>
            <w:proofErr w:type="spellStart"/>
            <w:r w:rsidRPr="003C2082">
              <w:t>dátumu</w:t>
            </w:r>
            <w:proofErr w:type="spellEnd"/>
            <w:r w:rsidRPr="003C2082">
              <w:t xml:space="preserve"> ich </w:t>
            </w:r>
            <w:proofErr w:type="spellStart"/>
            <w:r w:rsidRPr="003C2082">
              <w:t>podpísania</w:t>
            </w:r>
            <w:proofErr w:type="spellEnd"/>
            <w:r w:rsidRPr="003C2082">
              <w:t xml:space="preserve"> </w:t>
            </w:r>
            <w:proofErr w:type="spellStart"/>
            <w:r w:rsidRPr="003C2082">
              <w:t>oboma</w:t>
            </w:r>
            <w:proofErr w:type="spellEnd"/>
            <w:r w:rsidRPr="003C2082">
              <w:t xml:space="preserve"> </w:t>
            </w:r>
            <w:proofErr w:type="spellStart"/>
            <w:r w:rsidRPr="003C2082">
              <w:t>zmluvnými</w:t>
            </w:r>
            <w:proofErr w:type="spellEnd"/>
            <w:r w:rsidRPr="003C2082">
              <w:t xml:space="preserve"> </w:t>
            </w:r>
            <w:proofErr w:type="spellStart"/>
            <w:proofErr w:type="gramStart"/>
            <w:r w:rsidRPr="003C2082">
              <w:t>stranami</w:t>
            </w:r>
            <w:proofErr w:type="spellEnd"/>
            <w:r w:rsidRPr="003C2082">
              <w:t xml:space="preserve"> .</w:t>
            </w:r>
            <w:proofErr w:type="gramEnd"/>
          </w:p>
        </w:tc>
      </w:tr>
    </w:tbl>
    <w:p w14:paraId="060F71A1" w14:textId="77777777" w:rsidR="003F413A" w:rsidRPr="003C2082"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23C934D5" w14:textId="77777777">
        <w:trPr>
          <w:jc w:val="center"/>
        </w:trPr>
        <w:tc>
          <w:tcPr>
            <w:tcW w:w="5159" w:type="dxa"/>
            <w:shd w:val="clear" w:color="auto" w:fill="EDEDED"/>
            <w:tcMar>
              <w:top w:w="90" w:type="dxa"/>
              <w:left w:w="95" w:type="dxa"/>
              <w:bottom w:w="90" w:type="dxa"/>
              <w:right w:w="95" w:type="dxa"/>
            </w:tcMar>
          </w:tcPr>
          <w:p w14:paraId="1986EB3B" w14:textId="77777777" w:rsidR="003F413A" w:rsidRDefault="00000000">
            <w:pPr>
              <w:keepNext/>
              <w:spacing w:after="40"/>
              <w:jc w:val="center"/>
            </w:pPr>
            <w:r>
              <w:rPr>
                <w:b/>
                <w:sz w:val="18"/>
              </w:rPr>
              <w:t>Article 2. Total Amount of the Contract.</w:t>
            </w:r>
          </w:p>
        </w:tc>
        <w:tc>
          <w:tcPr>
            <w:tcW w:w="5159" w:type="dxa"/>
            <w:shd w:val="clear" w:color="auto" w:fill="EDEDED"/>
            <w:tcMar>
              <w:top w:w="90" w:type="dxa"/>
              <w:left w:w="95" w:type="dxa"/>
              <w:bottom w:w="90" w:type="dxa"/>
              <w:right w:w="95" w:type="dxa"/>
            </w:tcMar>
          </w:tcPr>
          <w:p w14:paraId="67FB03AF" w14:textId="77777777" w:rsidR="003F413A" w:rsidRDefault="00000000">
            <w:pPr>
              <w:keepNext/>
              <w:spacing w:after="40"/>
              <w:jc w:val="center"/>
            </w:pPr>
            <w:proofErr w:type="spellStart"/>
            <w:r>
              <w:rPr>
                <w:b/>
                <w:sz w:val="18"/>
              </w:rPr>
              <w:t>Článok</w:t>
            </w:r>
            <w:proofErr w:type="spellEnd"/>
            <w:r>
              <w:rPr>
                <w:b/>
                <w:sz w:val="18"/>
              </w:rPr>
              <w:t xml:space="preserve"> 2. </w:t>
            </w:r>
            <w:proofErr w:type="spellStart"/>
            <w:r>
              <w:rPr>
                <w:b/>
                <w:sz w:val="18"/>
              </w:rPr>
              <w:t>Celková</w:t>
            </w:r>
            <w:proofErr w:type="spellEnd"/>
            <w:r>
              <w:rPr>
                <w:b/>
                <w:sz w:val="18"/>
              </w:rPr>
              <w:t xml:space="preserve"> </w:t>
            </w:r>
            <w:proofErr w:type="spellStart"/>
            <w:r>
              <w:rPr>
                <w:b/>
                <w:sz w:val="18"/>
              </w:rPr>
              <w:t>výška</w:t>
            </w:r>
            <w:proofErr w:type="spellEnd"/>
            <w:r>
              <w:rPr>
                <w:b/>
                <w:sz w:val="18"/>
              </w:rPr>
              <w:t xml:space="preserve"> </w:t>
            </w:r>
            <w:proofErr w:type="spellStart"/>
            <w:r>
              <w:rPr>
                <w:b/>
                <w:sz w:val="18"/>
              </w:rPr>
              <w:t>zmluvy</w:t>
            </w:r>
            <w:proofErr w:type="spellEnd"/>
          </w:p>
        </w:tc>
      </w:tr>
    </w:tbl>
    <w:p w14:paraId="78FC8433"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3358587" w14:textId="77777777">
        <w:trPr>
          <w:jc w:val="center"/>
        </w:trPr>
        <w:tc>
          <w:tcPr>
            <w:tcW w:w="5159" w:type="dxa"/>
            <w:tcMar>
              <w:top w:w="70" w:type="dxa"/>
              <w:left w:w="95" w:type="dxa"/>
              <w:bottom w:w="70" w:type="dxa"/>
              <w:right w:w="95" w:type="dxa"/>
            </w:tcMar>
          </w:tcPr>
          <w:p w14:paraId="0A689AE8" w14:textId="77777777" w:rsidR="003F413A" w:rsidRDefault="00000000">
            <w:pPr>
              <w:spacing w:after="40"/>
              <w:jc w:val="both"/>
            </w:pPr>
            <w:r>
              <w:t>2.1. The currency of the Contract and payment is EUR.</w:t>
            </w:r>
          </w:p>
        </w:tc>
        <w:tc>
          <w:tcPr>
            <w:tcW w:w="5159" w:type="dxa"/>
            <w:tcMar>
              <w:top w:w="70" w:type="dxa"/>
              <w:left w:w="95" w:type="dxa"/>
              <w:bottom w:w="70" w:type="dxa"/>
              <w:right w:w="95" w:type="dxa"/>
            </w:tcMar>
          </w:tcPr>
          <w:p w14:paraId="6A0B6BDA" w14:textId="77777777" w:rsidR="003F413A" w:rsidRDefault="00000000">
            <w:pPr>
              <w:spacing w:after="40"/>
              <w:jc w:val="both"/>
            </w:pPr>
            <w:r>
              <w:t xml:space="preserve">2.1. Menou </w:t>
            </w:r>
            <w:proofErr w:type="spellStart"/>
            <w:r>
              <w:t>zmluvy</w:t>
            </w:r>
            <w:proofErr w:type="spellEnd"/>
            <w:r>
              <w:t xml:space="preserve"> a </w:t>
            </w:r>
            <w:proofErr w:type="spellStart"/>
            <w:r>
              <w:t>platieb</w:t>
            </w:r>
            <w:proofErr w:type="spellEnd"/>
            <w:r>
              <w:t xml:space="preserve"> je EUR.</w:t>
            </w:r>
          </w:p>
        </w:tc>
      </w:tr>
    </w:tbl>
    <w:p w14:paraId="47506522"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AA2A70F" w14:textId="77777777">
        <w:trPr>
          <w:jc w:val="center"/>
        </w:trPr>
        <w:tc>
          <w:tcPr>
            <w:tcW w:w="5159" w:type="dxa"/>
            <w:tcMar>
              <w:top w:w="70" w:type="dxa"/>
              <w:left w:w="95" w:type="dxa"/>
              <w:bottom w:w="70" w:type="dxa"/>
              <w:right w:w="95" w:type="dxa"/>
            </w:tcMar>
          </w:tcPr>
          <w:p w14:paraId="7244A210" w14:textId="77777777" w:rsidR="003F413A" w:rsidRDefault="00000000">
            <w:pPr>
              <w:spacing w:after="40"/>
              <w:jc w:val="both"/>
            </w:pPr>
            <w:r>
              <w:t>2.2. The total price of the Contract consists of the amount of all Annexes to the present Contract, which are its integral part.</w:t>
            </w:r>
          </w:p>
        </w:tc>
        <w:tc>
          <w:tcPr>
            <w:tcW w:w="5159" w:type="dxa"/>
            <w:tcMar>
              <w:top w:w="70" w:type="dxa"/>
              <w:left w:w="95" w:type="dxa"/>
              <w:bottom w:w="70" w:type="dxa"/>
              <w:right w:w="95" w:type="dxa"/>
            </w:tcMar>
          </w:tcPr>
          <w:p w14:paraId="4E0A4269" w14:textId="77777777" w:rsidR="003F413A" w:rsidRDefault="00000000">
            <w:pPr>
              <w:spacing w:after="40"/>
              <w:jc w:val="both"/>
            </w:pPr>
            <w:r>
              <w:t xml:space="preserve">2.2. </w:t>
            </w:r>
            <w:proofErr w:type="spellStart"/>
            <w:r>
              <w:t>Celkovú</w:t>
            </w:r>
            <w:proofErr w:type="spellEnd"/>
            <w:r>
              <w:t xml:space="preserve"> </w:t>
            </w:r>
            <w:proofErr w:type="spellStart"/>
            <w:r>
              <w:t>cenu</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predstavuje</w:t>
            </w:r>
            <w:proofErr w:type="spellEnd"/>
            <w:r>
              <w:t xml:space="preserve"> </w:t>
            </w:r>
            <w:proofErr w:type="spellStart"/>
            <w:r>
              <w:t>suma</w:t>
            </w:r>
            <w:proofErr w:type="spellEnd"/>
            <w:r>
              <w:t xml:space="preserve"> </w:t>
            </w:r>
            <w:proofErr w:type="spellStart"/>
            <w:r>
              <w:t>všetkých</w:t>
            </w:r>
            <w:proofErr w:type="spellEnd"/>
            <w:r>
              <w:t xml:space="preserve"> </w:t>
            </w:r>
            <w:proofErr w:type="spellStart"/>
            <w:r>
              <w:t>príloh</w:t>
            </w:r>
            <w:proofErr w:type="spellEnd"/>
            <w:r>
              <w:t xml:space="preserve"> k </w:t>
            </w:r>
            <w:proofErr w:type="spellStart"/>
            <w:r>
              <w:t>tejto</w:t>
            </w:r>
            <w:proofErr w:type="spellEnd"/>
            <w:r>
              <w:t xml:space="preserve"> </w:t>
            </w:r>
            <w:proofErr w:type="spellStart"/>
            <w:r>
              <w:t>zmluve</w:t>
            </w:r>
            <w:proofErr w:type="spellEnd"/>
            <w:r>
              <w:t xml:space="preserve">, </w:t>
            </w:r>
            <w:proofErr w:type="spellStart"/>
            <w:r>
              <w:t>ktoré</w:t>
            </w:r>
            <w:proofErr w:type="spellEnd"/>
            <w:r>
              <w:t xml:space="preserve"> </w:t>
            </w:r>
            <w:proofErr w:type="spellStart"/>
            <w:r>
              <w:t>sú</w:t>
            </w:r>
            <w:proofErr w:type="spellEnd"/>
            <w:r>
              <w:t xml:space="preserve"> </w:t>
            </w:r>
            <w:proofErr w:type="spellStart"/>
            <w:r>
              <w:t>jej</w:t>
            </w:r>
            <w:proofErr w:type="spellEnd"/>
            <w:r>
              <w:t xml:space="preserve"> </w:t>
            </w:r>
            <w:proofErr w:type="spellStart"/>
            <w:r>
              <w:t>neoddeliteľnou</w:t>
            </w:r>
            <w:proofErr w:type="spellEnd"/>
            <w:r>
              <w:t xml:space="preserve"> </w:t>
            </w:r>
            <w:proofErr w:type="spellStart"/>
            <w:r>
              <w:t>súčasťou</w:t>
            </w:r>
            <w:proofErr w:type="spellEnd"/>
            <w:r>
              <w:t>.</w:t>
            </w:r>
          </w:p>
        </w:tc>
      </w:tr>
    </w:tbl>
    <w:p w14:paraId="4CEFE063"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1A8A30DE" w14:textId="77777777">
        <w:trPr>
          <w:jc w:val="center"/>
        </w:trPr>
        <w:tc>
          <w:tcPr>
            <w:tcW w:w="5159" w:type="dxa"/>
            <w:shd w:val="clear" w:color="auto" w:fill="EDEDED"/>
            <w:tcMar>
              <w:top w:w="90" w:type="dxa"/>
              <w:left w:w="95" w:type="dxa"/>
              <w:bottom w:w="90" w:type="dxa"/>
              <w:right w:w="95" w:type="dxa"/>
            </w:tcMar>
          </w:tcPr>
          <w:p w14:paraId="29800C36" w14:textId="77777777" w:rsidR="003F413A" w:rsidRDefault="00000000">
            <w:pPr>
              <w:keepNext/>
              <w:spacing w:after="40"/>
              <w:jc w:val="center"/>
            </w:pPr>
            <w:r>
              <w:rPr>
                <w:b/>
                <w:sz w:val="18"/>
              </w:rPr>
              <w:t>Article 3. Terms of payment</w:t>
            </w:r>
          </w:p>
        </w:tc>
        <w:tc>
          <w:tcPr>
            <w:tcW w:w="5159" w:type="dxa"/>
            <w:shd w:val="clear" w:color="auto" w:fill="EDEDED"/>
            <w:tcMar>
              <w:top w:w="90" w:type="dxa"/>
              <w:left w:w="95" w:type="dxa"/>
              <w:bottom w:w="90" w:type="dxa"/>
              <w:right w:w="95" w:type="dxa"/>
            </w:tcMar>
          </w:tcPr>
          <w:p w14:paraId="306129B7" w14:textId="77777777" w:rsidR="003F413A" w:rsidRDefault="00000000">
            <w:pPr>
              <w:keepNext/>
              <w:spacing w:after="40"/>
              <w:jc w:val="center"/>
            </w:pPr>
            <w:proofErr w:type="spellStart"/>
            <w:r>
              <w:rPr>
                <w:b/>
                <w:sz w:val="18"/>
              </w:rPr>
              <w:t>Článok</w:t>
            </w:r>
            <w:proofErr w:type="spellEnd"/>
            <w:r>
              <w:rPr>
                <w:b/>
                <w:sz w:val="18"/>
              </w:rPr>
              <w:t xml:space="preserve"> 3. </w:t>
            </w:r>
            <w:proofErr w:type="spellStart"/>
            <w:r>
              <w:rPr>
                <w:b/>
                <w:sz w:val="18"/>
              </w:rPr>
              <w:t>Platobné</w:t>
            </w:r>
            <w:proofErr w:type="spellEnd"/>
            <w:r>
              <w:rPr>
                <w:b/>
                <w:sz w:val="18"/>
              </w:rPr>
              <w:t xml:space="preserve"> </w:t>
            </w:r>
            <w:proofErr w:type="spellStart"/>
            <w:r>
              <w:rPr>
                <w:b/>
                <w:sz w:val="18"/>
              </w:rPr>
              <w:t>podmienky</w:t>
            </w:r>
            <w:proofErr w:type="spellEnd"/>
          </w:p>
        </w:tc>
      </w:tr>
    </w:tbl>
    <w:p w14:paraId="428170E4"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9C7B7A" w14:paraId="0843E45E" w14:textId="77777777">
        <w:trPr>
          <w:jc w:val="center"/>
        </w:trPr>
        <w:tc>
          <w:tcPr>
            <w:tcW w:w="5159" w:type="dxa"/>
            <w:tcMar>
              <w:top w:w="70" w:type="dxa"/>
              <w:left w:w="95" w:type="dxa"/>
              <w:bottom w:w="70" w:type="dxa"/>
              <w:right w:w="95" w:type="dxa"/>
            </w:tcMar>
          </w:tcPr>
          <w:p w14:paraId="7AD4B62A" w14:textId="77777777" w:rsidR="003F413A" w:rsidRDefault="00000000">
            <w:pPr>
              <w:spacing w:after="40"/>
              <w:jc w:val="both"/>
            </w:pPr>
            <w:r>
              <w:t>3.1 The Parties have agreed the following terms of payment:</w:t>
            </w:r>
          </w:p>
          <w:p w14:paraId="4D5D5335" w14:textId="77777777" w:rsidR="00B662DE" w:rsidRDefault="00B662DE">
            <w:pPr>
              <w:spacing w:after="40"/>
              <w:jc w:val="both"/>
              <w:rPr>
                <w:sz w:val="10"/>
                <w:szCs w:val="16"/>
              </w:rPr>
            </w:pPr>
          </w:p>
          <w:p w14:paraId="104DEC1A" w14:textId="77777777" w:rsidR="00C7762B" w:rsidRPr="00C7762B" w:rsidRDefault="00C7762B">
            <w:pPr>
              <w:spacing w:after="40"/>
              <w:jc w:val="both"/>
              <w:rPr>
                <w:sz w:val="2"/>
                <w:szCs w:val="4"/>
              </w:rPr>
            </w:pPr>
          </w:p>
          <w:p w14:paraId="18675EBD" w14:textId="77777777" w:rsidR="003F413A" w:rsidRDefault="00000000">
            <w:pPr>
              <w:spacing w:after="40"/>
              <w:jc w:val="both"/>
            </w:pPr>
            <w:r>
              <w:lastRenderedPageBreak/>
              <w:t xml:space="preserve">- 30% - upon signing the </w:t>
            </w:r>
            <w:proofErr w:type="gramStart"/>
            <w:r>
              <w:t>order;</w:t>
            </w:r>
            <w:proofErr w:type="gramEnd"/>
          </w:p>
          <w:p w14:paraId="50AA4277" w14:textId="77777777" w:rsidR="003F413A" w:rsidRDefault="00000000">
            <w:pPr>
              <w:spacing w:after="40"/>
              <w:jc w:val="both"/>
            </w:pPr>
            <w:r>
              <w:t xml:space="preserve">- 60% - as the equipment is ready for </w:t>
            </w:r>
            <w:proofErr w:type="gramStart"/>
            <w:r>
              <w:t>shipment;</w:t>
            </w:r>
            <w:proofErr w:type="gramEnd"/>
          </w:p>
          <w:p w14:paraId="2EC4A5D9" w14:textId="77777777" w:rsidR="00B662DE" w:rsidRPr="00B662DE" w:rsidRDefault="00B662DE">
            <w:pPr>
              <w:spacing w:after="40"/>
              <w:jc w:val="both"/>
              <w:rPr>
                <w:sz w:val="2"/>
                <w:szCs w:val="8"/>
              </w:rPr>
            </w:pPr>
          </w:p>
          <w:p w14:paraId="491B4EC6" w14:textId="77777777" w:rsidR="003F413A" w:rsidRDefault="00000000">
            <w:pPr>
              <w:spacing w:after="40"/>
              <w:jc w:val="both"/>
            </w:pPr>
            <w:r>
              <w:t>- 10% after mechanical installation and commissioning but not later than 3 months from transport document date;</w:t>
            </w:r>
          </w:p>
        </w:tc>
        <w:tc>
          <w:tcPr>
            <w:tcW w:w="5159" w:type="dxa"/>
            <w:tcMar>
              <w:top w:w="70" w:type="dxa"/>
              <w:left w:w="95" w:type="dxa"/>
              <w:bottom w:w="70" w:type="dxa"/>
              <w:right w:w="95" w:type="dxa"/>
            </w:tcMar>
          </w:tcPr>
          <w:p w14:paraId="37A9CCB5" w14:textId="77777777" w:rsidR="003F413A" w:rsidRPr="00B662DE" w:rsidRDefault="00000000">
            <w:pPr>
              <w:spacing w:after="40"/>
              <w:jc w:val="both"/>
              <w:rPr>
                <w:lang w:val="pl-PL"/>
              </w:rPr>
            </w:pPr>
            <w:r w:rsidRPr="00B662DE">
              <w:rPr>
                <w:lang w:val="pl-PL"/>
              </w:rPr>
              <w:lastRenderedPageBreak/>
              <w:t>3.1 Zmluvné strany sa dohodli na nasledujúcich platobných podmienkach:</w:t>
            </w:r>
          </w:p>
          <w:p w14:paraId="081F203D" w14:textId="77777777" w:rsidR="003F413A" w:rsidRPr="00B662DE" w:rsidRDefault="00000000">
            <w:pPr>
              <w:spacing w:after="40"/>
              <w:jc w:val="both"/>
              <w:rPr>
                <w:lang w:val="pl-PL"/>
              </w:rPr>
            </w:pPr>
            <w:r w:rsidRPr="00B662DE">
              <w:rPr>
                <w:lang w:val="pl-PL"/>
              </w:rPr>
              <w:lastRenderedPageBreak/>
              <w:t>- 30 % - pri podpísaní objednávky;</w:t>
            </w:r>
          </w:p>
          <w:p w14:paraId="2D246787" w14:textId="77777777" w:rsidR="003F413A" w:rsidRPr="00B662DE" w:rsidRDefault="00000000">
            <w:pPr>
              <w:spacing w:after="40"/>
              <w:jc w:val="both"/>
              <w:rPr>
                <w:lang w:val="pl-PL"/>
              </w:rPr>
            </w:pPr>
            <w:r w:rsidRPr="00B662DE">
              <w:rPr>
                <w:lang w:val="pl-PL"/>
              </w:rPr>
              <w:t>- 60 % - v momente, kedy je zariadenie pripravené na odoslanie;</w:t>
            </w:r>
          </w:p>
          <w:p w14:paraId="68A475B1" w14:textId="77777777" w:rsidR="003F413A" w:rsidRPr="00B662DE" w:rsidRDefault="00000000">
            <w:pPr>
              <w:spacing w:after="40"/>
              <w:jc w:val="both"/>
              <w:rPr>
                <w:lang w:val="pl-PL"/>
              </w:rPr>
            </w:pPr>
            <w:r w:rsidRPr="00B662DE">
              <w:rPr>
                <w:lang w:val="pl-PL"/>
              </w:rPr>
              <w:t>- 10% po mechanickej inštalácii a uvedení do prevádzky, najneskôr však do 3 mesiacov od dátumu nákladného listu;</w:t>
            </w:r>
          </w:p>
        </w:tc>
      </w:tr>
    </w:tbl>
    <w:p w14:paraId="2F9C8E31" w14:textId="77777777" w:rsidR="003F413A" w:rsidRPr="00B662DE" w:rsidRDefault="003F413A">
      <w:pPr>
        <w:spacing w:line="180" w:lineRule="auto"/>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2D8C5F4" w14:textId="77777777">
        <w:trPr>
          <w:jc w:val="center"/>
        </w:trPr>
        <w:tc>
          <w:tcPr>
            <w:tcW w:w="5159" w:type="dxa"/>
            <w:tcMar>
              <w:top w:w="70" w:type="dxa"/>
              <w:left w:w="95" w:type="dxa"/>
              <w:bottom w:w="70" w:type="dxa"/>
              <w:right w:w="95" w:type="dxa"/>
            </w:tcMar>
          </w:tcPr>
          <w:p w14:paraId="2407AF71" w14:textId="77777777" w:rsidR="003F413A" w:rsidRDefault="00000000">
            <w:pPr>
              <w:spacing w:after="40"/>
              <w:jc w:val="both"/>
            </w:pPr>
            <w:r>
              <w:t>3.2 Payment of the amounts due by Buyer to Seller should be done by bank transfer to the account of the Seller in the order and terms of Annexes to the present Contract.</w:t>
            </w:r>
          </w:p>
        </w:tc>
        <w:tc>
          <w:tcPr>
            <w:tcW w:w="5159" w:type="dxa"/>
            <w:tcMar>
              <w:top w:w="70" w:type="dxa"/>
              <w:left w:w="95" w:type="dxa"/>
              <w:bottom w:w="70" w:type="dxa"/>
              <w:right w:w="95" w:type="dxa"/>
            </w:tcMar>
          </w:tcPr>
          <w:p w14:paraId="55E23A05" w14:textId="77777777" w:rsidR="003F413A" w:rsidRDefault="00000000">
            <w:pPr>
              <w:spacing w:after="40"/>
              <w:jc w:val="both"/>
            </w:pPr>
            <w:r>
              <w:t xml:space="preserve">3.2 </w:t>
            </w:r>
            <w:proofErr w:type="spellStart"/>
            <w:r>
              <w:t>Úhrada</w:t>
            </w:r>
            <w:proofErr w:type="spellEnd"/>
            <w:r>
              <w:t xml:space="preserve"> </w:t>
            </w:r>
            <w:proofErr w:type="spellStart"/>
            <w:r>
              <w:t>súm</w:t>
            </w:r>
            <w:proofErr w:type="spellEnd"/>
            <w:r>
              <w:t xml:space="preserve">, </w:t>
            </w:r>
            <w:proofErr w:type="spellStart"/>
            <w:r>
              <w:t>ktoré</w:t>
            </w:r>
            <w:proofErr w:type="spellEnd"/>
            <w:r>
              <w:t xml:space="preserve"> </w:t>
            </w:r>
            <w:proofErr w:type="spellStart"/>
            <w:r>
              <w:t>má</w:t>
            </w:r>
            <w:proofErr w:type="spellEnd"/>
            <w:r>
              <w:t xml:space="preserve"> </w:t>
            </w:r>
            <w:proofErr w:type="spellStart"/>
            <w:r>
              <w:t>kupujúci</w:t>
            </w:r>
            <w:proofErr w:type="spellEnd"/>
            <w:r>
              <w:t xml:space="preserve"> </w:t>
            </w:r>
            <w:proofErr w:type="spellStart"/>
            <w:r>
              <w:t>zaplatiť</w:t>
            </w:r>
            <w:proofErr w:type="spellEnd"/>
            <w:r>
              <w:t xml:space="preserve"> </w:t>
            </w:r>
            <w:proofErr w:type="spellStart"/>
            <w:r>
              <w:t>predávajúcemu</w:t>
            </w:r>
            <w:proofErr w:type="spellEnd"/>
            <w:r>
              <w:t xml:space="preserve"> by </w:t>
            </w:r>
            <w:proofErr w:type="spellStart"/>
            <w:r>
              <w:t>sa</w:t>
            </w:r>
            <w:proofErr w:type="spellEnd"/>
            <w:r>
              <w:t xml:space="preserve"> mala </w:t>
            </w:r>
            <w:proofErr w:type="spellStart"/>
            <w:r>
              <w:t>uskutočniť</w:t>
            </w:r>
            <w:proofErr w:type="spellEnd"/>
            <w:r>
              <w:t xml:space="preserve"> </w:t>
            </w:r>
            <w:proofErr w:type="spellStart"/>
            <w:r>
              <w:t>bankovým</w:t>
            </w:r>
            <w:proofErr w:type="spellEnd"/>
            <w:r>
              <w:t xml:space="preserve"> </w:t>
            </w:r>
            <w:proofErr w:type="spellStart"/>
            <w:r>
              <w:t>prevodom</w:t>
            </w:r>
            <w:proofErr w:type="spellEnd"/>
            <w:r>
              <w:t xml:space="preserve"> </w:t>
            </w:r>
            <w:proofErr w:type="spellStart"/>
            <w:r>
              <w:t>na</w:t>
            </w:r>
            <w:proofErr w:type="spellEnd"/>
            <w:r>
              <w:t xml:space="preserve"> </w:t>
            </w:r>
            <w:proofErr w:type="spellStart"/>
            <w:r>
              <w:t>účet</w:t>
            </w:r>
            <w:proofErr w:type="spellEnd"/>
            <w:r>
              <w:t xml:space="preserve"> </w:t>
            </w:r>
            <w:proofErr w:type="spellStart"/>
            <w:r>
              <w:t>predávajúceho</w:t>
            </w:r>
            <w:proofErr w:type="spellEnd"/>
            <w:r>
              <w:t xml:space="preserve"> </w:t>
            </w:r>
            <w:proofErr w:type="spellStart"/>
            <w:r>
              <w:t>podľa</w:t>
            </w:r>
            <w:proofErr w:type="spellEnd"/>
            <w:r>
              <w:t xml:space="preserve"> </w:t>
            </w:r>
            <w:proofErr w:type="spellStart"/>
            <w:r>
              <w:t>podmienok</w:t>
            </w:r>
            <w:proofErr w:type="spellEnd"/>
            <w:r>
              <w:t xml:space="preserve"> </w:t>
            </w:r>
            <w:proofErr w:type="spellStart"/>
            <w:r>
              <w:t>príloh</w:t>
            </w:r>
            <w:proofErr w:type="spellEnd"/>
            <w:r>
              <w:t xml:space="preserve"> k </w:t>
            </w:r>
            <w:proofErr w:type="spellStart"/>
            <w:r>
              <w:t>tejto</w:t>
            </w:r>
            <w:proofErr w:type="spellEnd"/>
            <w:r>
              <w:t xml:space="preserve"> </w:t>
            </w:r>
            <w:proofErr w:type="spellStart"/>
            <w:r>
              <w:t>zmluve</w:t>
            </w:r>
            <w:proofErr w:type="spellEnd"/>
            <w:r>
              <w:t>.</w:t>
            </w:r>
          </w:p>
        </w:tc>
      </w:tr>
    </w:tbl>
    <w:p w14:paraId="312F1050"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FD05573" w14:textId="77777777">
        <w:trPr>
          <w:jc w:val="center"/>
        </w:trPr>
        <w:tc>
          <w:tcPr>
            <w:tcW w:w="5159" w:type="dxa"/>
            <w:tcMar>
              <w:top w:w="70" w:type="dxa"/>
              <w:left w:w="95" w:type="dxa"/>
              <w:bottom w:w="70" w:type="dxa"/>
              <w:right w:w="95" w:type="dxa"/>
            </w:tcMar>
          </w:tcPr>
          <w:p w14:paraId="75918B66" w14:textId="77777777" w:rsidR="003F413A" w:rsidRDefault="00000000">
            <w:pPr>
              <w:spacing w:after="40"/>
              <w:jc w:val="both"/>
            </w:pPr>
            <w:r>
              <w:t>3.3. All bank and collection charges with regards to the payments under this Contract in the Buyer’s country shall be paid by the Buyer and the Seller shall pay similar charges in the Seller’s country.</w:t>
            </w:r>
          </w:p>
        </w:tc>
        <w:tc>
          <w:tcPr>
            <w:tcW w:w="5159" w:type="dxa"/>
            <w:tcMar>
              <w:top w:w="70" w:type="dxa"/>
              <w:left w:w="95" w:type="dxa"/>
              <w:bottom w:w="70" w:type="dxa"/>
              <w:right w:w="95" w:type="dxa"/>
            </w:tcMar>
          </w:tcPr>
          <w:p w14:paraId="6B9DCD0D" w14:textId="77777777" w:rsidR="003F413A" w:rsidRDefault="00000000">
            <w:pPr>
              <w:spacing w:after="40"/>
              <w:jc w:val="both"/>
            </w:pPr>
            <w:r>
              <w:t xml:space="preserve">3.3. </w:t>
            </w:r>
            <w:proofErr w:type="spellStart"/>
            <w:r>
              <w:t>Všetky</w:t>
            </w:r>
            <w:proofErr w:type="spellEnd"/>
            <w:r>
              <w:t xml:space="preserve"> </w:t>
            </w:r>
            <w:proofErr w:type="spellStart"/>
            <w:r>
              <w:t>bankové</w:t>
            </w:r>
            <w:proofErr w:type="spellEnd"/>
            <w:r>
              <w:t xml:space="preserve"> </w:t>
            </w:r>
            <w:proofErr w:type="gramStart"/>
            <w:r>
              <w:t>a</w:t>
            </w:r>
            <w:proofErr w:type="gramEnd"/>
            <w:r>
              <w:t xml:space="preserve"> </w:t>
            </w:r>
            <w:proofErr w:type="spellStart"/>
            <w:r>
              <w:t>inkasné</w:t>
            </w:r>
            <w:proofErr w:type="spellEnd"/>
            <w:r>
              <w:t xml:space="preserve"> </w:t>
            </w:r>
            <w:proofErr w:type="spellStart"/>
            <w:r>
              <w:t>poplatky</w:t>
            </w:r>
            <w:proofErr w:type="spellEnd"/>
            <w:r>
              <w:t xml:space="preserve"> </w:t>
            </w:r>
            <w:proofErr w:type="spellStart"/>
            <w:r>
              <w:t>týkajúce</w:t>
            </w:r>
            <w:proofErr w:type="spellEnd"/>
            <w:r>
              <w:t xml:space="preserve"> </w:t>
            </w:r>
            <w:proofErr w:type="spellStart"/>
            <w:r>
              <w:t>sa</w:t>
            </w:r>
            <w:proofErr w:type="spellEnd"/>
            <w:r>
              <w:t xml:space="preserve"> </w:t>
            </w:r>
            <w:proofErr w:type="spellStart"/>
            <w:r>
              <w:t>platieb</w:t>
            </w:r>
            <w:proofErr w:type="spellEnd"/>
            <w:r>
              <w:t xml:space="preserve"> </w:t>
            </w:r>
            <w:proofErr w:type="spellStart"/>
            <w:r>
              <w:t>podľa</w:t>
            </w:r>
            <w:proofErr w:type="spellEnd"/>
            <w:r>
              <w:t xml:space="preserve"> </w:t>
            </w:r>
            <w:proofErr w:type="spellStart"/>
            <w:r>
              <w:t>tejto</w:t>
            </w:r>
            <w:proofErr w:type="spellEnd"/>
            <w:r>
              <w:t xml:space="preserve"> </w:t>
            </w:r>
            <w:proofErr w:type="spellStart"/>
            <w:r>
              <w:t>zmluvy</w:t>
            </w:r>
            <w:proofErr w:type="spellEnd"/>
            <w:r>
              <w:t xml:space="preserve"> v </w:t>
            </w:r>
            <w:proofErr w:type="spellStart"/>
            <w:r>
              <w:t>krajine</w:t>
            </w:r>
            <w:proofErr w:type="spellEnd"/>
            <w:r>
              <w:t xml:space="preserve"> </w:t>
            </w:r>
            <w:proofErr w:type="spellStart"/>
            <w:r>
              <w:t>kupujúceho</w:t>
            </w:r>
            <w:proofErr w:type="spellEnd"/>
            <w:r>
              <w:t xml:space="preserve"> </w:t>
            </w:r>
            <w:proofErr w:type="spellStart"/>
            <w:r>
              <w:t>hradí</w:t>
            </w:r>
            <w:proofErr w:type="spellEnd"/>
            <w:r>
              <w:t xml:space="preserve"> </w:t>
            </w:r>
            <w:proofErr w:type="spellStart"/>
            <w:r>
              <w:t>kupujúci</w:t>
            </w:r>
            <w:proofErr w:type="spellEnd"/>
            <w:r>
              <w:t xml:space="preserve"> a </w:t>
            </w:r>
            <w:proofErr w:type="spellStart"/>
            <w:r>
              <w:t>predávajúci</w:t>
            </w:r>
            <w:proofErr w:type="spellEnd"/>
            <w:r>
              <w:t xml:space="preserve"> </w:t>
            </w:r>
            <w:proofErr w:type="spellStart"/>
            <w:r>
              <w:t>zaplatí</w:t>
            </w:r>
            <w:proofErr w:type="spellEnd"/>
            <w:r>
              <w:t xml:space="preserve"> </w:t>
            </w:r>
            <w:proofErr w:type="spellStart"/>
            <w:r>
              <w:t>podobné</w:t>
            </w:r>
            <w:proofErr w:type="spellEnd"/>
            <w:r>
              <w:t xml:space="preserve"> </w:t>
            </w:r>
            <w:proofErr w:type="spellStart"/>
            <w:r>
              <w:t>poplatky</w:t>
            </w:r>
            <w:proofErr w:type="spellEnd"/>
            <w:r>
              <w:t xml:space="preserve"> v </w:t>
            </w:r>
            <w:proofErr w:type="spellStart"/>
            <w:r>
              <w:t>krajine</w:t>
            </w:r>
            <w:proofErr w:type="spellEnd"/>
            <w:r>
              <w:t xml:space="preserve"> </w:t>
            </w:r>
            <w:proofErr w:type="spellStart"/>
            <w:r>
              <w:t>predávajúceho</w:t>
            </w:r>
            <w:proofErr w:type="spellEnd"/>
            <w:r>
              <w:t>.</w:t>
            </w:r>
          </w:p>
        </w:tc>
      </w:tr>
    </w:tbl>
    <w:p w14:paraId="166ADBA5"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FD8B3B0" w14:textId="77777777">
        <w:trPr>
          <w:jc w:val="center"/>
        </w:trPr>
        <w:tc>
          <w:tcPr>
            <w:tcW w:w="5159" w:type="dxa"/>
            <w:tcMar>
              <w:top w:w="70" w:type="dxa"/>
              <w:left w:w="95" w:type="dxa"/>
              <w:bottom w:w="70" w:type="dxa"/>
              <w:right w:w="95" w:type="dxa"/>
            </w:tcMar>
          </w:tcPr>
          <w:p w14:paraId="1C790BA1" w14:textId="77777777" w:rsidR="003F413A" w:rsidRDefault="00000000">
            <w:pPr>
              <w:spacing w:after="40"/>
              <w:jc w:val="both"/>
            </w:pPr>
            <w:r>
              <w:t>3.4. All import customs duties, fees, and other expenses in connection with signing and fulfillment of the present Contract, in the Buyer’s country are to be paid by the Buyer. Any associated export customs duties, fees, taxes, and other similar expenses in the Seller’s country are to be paid by the Seller.</w:t>
            </w:r>
          </w:p>
        </w:tc>
        <w:tc>
          <w:tcPr>
            <w:tcW w:w="5159" w:type="dxa"/>
            <w:tcMar>
              <w:top w:w="70" w:type="dxa"/>
              <w:left w:w="95" w:type="dxa"/>
              <w:bottom w:w="70" w:type="dxa"/>
              <w:right w:w="95" w:type="dxa"/>
            </w:tcMar>
          </w:tcPr>
          <w:p w14:paraId="6ABFEC4A" w14:textId="77777777" w:rsidR="003F413A" w:rsidRDefault="00000000">
            <w:pPr>
              <w:spacing w:after="40"/>
              <w:jc w:val="both"/>
            </w:pPr>
            <w:r>
              <w:t xml:space="preserve">3.4. </w:t>
            </w:r>
            <w:proofErr w:type="spellStart"/>
            <w:r>
              <w:t>Všetky</w:t>
            </w:r>
            <w:proofErr w:type="spellEnd"/>
            <w:r>
              <w:t xml:space="preserve"> </w:t>
            </w:r>
            <w:proofErr w:type="spellStart"/>
            <w:r>
              <w:t>dovozné</w:t>
            </w:r>
            <w:proofErr w:type="spellEnd"/>
            <w:r>
              <w:t xml:space="preserve"> </w:t>
            </w:r>
            <w:proofErr w:type="spellStart"/>
            <w:r>
              <w:t>clá</w:t>
            </w:r>
            <w:proofErr w:type="spellEnd"/>
            <w:r>
              <w:t xml:space="preserve">, </w:t>
            </w:r>
            <w:proofErr w:type="spellStart"/>
            <w:r>
              <w:t>poplatky</w:t>
            </w:r>
            <w:proofErr w:type="spellEnd"/>
            <w:r>
              <w:t xml:space="preserve"> </w:t>
            </w:r>
            <w:proofErr w:type="gramStart"/>
            <w:r>
              <w:t>a</w:t>
            </w:r>
            <w:proofErr w:type="gramEnd"/>
            <w:r>
              <w:t xml:space="preserve"> </w:t>
            </w:r>
            <w:proofErr w:type="spellStart"/>
            <w:r>
              <w:t>iné</w:t>
            </w:r>
            <w:proofErr w:type="spellEnd"/>
            <w:r>
              <w:t xml:space="preserve"> </w:t>
            </w:r>
            <w:proofErr w:type="spellStart"/>
            <w:r>
              <w:t>výdavky</w:t>
            </w:r>
            <w:proofErr w:type="spellEnd"/>
            <w:r>
              <w:t xml:space="preserve"> v </w:t>
            </w:r>
            <w:proofErr w:type="spellStart"/>
            <w:r>
              <w:t>súvislosti</w:t>
            </w:r>
            <w:proofErr w:type="spellEnd"/>
            <w:r>
              <w:t xml:space="preserve"> s </w:t>
            </w:r>
            <w:proofErr w:type="spellStart"/>
            <w:r>
              <w:t>podpísaním</w:t>
            </w:r>
            <w:proofErr w:type="spellEnd"/>
            <w:r>
              <w:t xml:space="preserve"> a </w:t>
            </w:r>
            <w:proofErr w:type="spellStart"/>
            <w:r>
              <w:t>plnením</w:t>
            </w:r>
            <w:proofErr w:type="spellEnd"/>
            <w:r>
              <w:t xml:space="preserve"> </w:t>
            </w:r>
            <w:proofErr w:type="spellStart"/>
            <w:r>
              <w:t>tejto</w:t>
            </w:r>
            <w:proofErr w:type="spellEnd"/>
            <w:r>
              <w:t xml:space="preserve"> </w:t>
            </w:r>
            <w:proofErr w:type="spellStart"/>
            <w:r>
              <w:t>zmluvy</w:t>
            </w:r>
            <w:proofErr w:type="spellEnd"/>
            <w:r>
              <w:t xml:space="preserve"> v </w:t>
            </w:r>
            <w:proofErr w:type="spellStart"/>
            <w:r>
              <w:t>krajine</w:t>
            </w:r>
            <w:proofErr w:type="spellEnd"/>
            <w:r>
              <w:t xml:space="preserve"> </w:t>
            </w:r>
            <w:proofErr w:type="spellStart"/>
            <w:r>
              <w:t>kupujúceho</w:t>
            </w:r>
            <w:proofErr w:type="spellEnd"/>
            <w:r>
              <w:t xml:space="preserve"> </w:t>
            </w:r>
            <w:proofErr w:type="spellStart"/>
            <w:r>
              <w:t>hradí</w:t>
            </w:r>
            <w:proofErr w:type="spellEnd"/>
            <w:r>
              <w:t xml:space="preserve"> </w:t>
            </w:r>
            <w:proofErr w:type="spellStart"/>
            <w:r>
              <w:t>kupujúci</w:t>
            </w:r>
            <w:proofErr w:type="spellEnd"/>
            <w:r>
              <w:t xml:space="preserve">. </w:t>
            </w:r>
            <w:proofErr w:type="spellStart"/>
            <w:r>
              <w:t>Všetky</w:t>
            </w:r>
            <w:proofErr w:type="spellEnd"/>
            <w:r>
              <w:t xml:space="preserve"> </w:t>
            </w:r>
            <w:proofErr w:type="spellStart"/>
            <w:r>
              <w:t>príslušné</w:t>
            </w:r>
            <w:proofErr w:type="spellEnd"/>
            <w:r>
              <w:t xml:space="preserve"> </w:t>
            </w:r>
            <w:proofErr w:type="spellStart"/>
            <w:r>
              <w:t>vývozné</w:t>
            </w:r>
            <w:proofErr w:type="spellEnd"/>
            <w:r>
              <w:t xml:space="preserve"> </w:t>
            </w:r>
            <w:proofErr w:type="spellStart"/>
            <w:r>
              <w:t>clá</w:t>
            </w:r>
            <w:proofErr w:type="spellEnd"/>
            <w:r>
              <w:t xml:space="preserve">, </w:t>
            </w:r>
            <w:proofErr w:type="spellStart"/>
            <w:r>
              <w:t>poplatky</w:t>
            </w:r>
            <w:proofErr w:type="spellEnd"/>
            <w:r>
              <w:t xml:space="preserve">, </w:t>
            </w:r>
            <w:proofErr w:type="spellStart"/>
            <w:r>
              <w:t>dane</w:t>
            </w:r>
            <w:proofErr w:type="spellEnd"/>
            <w:r>
              <w:t xml:space="preserve"> </w:t>
            </w:r>
            <w:proofErr w:type="gramStart"/>
            <w:r>
              <w:t>a</w:t>
            </w:r>
            <w:proofErr w:type="gramEnd"/>
            <w:r>
              <w:t xml:space="preserve"> </w:t>
            </w:r>
            <w:proofErr w:type="spellStart"/>
            <w:r>
              <w:t>iné</w:t>
            </w:r>
            <w:proofErr w:type="spellEnd"/>
            <w:r>
              <w:t xml:space="preserve"> </w:t>
            </w:r>
            <w:proofErr w:type="spellStart"/>
            <w:r>
              <w:t>podobné</w:t>
            </w:r>
            <w:proofErr w:type="spellEnd"/>
            <w:r>
              <w:t xml:space="preserve"> </w:t>
            </w:r>
            <w:proofErr w:type="spellStart"/>
            <w:r>
              <w:t>výdavky</w:t>
            </w:r>
            <w:proofErr w:type="spellEnd"/>
            <w:r>
              <w:t xml:space="preserve"> v </w:t>
            </w:r>
            <w:proofErr w:type="spellStart"/>
            <w:r>
              <w:t>krajine</w:t>
            </w:r>
            <w:proofErr w:type="spellEnd"/>
            <w:r>
              <w:t xml:space="preserve"> </w:t>
            </w:r>
            <w:proofErr w:type="spellStart"/>
            <w:r>
              <w:t>predávajúceho</w:t>
            </w:r>
            <w:proofErr w:type="spellEnd"/>
            <w:r>
              <w:t xml:space="preserve"> </w:t>
            </w:r>
            <w:proofErr w:type="spellStart"/>
            <w:r>
              <w:t>hradí</w:t>
            </w:r>
            <w:proofErr w:type="spellEnd"/>
            <w:r>
              <w:t xml:space="preserve"> </w:t>
            </w:r>
            <w:proofErr w:type="spellStart"/>
            <w:r>
              <w:t>predávajúci</w:t>
            </w:r>
            <w:proofErr w:type="spellEnd"/>
            <w:r>
              <w:t>.</w:t>
            </w:r>
          </w:p>
        </w:tc>
      </w:tr>
    </w:tbl>
    <w:p w14:paraId="17725ADB" w14:textId="77777777" w:rsidR="00AA2D88" w:rsidRDefault="00AA2D88">
      <w:pPr>
        <w:spacing w:line="40" w:lineRule="exact"/>
      </w:pPr>
    </w:p>
    <w:p w14:paraId="0C2C0986" w14:textId="77777777" w:rsidR="003F413A" w:rsidRPr="00CB2EA3"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7F26840B" w14:textId="77777777">
        <w:trPr>
          <w:jc w:val="center"/>
        </w:trPr>
        <w:tc>
          <w:tcPr>
            <w:tcW w:w="5159" w:type="dxa"/>
            <w:shd w:val="clear" w:color="auto" w:fill="EDEDED"/>
            <w:tcMar>
              <w:top w:w="90" w:type="dxa"/>
              <w:left w:w="95" w:type="dxa"/>
              <w:bottom w:w="90" w:type="dxa"/>
              <w:right w:w="95" w:type="dxa"/>
            </w:tcMar>
          </w:tcPr>
          <w:p w14:paraId="10760CA2" w14:textId="77777777" w:rsidR="003F413A" w:rsidRDefault="00000000">
            <w:pPr>
              <w:keepNext/>
              <w:spacing w:after="40"/>
              <w:jc w:val="center"/>
            </w:pPr>
            <w:r>
              <w:rPr>
                <w:b/>
                <w:sz w:val="18"/>
              </w:rPr>
              <w:t>Article 4. Delivery of Goods</w:t>
            </w:r>
          </w:p>
        </w:tc>
        <w:tc>
          <w:tcPr>
            <w:tcW w:w="5159" w:type="dxa"/>
            <w:shd w:val="clear" w:color="auto" w:fill="EDEDED"/>
            <w:tcMar>
              <w:top w:w="90" w:type="dxa"/>
              <w:left w:w="95" w:type="dxa"/>
              <w:bottom w:w="90" w:type="dxa"/>
              <w:right w:w="95" w:type="dxa"/>
            </w:tcMar>
          </w:tcPr>
          <w:p w14:paraId="1BCF6A1C" w14:textId="77777777" w:rsidR="003F413A" w:rsidRDefault="00000000">
            <w:pPr>
              <w:keepNext/>
              <w:spacing w:after="40"/>
              <w:jc w:val="center"/>
            </w:pPr>
            <w:proofErr w:type="spellStart"/>
            <w:r>
              <w:rPr>
                <w:b/>
                <w:sz w:val="18"/>
              </w:rPr>
              <w:t>Článok</w:t>
            </w:r>
            <w:proofErr w:type="spellEnd"/>
            <w:r>
              <w:rPr>
                <w:b/>
                <w:sz w:val="18"/>
              </w:rPr>
              <w:t xml:space="preserve"> 4. </w:t>
            </w:r>
            <w:proofErr w:type="spellStart"/>
            <w:r>
              <w:rPr>
                <w:b/>
                <w:sz w:val="18"/>
              </w:rPr>
              <w:t>Dodanie</w:t>
            </w:r>
            <w:proofErr w:type="spellEnd"/>
            <w:r>
              <w:rPr>
                <w:b/>
                <w:sz w:val="18"/>
              </w:rPr>
              <w:t xml:space="preserve"> </w:t>
            </w:r>
            <w:proofErr w:type="spellStart"/>
            <w:r>
              <w:rPr>
                <w:b/>
                <w:sz w:val="18"/>
              </w:rPr>
              <w:t>Tovaru</w:t>
            </w:r>
            <w:proofErr w:type="spellEnd"/>
          </w:p>
        </w:tc>
      </w:tr>
    </w:tbl>
    <w:p w14:paraId="03A48BF7"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887F9F5" w14:textId="77777777">
        <w:trPr>
          <w:jc w:val="center"/>
        </w:trPr>
        <w:tc>
          <w:tcPr>
            <w:tcW w:w="5159" w:type="dxa"/>
            <w:tcMar>
              <w:top w:w="70" w:type="dxa"/>
              <w:left w:w="95" w:type="dxa"/>
              <w:bottom w:w="70" w:type="dxa"/>
              <w:right w:w="95" w:type="dxa"/>
            </w:tcMar>
          </w:tcPr>
          <w:p w14:paraId="5A9A40D8" w14:textId="77777777" w:rsidR="003F413A" w:rsidRDefault="00000000">
            <w:pPr>
              <w:spacing w:after="40"/>
              <w:jc w:val="both"/>
            </w:pPr>
            <w:r>
              <w:t xml:space="preserve">4.1. The delivery of the Goods shall be performed under the delivery clause DAP - Delivered At Place (Buyer's production plant, Slovakia) in accordance with the terms of the official rules of the International Chamber of Commerce "Incoterms” (as amended in 2020), with the address: the address of the Buyer's production plant in the </w:t>
            </w:r>
            <w:proofErr w:type="spellStart"/>
            <w:r>
              <w:t>Horné</w:t>
            </w:r>
            <w:proofErr w:type="spellEnd"/>
            <w:r>
              <w:t xml:space="preserve"> Saliby, Slovakia (hereinafter referred to as the “place of delivery”), unless another place of delivery is agreed in the relevant Order. The Seller undertakes to deliver the Goods within the period specified in the relevant Annex to the Contract.</w:t>
            </w:r>
          </w:p>
        </w:tc>
        <w:tc>
          <w:tcPr>
            <w:tcW w:w="5159" w:type="dxa"/>
            <w:tcMar>
              <w:top w:w="70" w:type="dxa"/>
              <w:left w:w="95" w:type="dxa"/>
              <w:bottom w:w="70" w:type="dxa"/>
              <w:right w:w="95" w:type="dxa"/>
            </w:tcMar>
          </w:tcPr>
          <w:p w14:paraId="6AB68E8F" w14:textId="77777777" w:rsidR="003F413A" w:rsidRDefault="00000000">
            <w:pPr>
              <w:spacing w:after="40"/>
              <w:jc w:val="both"/>
            </w:pPr>
            <w:r>
              <w:t xml:space="preserve">4.1. </w:t>
            </w:r>
            <w:proofErr w:type="spellStart"/>
            <w:r>
              <w:t>Dodanie</w:t>
            </w:r>
            <w:proofErr w:type="spellEnd"/>
            <w:r>
              <w:t xml:space="preserve"> </w:t>
            </w:r>
            <w:proofErr w:type="spellStart"/>
            <w:r>
              <w:t>Tovaru</w:t>
            </w:r>
            <w:proofErr w:type="spellEnd"/>
            <w:r>
              <w:t xml:space="preserve"> </w:t>
            </w:r>
            <w:proofErr w:type="spellStart"/>
            <w:r>
              <w:t>sa</w:t>
            </w:r>
            <w:proofErr w:type="spellEnd"/>
            <w:r>
              <w:t xml:space="preserve"> </w:t>
            </w:r>
            <w:proofErr w:type="spellStart"/>
            <w:r>
              <w:t>uskutoční</w:t>
            </w:r>
            <w:proofErr w:type="spellEnd"/>
            <w:r>
              <w:t xml:space="preserve"> </w:t>
            </w:r>
            <w:proofErr w:type="spellStart"/>
            <w:r>
              <w:t>podľa</w:t>
            </w:r>
            <w:proofErr w:type="spellEnd"/>
            <w:r>
              <w:t xml:space="preserve"> </w:t>
            </w:r>
            <w:proofErr w:type="spellStart"/>
            <w:r>
              <w:t>dodacej</w:t>
            </w:r>
            <w:proofErr w:type="spellEnd"/>
            <w:r>
              <w:t xml:space="preserve"> </w:t>
            </w:r>
            <w:proofErr w:type="spellStart"/>
            <w:r>
              <w:t>doložky</w:t>
            </w:r>
            <w:proofErr w:type="spellEnd"/>
            <w:r>
              <w:t xml:space="preserve"> DAP (</w:t>
            </w:r>
            <w:proofErr w:type="spellStart"/>
            <w:r>
              <w:t>výrobný</w:t>
            </w:r>
            <w:proofErr w:type="spellEnd"/>
            <w:r>
              <w:t xml:space="preserve"> </w:t>
            </w:r>
            <w:proofErr w:type="spellStart"/>
            <w:r>
              <w:t>závod</w:t>
            </w:r>
            <w:proofErr w:type="spellEnd"/>
            <w:r>
              <w:t xml:space="preserve"> </w:t>
            </w:r>
            <w:proofErr w:type="spellStart"/>
            <w:r>
              <w:t>kupujúceho</w:t>
            </w:r>
            <w:proofErr w:type="spellEnd"/>
            <w:r>
              <w:t xml:space="preserve"> </w:t>
            </w:r>
            <w:proofErr w:type="spellStart"/>
            <w:r>
              <w:t>na</w:t>
            </w:r>
            <w:proofErr w:type="spellEnd"/>
            <w:r>
              <w:t xml:space="preserve"> </w:t>
            </w:r>
            <w:proofErr w:type="spellStart"/>
            <w:r>
              <w:t>Slovensku</w:t>
            </w:r>
            <w:proofErr w:type="spellEnd"/>
            <w:r>
              <w:t xml:space="preserve">) v </w:t>
            </w:r>
            <w:proofErr w:type="spellStart"/>
            <w:r>
              <w:t>súlade</w:t>
            </w:r>
            <w:proofErr w:type="spellEnd"/>
            <w:r>
              <w:t xml:space="preserve"> s </w:t>
            </w:r>
            <w:proofErr w:type="spellStart"/>
            <w:r>
              <w:t>podmienkami</w:t>
            </w:r>
            <w:proofErr w:type="spellEnd"/>
            <w:r>
              <w:t xml:space="preserve"> </w:t>
            </w:r>
            <w:proofErr w:type="spellStart"/>
            <w:r>
              <w:t>oficiálnych</w:t>
            </w:r>
            <w:proofErr w:type="spellEnd"/>
            <w:r>
              <w:t xml:space="preserve"> </w:t>
            </w:r>
            <w:proofErr w:type="spellStart"/>
            <w:r>
              <w:t>pravidiel</w:t>
            </w:r>
            <w:proofErr w:type="spellEnd"/>
            <w:r>
              <w:t xml:space="preserve"> </w:t>
            </w:r>
            <w:proofErr w:type="spellStart"/>
            <w:r>
              <w:t>Medzinárodnej</w:t>
            </w:r>
            <w:proofErr w:type="spellEnd"/>
            <w:r>
              <w:t xml:space="preserve"> </w:t>
            </w:r>
            <w:proofErr w:type="spellStart"/>
            <w:r>
              <w:t>obchodnej</w:t>
            </w:r>
            <w:proofErr w:type="spellEnd"/>
            <w:r>
              <w:t xml:space="preserve"> </w:t>
            </w:r>
            <w:proofErr w:type="spellStart"/>
            <w:r>
              <w:t>komory</w:t>
            </w:r>
            <w:proofErr w:type="spellEnd"/>
            <w:r>
              <w:t xml:space="preserve"> „</w:t>
            </w:r>
            <w:proofErr w:type="gramStart"/>
            <w:r>
              <w:t>Incoterms“ (</w:t>
            </w:r>
            <w:proofErr w:type="spellStart"/>
            <w:proofErr w:type="gramEnd"/>
            <w:r>
              <w:t>ktoré</w:t>
            </w:r>
            <w:proofErr w:type="spellEnd"/>
            <w:r>
              <w:t xml:space="preserve"> </w:t>
            </w:r>
            <w:proofErr w:type="spellStart"/>
            <w:r>
              <w:t>boli</w:t>
            </w:r>
            <w:proofErr w:type="spellEnd"/>
            <w:r>
              <w:t xml:space="preserve"> </w:t>
            </w:r>
            <w:proofErr w:type="spellStart"/>
            <w:r>
              <w:t>zmenené</w:t>
            </w:r>
            <w:proofErr w:type="spellEnd"/>
            <w:r>
              <w:t xml:space="preserve"> v </w:t>
            </w:r>
            <w:proofErr w:type="spellStart"/>
            <w:r>
              <w:t>roku</w:t>
            </w:r>
            <w:proofErr w:type="spellEnd"/>
            <w:r>
              <w:t xml:space="preserve"> 2020), s </w:t>
            </w:r>
            <w:proofErr w:type="spellStart"/>
            <w:r>
              <w:t>adresou</w:t>
            </w:r>
            <w:proofErr w:type="spellEnd"/>
            <w:r>
              <w:t xml:space="preserve">: </w:t>
            </w:r>
            <w:proofErr w:type="spellStart"/>
            <w:r>
              <w:t>adresa</w:t>
            </w:r>
            <w:proofErr w:type="spellEnd"/>
            <w:r>
              <w:t xml:space="preserve"> </w:t>
            </w:r>
            <w:proofErr w:type="spellStart"/>
            <w:r>
              <w:t>výrobného</w:t>
            </w:r>
            <w:proofErr w:type="spellEnd"/>
            <w:r>
              <w:t xml:space="preserve"> </w:t>
            </w:r>
            <w:proofErr w:type="spellStart"/>
            <w:r>
              <w:t>závodu</w:t>
            </w:r>
            <w:proofErr w:type="spellEnd"/>
            <w:r>
              <w:t xml:space="preserve"> </w:t>
            </w:r>
            <w:proofErr w:type="spellStart"/>
            <w:r>
              <w:t>kupujúceho</w:t>
            </w:r>
            <w:proofErr w:type="spellEnd"/>
            <w:r>
              <w:t xml:space="preserve"> v </w:t>
            </w:r>
            <w:proofErr w:type="spellStart"/>
            <w:r>
              <w:t>Horné</w:t>
            </w:r>
            <w:proofErr w:type="spellEnd"/>
            <w:r>
              <w:t xml:space="preserve"> Saliby, </w:t>
            </w:r>
            <w:proofErr w:type="spellStart"/>
            <w:r>
              <w:t>Slovensko</w:t>
            </w:r>
            <w:proofErr w:type="spellEnd"/>
            <w:r>
              <w:t xml:space="preserve"> (</w:t>
            </w:r>
            <w:proofErr w:type="spellStart"/>
            <w:r>
              <w:t>ďalej</w:t>
            </w:r>
            <w:proofErr w:type="spellEnd"/>
            <w:r>
              <w:t xml:space="preserve"> </w:t>
            </w:r>
            <w:proofErr w:type="spellStart"/>
            <w:r>
              <w:t>len</w:t>
            </w:r>
            <w:proofErr w:type="spellEnd"/>
            <w:r>
              <w:t xml:space="preserve"> „</w:t>
            </w:r>
            <w:proofErr w:type="spellStart"/>
            <w:r>
              <w:t>miesto</w:t>
            </w:r>
            <w:proofErr w:type="spellEnd"/>
            <w:r>
              <w:t xml:space="preserve"> </w:t>
            </w:r>
            <w:proofErr w:type="spellStart"/>
            <w:r>
              <w:t>dodania</w:t>
            </w:r>
            <w:proofErr w:type="spellEnd"/>
            <w:r>
              <w:t xml:space="preserve">“), </w:t>
            </w:r>
            <w:proofErr w:type="spellStart"/>
            <w:r>
              <w:t>pokiaľ</w:t>
            </w:r>
            <w:proofErr w:type="spellEnd"/>
            <w:r>
              <w:t xml:space="preserve"> </w:t>
            </w:r>
            <w:proofErr w:type="spellStart"/>
            <w:r>
              <w:t>nie</w:t>
            </w:r>
            <w:proofErr w:type="spellEnd"/>
            <w:r>
              <w:t xml:space="preserve"> je v </w:t>
            </w:r>
            <w:proofErr w:type="spellStart"/>
            <w:r>
              <w:t>príslušnej</w:t>
            </w:r>
            <w:proofErr w:type="spellEnd"/>
            <w:r>
              <w:t xml:space="preserve"> </w:t>
            </w:r>
            <w:proofErr w:type="spellStart"/>
            <w:r>
              <w:t>Objednávke</w:t>
            </w:r>
            <w:proofErr w:type="spellEnd"/>
            <w:r>
              <w:t xml:space="preserve"> </w:t>
            </w:r>
            <w:proofErr w:type="spellStart"/>
            <w:r>
              <w:t>dohodnuté</w:t>
            </w:r>
            <w:proofErr w:type="spellEnd"/>
            <w:r>
              <w:t xml:space="preserve"> </w:t>
            </w:r>
            <w:proofErr w:type="spellStart"/>
            <w:r>
              <w:t>iné</w:t>
            </w:r>
            <w:proofErr w:type="spellEnd"/>
            <w:r>
              <w:t xml:space="preserve"> </w:t>
            </w:r>
            <w:proofErr w:type="spellStart"/>
            <w:r>
              <w:t>miesto</w:t>
            </w:r>
            <w:proofErr w:type="spellEnd"/>
            <w:r>
              <w:t xml:space="preserve"> </w:t>
            </w:r>
            <w:proofErr w:type="spellStart"/>
            <w:r>
              <w:t>dodania</w:t>
            </w:r>
            <w:proofErr w:type="spellEnd"/>
            <w:r>
              <w:t xml:space="preserve">. </w:t>
            </w:r>
            <w:proofErr w:type="spellStart"/>
            <w:r>
              <w:t>Predávajúci</w:t>
            </w:r>
            <w:proofErr w:type="spellEnd"/>
            <w:r>
              <w:t xml:space="preserve"> </w:t>
            </w:r>
            <w:proofErr w:type="spellStart"/>
            <w:r>
              <w:t>sa</w:t>
            </w:r>
            <w:proofErr w:type="spellEnd"/>
            <w:r>
              <w:t xml:space="preserve"> </w:t>
            </w:r>
            <w:proofErr w:type="spellStart"/>
            <w:r>
              <w:t>zaväzuje</w:t>
            </w:r>
            <w:proofErr w:type="spellEnd"/>
            <w:r>
              <w:t xml:space="preserve"> </w:t>
            </w:r>
            <w:proofErr w:type="spellStart"/>
            <w:r>
              <w:t>dodať</w:t>
            </w:r>
            <w:proofErr w:type="spellEnd"/>
            <w:r>
              <w:t xml:space="preserve"> Tovar v </w:t>
            </w:r>
            <w:proofErr w:type="spellStart"/>
            <w:r>
              <w:t>lehote</w:t>
            </w:r>
            <w:proofErr w:type="spellEnd"/>
            <w:r>
              <w:t xml:space="preserve"> </w:t>
            </w:r>
            <w:proofErr w:type="spellStart"/>
            <w:r>
              <w:t>uvedenej</w:t>
            </w:r>
            <w:proofErr w:type="spellEnd"/>
            <w:r>
              <w:t xml:space="preserve"> v </w:t>
            </w:r>
            <w:proofErr w:type="spellStart"/>
            <w:r>
              <w:t>príslušnej</w:t>
            </w:r>
            <w:proofErr w:type="spellEnd"/>
            <w:r>
              <w:t xml:space="preserve"> </w:t>
            </w:r>
            <w:proofErr w:type="spellStart"/>
            <w:r>
              <w:t>Prílohe</w:t>
            </w:r>
            <w:proofErr w:type="spellEnd"/>
            <w:r>
              <w:t xml:space="preserve"> k </w:t>
            </w:r>
            <w:proofErr w:type="spellStart"/>
            <w:r>
              <w:t>Zmluve</w:t>
            </w:r>
            <w:proofErr w:type="spellEnd"/>
            <w:r>
              <w:t>.</w:t>
            </w:r>
          </w:p>
        </w:tc>
      </w:tr>
    </w:tbl>
    <w:p w14:paraId="138D2F6E"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4603AF" w14:paraId="5885CD22" w14:textId="77777777">
        <w:trPr>
          <w:jc w:val="center"/>
        </w:trPr>
        <w:tc>
          <w:tcPr>
            <w:tcW w:w="5159" w:type="dxa"/>
            <w:tcMar>
              <w:top w:w="70" w:type="dxa"/>
              <w:left w:w="95" w:type="dxa"/>
              <w:bottom w:w="70" w:type="dxa"/>
              <w:right w:w="95" w:type="dxa"/>
            </w:tcMar>
          </w:tcPr>
          <w:p w14:paraId="2A615984" w14:textId="77777777" w:rsidR="003F413A" w:rsidRDefault="00000000">
            <w:pPr>
              <w:spacing w:after="40"/>
              <w:jc w:val="both"/>
            </w:pPr>
            <w:r>
              <w:t>4.1.1. The Seller undertakes to complete mechanical installation of the equipment not later than within 3 months after the delivery.</w:t>
            </w:r>
          </w:p>
        </w:tc>
        <w:tc>
          <w:tcPr>
            <w:tcW w:w="5159" w:type="dxa"/>
            <w:tcMar>
              <w:top w:w="70" w:type="dxa"/>
              <w:left w:w="95" w:type="dxa"/>
              <w:bottom w:w="70" w:type="dxa"/>
              <w:right w:w="95" w:type="dxa"/>
            </w:tcMar>
          </w:tcPr>
          <w:p w14:paraId="73B3EC86" w14:textId="77777777" w:rsidR="003F413A" w:rsidRPr="004603AF" w:rsidRDefault="00000000">
            <w:pPr>
              <w:spacing w:after="40"/>
              <w:jc w:val="both"/>
            </w:pPr>
            <w:r w:rsidRPr="004603AF">
              <w:t xml:space="preserve">4.1.1. </w:t>
            </w:r>
            <w:proofErr w:type="spellStart"/>
            <w:r w:rsidRPr="004603AF">
              <w:t>Predávajúci</w:t>
            </w:r>
            <w:proofErr w:type="spellEnd"/>
            <w:r w:rsidRPr="004603AF">
              <w:t xml:space="preserve"> </w:t>
            </w:r>
            <w:proofErr w:type="spellStart"/>
            <w:r w:rsidRPr="004603AF">
              <w:t>sa</w:t>
            </w:r>
            <w:proofErr w:type="spellEnd"/>
            <w:r w:rsidRPr="004603AF">
              <w:t xml:space="preserve"> </w:t>
            </w:r>
            <w:proofErr w:type="spellStart"/>
            <w:r w:rsidRPr="004603AF">
              <w:t>zaväzuje</w:t>
            </w:r>
            <w:proofErr w:type="spellEnd"/>
            <w:r w:rsidRPr="004603AF">
              <w:t xml:space="preserve"> </w:t>
            </w:r>
            <w:proofErr w:type="spellStart"/>
            <w:r w:rsidRPr="004603AF">
              <w:t>ukončiť</w:t>
            </w:r>
            <w:proofErr w:type="spellEnd"/>
            <w:r w:rsidRPr="004603AF">
              <w:t xml:space="preserve"> </w:t>
            </w:r>
            <w:proofErr w:type="spellStart"/>
            <w:r w:rsidRPr="004603AF">
              <w:t>mechanickú</w:t>
            </w:r>
            <w:proofErr w:type="spellEnd"/>
            <w:r w:rsidRPr="004603AF">
              <w:t xml:space="preserve"> </w:t>
            </w:r>
            <w:proofErr w:type="spellStart"/>
            <w:r w:rsidRPr="004603AF">
              <w:t>montáž</w:t>
            </w:r>
            <w:proofErr w:type="spellEnd"/>
            <w:r w:rsidRPr="004603AF">
              <w:t xml:space="preserve"> </w:t>
            </w:r>
            <w:proofErr w:type="spellStart"/>
            <w:r w:rsidRPr="004603AF">
              <w:t>zariadenia</w:t>
            </w:r>
            <w:proofErr w:type="spellEnd"/>
            <w:r w:rsidRPr="004603AF">
              <w:t xml:space="preserve"> </w:t>
            </w:r>
            <w:proofErr w:type="spellStart"/>
            <w:r w:rsidRPr="004603AF">
              <w:t>najneskôr</w:t>
            </w:r>
            <w:proofErr w:type="spellEnd"/>
            <w:r w:rsidRPr="004603AF">
              <w:t xml:space="preserve"> do 3 </w:t>
            </w:r>
            <w:proofErr w:type="spellStart"/>
            <w:r w:rsidRPr="004603AF">
              <w:t>mesiacov</w:t>
            </w:r>
            <w:proofErr w:type="spellEnd"/>
            <w:r w:rsidRPr="004603AF">
              <w:t xml:space="preserve"> </w:t>
            </w:r>
            <w:proofErr w:type="spellStart"/>
            <w:r w:rsidRPr="004603AF">
              <w:t>od</w:t>
            </w:r>
            <w:proofErr w:type="spellEnd"/>
            <w:r w:rsidRPr="004603AF">
              <w:t xml:space="preserve"> </w:t>
            </w:r>
            <w:proofErr w:type="spellStart"/>
            <w:r w:rsidRPr="004603AF">
              <w:t>dodania</w:t>
            </w:r>
            <w:proofErr w:type="spellEnd"/>
            <w:r w:rsidRPr="004603AF">
              <w:t>.</w:t>
            </w:r>
          </w:p>
        </w:tc>
      </w:tr>
    </w:tbl>
    <w:p w14:paraId="201B8651" w14:textId="77777777" w:rsidR="003F413A" w:rsidRPr="004603AF"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1C104F6" w14:textId="77777777">
        <w:trPr>
          <w:jc w:val="center"/>
        </w:trPr>
        <w:tc>
          <w:tcPr>
            <w:tcW w:w="5159" w:type="dxa"/>
            <w:tcMar>
              <w:top w:w="70" w:type="dxa"/>
              <w:left w:w="95" w:type="dxa"/>
              <w:bottom w:w="70" w:type="dxa"/>
              <w:right w:w="95" w:type="dxa"/>
            </w:tcMar>
          </w:tcPr>
          <w:p w14:paraId="5AFC99A8" w14:textId="77777777" w:rsidR="003F413A" w:rsidRDefault="00000000">
            <w:pPr>
              <w:spacing w:after="40"/>
              <w:jc w:val="both"/>
            </w:pPr>
            <w:r>
              <w:t>4.2. In case it becomes impossible to deliver the Goods within the periods stipulated in Annexes to the present Contract, the Seller shall immediately inform the Buyer about this in writing, regardless of the reasons of the delay.</w:t>
            </w:r>
          </w:p>
        </w:tc>
        <w:tc>
          <w:tcPr>
            <w:tcW w:w="5159" w:type="dxa"/>
            <w:tcMar>
              <w:top w:w="70" w:type="dxa"/>
              <w:left w:w="95" w:type="dxa"/>
              <w:bottom w:w="70" w:type="dxa"/>
              <w:right w:w="95" w:type="dxa"/>
            </w:tcMar>
          </w:tcPr>
          <w:p w14:paraId="279F9FC5" w14:textId="77777777" w:rsidR="003F413A" w:rsidRDefault="00000000">
            <w:pPr>
              <w:spacing w:after="40"/>
              <w:jc w:val="both"/>
            </w:pPr>
            <w:r>
              <w:t xml:space="preserve">4.2. V </w:t>
            </w:r>
            <w:proofErr w:type="spellStart"/>
            <w:r>
              <w:t>prípade</w:t>
            </w:r>
            <w:proofErr w:type="spellEnd"/>
            <w:r>
              <w:t xml:space="preserve">, </w:t>
            </w:r>
            <w:proofErr w:type="spellStart"/>
            <w:r>
              <w:t>že</w:t>
            </w:r>
            <w:proofErr w:type="spellEnd"/>
            <w:r>
              <w:t xml:space="preserve"> </w:t>
            </w:r>
            <w:proofErr w:type="spellStart"/>
            <w:r>
              <w:t>nebude</w:t>
            </w:r>
            <w:proofErr w:type="spellEnd"/>
            <w:r>
              <w:t xml:space="preserve"> </w:t>
            </w:r>
            <w:proofErr w:type="spellStart"/>
            <w:r>
              <w:t>možné</w:t>
            </w:r>
            <w:proofErr w:type="spellEnd"/>
            <w:r>
              <w:t xml:space="preserve"> </w:t>
            </w:r>
            <w:proofErr w:type="spellStart"/>
            <w:r>
              <w:t>dodať</w:t>
            </w:r>
            <w:proofErr w:type="spellEnd"/>
            <w:r>
              <w:t xml:space="preserve"> Tovar v </w:t>
            </w:r>
            <w:proofErr w:type="spellStart"/>
            <w:r>
              <w:t>lehotách</w:t>
            </w:r>
            <w:proofErr w:type="spellEnd"/>
            <w:r>
              <w:t xml:space="preserve"> </w:t>
            </w:r>
            <w:proofErr w:type="spellStart"/>
            <w:r>
              <w:t>uvedených</w:t>
            </w:r>
            <w:proofErr w:type="spellEnd"/>
            <w:r>
              <w:t xml:space="preserve"> v </w:t>
            </w:r>
            <w:proofErr w:type="spellStart"/>
            <w:r>
              <w:t>prílohách</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predávajúci</w:t>
            </w:r>
            <w:proofErr w:type="spellEnd"/>
            <w:r>
              <w:t xml:space="preserve"> o tom </w:t>
            </w:r>
            <w:proofErr w:type="spellStart"/>
            <w:r>
              <w:t>bude</w:t>
            </w:r>
            <w:proofErr w:type="spellEnd"/>
            <w:r>
              <w:t xml:space="preserve"> </w:t>
            </w:r>
            <w:proofErr w:type="spellStart"/>
            <w:r>
              <w:t>bezodkladne</w:t>
            </w:r>
            <w:proofErr w:type="spellEnd"/>
            <w:r>
              <w:t xml:space="preserve"> </w:t>
            </w:r>
            <w:proofErr w:type="spellStart"/>
            <w:r>
              <w:t>písomne</w:t>
            </w:r>
            <w:proofErr w:type="spellEnd"/>
            <w:r>
              <w:t xml:space="preserve"> ​​</w:t>
            </w:r>
            <w:proofErr w:type="spellStart"/>
            <w:r>
              <w:t>informovať</w:t>
            </w:r>
            <w:proofErr w:type="spellEnd"/>
            <w:r>
              <w:t xml:space="preserve"> </w:t>
            </w:r>
            <w:proofErr w:type="spellStart"/>
            <w:r>
              <w:t>kupujúceho</w:t>
            </w:r>
            <w:proofErr w:type="spellEnd"/>
            <w:r>
              <w:t xml:space="preserve"> bez </w:t>
            </w:r>
            <w:proofErr w:type="spellStart"/>
            <w:r>
              <w:t>ohľadu</w:t>
            </w:r>
            <w:proofErr w:type="spellEnd"/>
            <w:r>
              <w:t xml:space="preserve"> </w:t>
            </w:r>
            <w:proofErr w:type="spellStart"/>
            <w:r>
              <w:t>na</w:t>
            </w:r>
            <w:proofErr w:type="spellEnd"/>
            <w:r>
              <w:t xml:space="preserve"> </w:t>
            </w:r>
            <w:proofErr w:type="spellStart"/>
            <w:r>
              <w:t>dôvody</w:t>
            </w:r>
            <w:proofErr w:type="spellEnd"/>
            <w:r>
              <w:t xml:space="preserve"> </w:t>
            </w:r>
            <w:proofErr w:type="spellStart"/>
            <w:r>
              <w:t>omeškania</w:t>
            </w:r>
            <w:proofErr w:type="spellEnd"/>
            <w:r>
              <w:t>.</w:t>
            </w:r>
          </w:p>
        </w:tc>
      </w:tr>
    </w:tbl>
    <w:p w14:paraId="54E81447"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06AE716" w14:textId="77777777">
        <w:trPr>
          <w:jc w:val="center"/>
        </w:trPr>
        <w:tc>
          <w:tcPr>
            <w:tcW w:w="5159" w:type="dxa"/>
            <w:tcMar>
              <w:top w:w="70" w:type="dxa"/>
              <w:left w:w="95" w:type="dxa"/>
              <w:bottom w:w="70" w:type="dxa"/>
              <w:right w:w="95" w:type="dxa"/>
            </w:tcMar>
          </w:tcPr>
          <w:p w14:paraId="665EC97F" w14:textId="77777777" w:rsidR="003F413A" w:rsidRDefault="00000000">
            <w:pPr>
              <w:spacing w:after="40"/>
              <w:jc w:val="both"/>
            </w:pPr>
            <w:r>
              <w:t>4.3. Each delivery of Goods should be accompanied by the following original documents:</w:t>
            </w:r>
          </w:p>
          <w:p w14:paraId="5D6507F1" w14:textId="77777777" w:rsidR="003F413A" w:rsidRDefault="00000000">
            <w:pPr>
              <w:spacing w:after="40"/>
              <w:jc w:val="both"/>
            </w:pPr>
            <w:r>
              <w:t>-Commercial invoice in 3 original copies</w:t>
            </w:r>
          </w:p>
          <w:p w14:paraId="07EE9D98" w14:textId="77777777" w:rsidR="003F413A" w:rsidRDefault="00000000">
            <w:pPr>
              <w:spacing w:after="40"/>
              <w:jc w:val="both"/>
            </w:pPr>
            <w:r>
              <w:t>-Packing list in 3 originals</w:t>
            </w:r>
          </w:p>
          <w:p w14:paraId="6820790D" w14:textId="77777777" w:rsidR="003F413A" w:rsidRDefault="00000000">
            <w:pPr>
              <w:spacing w:after="40"/>
              <w:jc w:val="both"/>
            </w:pPr>
            <w:r>
              <w:t>-Waybills (CMR) in 1 original</w:t>
            </w:r>
          </w:p>
          <w:p w14:paraId="40D0E7B3" w14:textId="77777777" w:rsidR="003F413A" w:rsidRDefault="00000000">
            <w:pPr>
              <w:spacing w:after="40"/>
              <w:jc w:val="both"/>
            </w:pPr>
            <w:r>
              <w:t>-Certificate of Quality in 3 originals</w:t>
            </w:r>
          </w:p>
          <w:p w14:paraId="2955A129" w14:textId="77777777" w:rsidR="003F413A" w:rsidRDefault="00000000">
            <w:pPr>
              <w:spacing w:after="40"/>
              <w:jc w:val="both"/>
            </w:pPr>
            <w:r>
              <w:t>-If available original of the Certificate of origin issued by the Chamber of Commerce in the Seller’s or the manufacturer’s country –1 original.</w:t>
            </w:r>
          </w:p>
        </w:tc>
        <w:tc>
          <w:tcPr>
            <w:tcW w:w="5159" w:type="dxa"/>
            <w:tcMar>
              <w:top w:w="70" w:type="dxa"/>
              <w:left w:w="95" w:type="dxa"/>
              <w:bottom w:w="70" w:type="dxa"/>
              <w:right w:w="95" w:type="dxa"/>
            </w:tcMar>
          </w:tcPr>
          <w:p w14:paraId="55146148" w14:textId="77777777" w:rsidR="003F413A" w:rsidRDefault="00000000">
            <w:pPr>
              <w:spacing w:after="40"/>
              <w:jc w:val="both"/>
            </w:pPr>
            <w:r>
              <w:t xml:space="preserve">4.3. Ku </w:t>
            </w:r>
            <w:proofErr w:type="spellStart"/>
            <w:r>
              <w:t>každej</w:t>
            </w:r>
            <w:proofErr w:type="spellEnd"/>
            <w:r>
              <w:t xml:space="preserve"> </w:t>
            </w:r>
            <w:proofErr w:type="spellStart"/>
            <w:r>
              <w:t>dodávke</w:t>
            </w:r>
            <w:proofErr w:type="spellEnd"/>
            <w:r>
              <w:t xml:space="preserve"> </w:t>
            </w:r>
            <w:proofErr w:type="spellStart"/>
            <w:r>
              <w:t>Tovaru</w:t>
            </w:r>
            <w:proofErr w:type="spellEnd"/>
            <w:r>
              <w:t xml:space="preserve"> by </w:t>
            </w:r>
            <w:proofErr w:type="spellStart"/>
            <w:r>
              <w:t>mali</w:t>
            </w:r>
            <w:proofErr w:type="spellEnd"/>
            <w:r>
              <w:t xml:space="preserve"> </w:t>
            </w:r>
            <w:proofErr w:type="spellStart"/>
            <w:r>
              <w:t>byť</w:t>
            </w:r>
            <w:proofErr w:type="spellEnd"/>
            <w:r>
              <w:t xml:space="preserve"> </w:t>
            </w:r>
            <w:proofErr w:type="spellStart"/>
            <w:r>
              <w:t>priložené</w:t>
            </w:r>
            <w:proofErr w:type="spellEnd"/>
            <w:r>
              <w:t xml:space="preserve"> </w:t>
            </w:r>
            <w:proofErr w:type="spellStart"/>
            <w:r>
              <w:t>originály</w:t>
            </w:r>
            <w:proofErr w:type="spellEnd"/>
            <w:r>
              <w:t xml:space="preserve"> </w:t>
            </w:r>
            <w:proofErr w:type="spellStart"/>
            <w:r>
              <w:t>týchto</w:t>
            </w:r>
            <w:proofErr w:type="spellEnd"/>
            <w:r>
              <w:t xml:space="preserve"> </w:t>
            </w:r>
            <w:proofErr w:type="spellStart"/>
            <w:r>
              <w:t>dokumentov</w:t>
            </w:r>
            <w:proofErr w:type="spellEnd"/>
            <w:r>
              <w:t>:</w:t>
            </w:r>
          </w:p>
          <w:p w14:paraId="09E4FAA0" w14:textId="77777777" w:rsidR="003F413A" w:rsidRDefault="00000000">
            <w:pPr>
              <w:spacing w:after="40"/>
              <w:jc w:val="both"/>
            </w:pPr>
            <w:r>
              <w:t xml:space="preserve">- </w:t>
            </w:r>
            <w:proofErr w:type="spellStart"/>
            <w:r>
              <w:t>obchodná</w:t>
            </w:r>
            <w:proofErr w:type="spellEnd"/>
            <w:r>
              <w:t xml:space="preserve"> </w:t>
            </w:r>
            <w:proofErr w:type="spellStart"/>
            <w:r>
              <w:t>faktúra</w:t>
            </w:r>
            <w:proofErr w:type="spellEnd"/>
            <w:r>
              <w:t xml:space="preserve"> v 3 </w:t>
            </w:r>
            <w:proofErr w:type="spellStart"/>
            <w:r>
              <w:t>origináloch</w:t>
            </w:r>
            <w:proofErr w:type="spellEnd"/>
          </w:p>
          <w:p w14:paraId="306F7C15" w14:textId="77777777" w:rsidR="003F413A" w:rsidRDefault="00000000">
            <w:pPr>
              <w:spacing w:after="40"/>
              <w:jc w:val="both"/>
            </w:pPr>
            <w:r>
              <w:t xml:space="preserve">- </w:t>
            </w:r>
            <w:proofErr w:type="spellStart"/>
            <w:r>
              <w:t>sprievodka</w:t>
            </w:r>
            <w:proofErr w:type="spellEnd"/>
            <w:r>
              <w:t xml:space="preserve"> </w:t>
            </w:r>
            <w:proofErr w:type="spellStart"/>
            <w:r>
              <w:t>zásielky</w:t>
            </w:r>
            <w:proofErr w:type="spellEnd"/>
            <w:r>
              <w:t xml:space="preserve"> v 3 </w:t>
            </w:r>
            <w:proofErr w:type="spellStart"/>
            <w:r>
              <w:t>origináloch</w:t>
            </w:r>
            <w:proofErr w:type="spellEnd"/>
          </w:p>
          <w:p w14:paraId="3FF7EEB2" w14:textId="77777777" w:rsidR="003F413A" w:rsidRDefault="00000000">
            <w:pPr>
              <w:spacing w:after="40"/>
              <w:jc w:val="both"/>
            </w:pPr>
            <w:r>
              <w:t xml:space="preserve">- </w:t>
            </w:r>
            <w:proofErr w:type="spellStart"/>
            <w:r>
              <w:t>nákladné</w:t>
            </w:r>
            <w:proofErr w:type="spellEnd"/>
            <w:r>
              <w:t xml:space="preserve"> </w:t>
            </w:r>
            <w:proofErr w:type="spellStart"/>
            <w:r>
              <w:t>listy</w:t>
            </w:r>
            <w:proofErr w:type="spellEnd"/>
            <w:r>
              <w:t xml:space="preserve"> (CMR) v 1 </w:t>
            </w:r>
            <w:proofErr w:type="spellStart"/>
            <w:r>
              <w:t>origináli</w:t>
            </w:r>
            <w:proofErr w:type="spellEnd"/>
          </w:p>
          <w:p w14:paraId="258CFDEE" w14:textId="77777777" w:rsidR="003F413A" w:rsidRDefault="00000000">
            <w:pPr>
              <w:spacing w:after="40"/>
              <w:jc w:val="both"/>
            </w:pPr>
            <w:r>
              <w:t xml:space="preserve">- </w:t>
            </w:r>
            <w:proofErr w:type="spellStart"/>
            <w:r>
              <w:t>osvedčenie</w:t>
            </w:r>
            <w:proofErr w:type="spellEnd"/>
            <w:r>
              <w:t xml:space="preserve"> </w:t>
            </w:r>
            <w:proofErr w:type="spellStart"/>
            <w:r>
              <w:t>kvality</w:t>
            </w:r>
            <w:proofErr w:type="spellEnd"/>
            <w:r>
              <w:t xml:space="preserve"> v 3 </w:t>
            </w:r>
            <w:proofErr w:type="spellStart"/>
            <w:r>
              <w:t>origináloch</w:t>
            </w:r>
            <w:proofErr w:type="spellEnd"/>
          </w:p>
          <w:p w14:paraId="2CF65014" w14:textId="77777777" w:rsidR="003F413A" w:rsidRDefault="00000000">
            <w:pPr>
              <w:spacing w:after="40"/>
              <w:jc w:val="both"/>
            </w:pPr>
            <w:r>
              <w:t xml:space="preserve">- </w:t>
            </w:r>
            <w:proofErr w:type="spellStart"/>
            <w:r>
              <w:t>ak</w:t>
            </w:r>
            <w:proofErr w:type="spellEnd"/>
            <w:r>
              <w:t xml:space="preserve"> je k </w:t>
            </w:r>
            <w:proofErr w:type="spellStart"/>
            <w:r>
              <w:t>dispozícií</w:t>
            </w:r>
            <w:proofErr w:type="spellEnd"/>
            <w:r>
              <w:t xml:space="preserve">, </w:t>
            </w:r>
            <w:proofErr w:type="spellStart"/>
            <w:r>
              <w:t>originál</w:t>
            </w:r>
            <w:proofErr w:type="spellEnd"/>
            <w:r>
              <w:t xml:space="preserve"> </w:t>
            </w:r>
            <w:proofErr w:type="spellStart"/>
            <w:r>
              <w:t>osvedčenia</w:t>
            </w:r>
            <w:proofErr w:type="spellEnd"/>
            <w:r>
              <w:t xml:space="preserve"> o </w:t>
            </w:r>
            <w:proofErr w:type="spellStart"/>
            <w:r>
              <w:t>pôvode</w:t>
            </w:r>
            <w:proofErr w:type="spellEnd"/>
            <w:r>
              <w:t xml:space="preserve"> </w:t>
            </w:r>
            <w:proofErr w:type="spellStart"/>
            <w:r>
              <w:t>vydaného</w:t>
            </w:r>
            <w:proofErr w:type="spellEnd"/>
            <w:r>
              <w:t xml:space="preserve"> </w:t>
            </w:r>
            <w:proofErr w:type="spellStart"/>
            <w:r>
              <w:t>Obchodnou</w:t>
            </w:r>
            <w:proofErr w:type="spellEnd"/>
            <w:r>
              <w:t xml:space="preserve"> </w:t>
            </w:r>
            <w:proofErr w:type="spellStart"/>
            <w:r>
              <w:t>komorou</w:t>
            </w:r>
            <w:proofErr w:type="spellEnd"/>
            <w:r>
              <w:t xml:space="preserve"> v </w:t>
            </w:r>
            <w:proofErr w:type="spellStart"/>
            <w:r>
              <w:t>krajine</w:t>
            </w:r>
            <w:proofErr w:type="spellEnd"/>
            <w:r>
              <w:t xml:space="preserve"> </w:t>
            </w:r>
            <w:proofErr w:type="spellStart"/>
            <w:r>
              <w:t>predávajúceho</w:t>
            </w:r>
            <w:proofErr w:type="spellEnd"/>
            <w:r>
              <w:t xml:space="preserve"> </w:t>
            </w:r>
            <w:proofErr w:type="spellStart"/>
            <w:r>
              <w:t>alebo</w:t>
            </w:r>
            <w:proofErr w:type="spellEnd"/>
            <w:r>
              <w:t xml:space="preserve"> </w:t>
            </w:r>
            <w:proofErr w:type="spellStart"/>
            <w:r>
              <w:t>výrobcu</w:t>
            </w:r>
            <w:proofErr w:type="spellEnd"/>
            <w:r>
              <w:t xml:space="preserve"> – 1 </w:t>
            </w:r>
            <w:proofErr w:type="spellStart"/>
            <w:r>
              <w:t>originál</w:t>
            </w:r>
            <w:proofErr w:type="spellEnd"/>
            <w:r>
              <w:t>.</w:t>
            </w:r>
          </w:p>
        </w:tc>
      </w:tr>
    </w:tbl>
    <w:p w14:paraId="202FE5F9"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4603AF" w14:paraId="0308FFF8" w14:textId="77777777">
        <w:trPr>
          <w:jc w:val="center"/>
        </w:trPr>
        <w:tc>
          <w:tcPr>
            <w:tcW w:w="5159" w:type="dxa"/>
            <w:tcMar>
              <w:top w:w="70" w:type="dxa"/>
              <w:left w:w="95" w:type="dxa"/>
              <w:bottom w:w="70" w:type="dxa"/>
              <w:right w:w="95" w:type="dxa"/>
            </w:tcMar>
          </w:tcPr>
          <w:p w14:paraId="68965706" w14:textId="77777777" w:rsidR="003F413A" w:rsidRDefault="00000000">
            <w:pPr>
              <w:spacing w:after="40"/>
              <w:jc w:val="both"/>
            </w:pPr>
            <w:r>
              <w:t xml:space="preserve">4.4. The type of packaging is a packaging according to European Community (EC) standards and rules regarding safety of cargo. The package should guarantee the safety of the Goods during transportation under normal circumstances. Non-observance of this requirement is equivalent to supply of defective Goods The </w:t>
            </w:r>
            <w:r>
              <w:lastRenderedPageBreak/>
              <w:t>packaging of the Goods should contain the information mentioned in Article 13.</w:t>
            </w:r>
          </w:p>
        </w:tc>
        <w:tc>
          <w:tcPr>
            <w:tcW w:w="5159" w:type="dxa"/>
            <w:tcMar>
              <w:top w:w="70" w:type="dxa"/>
              <w:left w:w="95" w:type="dxa"/>
              <w:bottom w:w="70" w:type="dxa"/>
              <w:right w:w="95" w:type="dxa"/>
            </w:tcMar>
          </w:tcPr>
          <w:p w14:paraId="6A957727" w14:textId="77777777" w:rsidR="003F413A" w:rsidRPr="004603AF" w:rsidRDefault="00000000">
            <w:pPr>
              <w:spacing w:after="40"/>
              <w:jc w:val="both"/>
            </w:pPr>
            <w:r>
              <w:lastRenderedPageBreak/>
              <w:t xml:space="preserve">4.4. </w:t>
            </w:r>
            <w:proofErr w:type="spellStart"/>
            <w:r>
              <w:t>Druh</w:t>
            </w:r>
            <w:proofErr w:type="spellEnd"/>
            <w:r>
              <w:t xml:space="preserve"> </w:t>
            </w:r>
            <w:proofErr w:type="spellStart"/>
            <w:r>
              <w:t>obalu</w:t>
            </w:r>
            <w:proofErr w:type="spellEnd"/>
            <w:r>
              <w:t xml:space="preserve"> je </w:t>
            </w:r>
            <w:proofErr w:type="spellStart"/>
            <w:r>
              <w:t>obal</w:t>
            </w:r>
            <w:proofErr w:type="spellEnd"/>
            <w:r>
              <w:t xml:space="preserve"> </w:t>
            </w:r>
            <w:proofErr w:type="spellStart"/>
            <w:r>
              <w:t>podľa</w:t>
            </w:r>
            <w:proofErr w:type="spellEnd"/>
            <w:r>
              <w:t xml:space="preserve"> </w:t>
            </w:r>
            <w:proofErr w:type="spellStart"/>
            <w:r>
              <w:t>noriem</w:t>
            </w:r>
            <w:proofErr w:type="spellEnd"/>
            <w:r>
              <w:t xml:space="preserve"> a </w:t>
            </w:r>
            <w:proofErr w:type="spellStart"/>
            <w:r>
              <w:t>pravidiel</w:t>
            </w:r>
            <w:proofErr w:type="spellEnd"/>
            <w:r>
              <w:t xml:space="preserve"> </w:t>
            </w:r>
            <w:proofErr w:type="spellStart"/>
            <w:r>
              <w:t>Európskeho</w:t>
            </w:r>
            <w:proofErr w:type="spellEnd"/>
            <w:r>
              <w:t xml:space="preserve"> </w:t>
            </w:r>
            <w:proofErr w:type="spellStart"/>
            <w:r>
              <w:t>spoločenstva</w:t>
            </w:r>
            <w:proofErr w:type="spellEnd"/>
            <w:r>
              <w:t xml:space="preserve"> (ES) </w:t>
            </w:r>
            <w:proofErr w:type="spellStart"/>
            <w:r>
              <w:t>týkajúcich</w:t>
            </w:r>
            <w:proofErr w:type="spellEnd"/>
            <w:r>
              <w:t xml:space="preserve"> </w:t>
            </w:r>
            <w:proofErr w:type="spellStart"/>
            <w:r>
              <w:t>sa</w:t>
            </w:r>
            <w:proofErr w:type="spellEnd"/>
            <w:r>
              <w:t xml:space="preserve"> </w:t>
            </w:r>
            <w:proofErr w:type="spellStart"/>
            <w:r>
              <w:t>bezpečnosti</w:t>
            </w:r>
            <w:proofErr w:type="spellEnd"/>
            <w:r>
              <w:t xml:space="preserve"> </w:t>
            </w:r>
            <w:proofErr w:type="spellStart"/>
            <w:r>
              <w:t>nákladu</w:t>
            </w:r>
            <w:proofErr w:type="spellEnd"/>
            <w:r>
              <w:t xml:space="preserve">. </w:t>
            </w:r>
            <w:proofErr w:type="spellStart"/>
            <w:r w:rsidRPr="004603AF">
              <w:t>Balík</w:t>
            </w:r>
            <w:proofErr w:type="spellEnd"/>
            <w:r w:rsidRPr="004603AF">
              <w:t xml:space="preserve"> by mal za </w:t>
            </w:r>
            <w:proofErr w:type="spellStart"/>
            <w:r w:rsidRPr="004603AF">
              <w:t>normálnych</w:t>
            </w:r>
            <w:proofErr w:type="spellEnd"/>
            <w:r w:rsidRPr="004603AF">
              <w:t xml:space="preserve"> </w:t>
            </w:r>
            <w:proofErr w:type="spellStart"/>
            <w:r w:rsidRPr="004603AF">
              <w:t>okolností</w:t>
            </w:r>
            <w:proofErr w:type="spellEnd"/>
            <w:r w:rsidRPr="004603AF">
              <w:t xml:space="preserve"> </w:t>
            </w:r>
            <w:proofErr w:type="spellStart"/>
            <w:r w:rsidRPr="004603AF">
              <w:t>zaručovať</w:t>
            </w:r>
            <w:proofErr w:type="spellEnd"/>
            <w:r w:rsidRPr="004603AF">
              <w:t xml:space="preserve"> </w:t>
            </w:r>
            <w:proofErr w:type="spellStart"/>
            <w:r w:rsidRPr="004603AF">
              <w:t>bezpečnosť</w:t>
            </w:r>
            <w:proofErr w:type="spellEnd"/>
            <w:r w:rsidRPr="004603AF">
              <w:t xml:space="preserve"> </w:t>
            </w:r>
            <w:proofErr w:type="spellStart"/>
            <w:r w:rsidRPr="004603AF">
              <w:t>Tovaru</w:t>
            </w:r>
            <w:proofErr w:type="spellEnd"/>
            <w:r w:rsidRPr="004603AF">
              <w:t xml:space="preserve"> </w:t>
            </w:r>
            <w:proofErr w:type="spellStart"/>
            <w:r w:rsidRPr="004603AF">
              <w:t>počas</w:t>
            </w:r>
            <w:proofErr w:type="spellEnd"/>
            <w:r w:rsidRPr="004603AF">
              <w:t xml:space="preserve"> </w:t>
            </w:r>
            <w:proofErr w:type="spellStart"/>
            <w:r w:rsidRPr="004603AF">
              <w:t>prepravy</w:t>
            </w:r>
            <w:proofErr w:type="spellEnd"/>
            <w:r w:rsidRPr="004603AF">
              <w:t xml:space="preserve">. </w:t>
            </w:r>
            <w:proofErr w:type="spellStart"/>
            <w:r w:rsidRPr="004603AF">
              <w:t>Nedodržanie</w:t>
            </w:r>
            <w:proofErr w:type="spellEnd"/>
            <w:r w:rsidRPr="004603AF">
              <w:t xml:space="preserve"> </w:t>
            </w:r>
            <w:proofErr w:type="spellStart"/>
            <w:r w:rsidRPr="004603AF">
              <w:t>tejto</w:t>
            </w:r>
            <w:proofErr w:type="spellEnd"/>
            <w:r w:rsidRPr="004603AF">
              <w:t xml:space="preserve"> </w:t>
            </w:r>
            <w:proofErr w:type="spellStart"/>
            <w:r w:rsidRPr="004603AF">
              <w:t>požiadavky</w:t>
            </w:r>
            <w:proofErr w:type="spellEnd"/>
            <w:r w:rsidRPr="004603AF">
              <w:t xml:space="preserve"> je </w:t>
            </w:r>
            <w:proofErr w:type="spellStart"/>
            <w:r w:rsidRPr="004603AF">
              <w:t>rovnocenné</w:t>
            </w:r>
            <w:proofErr w:type="spellEnd"/>
            <w:r w:rsidRPr="004603AF">
              <w:t xml:space="preserve"> </w:t>
            </w:r>
            <w:proofErr w:type="spellStart"/>
            <w:r w:rsidRPr="004603AF">
              <w:t>dodaniu</w:t>
            </w:r>
            <w:proofErr w:type="spellEnd"/>
            <w:r w:rsidRPr="004603AF">
              <w:t xml:space="preserve"> </w:t>
            </w:r>
            <w:proofErr w:type="spellStart"/>
            <w:r w:rsidRPr="004603AF">
              <w:lastRenderedPageBreak/>
              <w:t>chybného</w:t>
            </w:r>
            <w:proofErr w:type="spellEnd"/>
            <w:r w:rsidRPr="004603AF">
              <w:t xml:space="preserve"> </w:t>
            </w:r>
            <w:proofErr w:type="spellStart"/>
            <w:r w:rsidRPr="004603AF">
              <w:t>Tovaru</w:t>
            </w:r>
            <w:proofErr w:type="spellEnd"/>
            <w:r w:rsidRPr="004603AF">
              <w:t xml:space="preserve">. Obal </w:t>
            </w:r>
            <w:proofErr w:type="spellStart"/>
            <w:r w:rsidRPr="004603AF">
              <w:t>Tovaru</w:t>
            </w:r>
            <w:proofErr w:type="spellEnd"/>
            <w:r w:rsidRPr="004603AF">
              <w:t xml:space="preserve"> by mal </w:t>
            </w:r>
            <w:proofErr w:type="spellStart"/>
            <w:r w:rsidRPr="004603AF">
              <w:t>obsahovať</w:t>
            </w:r>
            <w:proofErr w:type="spellEnd"/>
            <w:r w:rsidRPr="004603AF">
              <w:t xml:space="preserve"> </w:t>
            </w:r>
            <w:proofErr w:type="spellStart"/>
            <w:r w:rsidRPr="004603AF">
              <w:t>informácie</w:t>
            </w:r>
            <w:proofErr w:type="spellEnd"/>
            <w:r w:rsidRPr="004603AF">
              <w:t xml:space="preserve"> </w:t>
            </w:r>
            <w:proofErr w:type="spellStart"/>
            <w:r w:rsidRPr="004603AF">
              <w:t>uvedené</w:t>
            </w:r>
            <w:proofErr w:type="spellEnd"/>
            <w:r w:rsidRPr="004603AF">
              <w:t xml:space="preserve"> v </w:t>
            </w:r>
            <w:proofErr w:type="spellStart"/>
            <w:r w:rsidRPr="004603AF">
              <w:t>článku</w:t>
            </w:r>
            <w:proofErr w:type="spellEnd"/>
            <w:r w:rsidRPr="004603AF">
              <w:t xml:space="preserve"> 13.</w:t>
            </w:r>
          </w:p>
        </w:tc>
      </w:tr>
    </w:tbl>
    <w:p w14:paraId="0B5076AF" w14:textId="77777777" w:rsidR="003F413A" w:rsidRPr="004603AF"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3A09003" w14:textId="77777777">
        <w:trPr>
          <w:jc w:val="center"/>
        </w:trPr>
        <w:tc>
          <w:tcPr>
            <w:tcW w:w="5159" w:type="dxa"/>
            <w:tcMar>
              <w:top w:w="70" w:type="dxa"/>
              <w:left w:w="95" w:type="dxa"/>
              <w:bottom w:w="70" w:type="dxa"/>
              <w:right w:w="95" w:type="dxa"/>
            </w:tcMar>
          </w:tcPr>
          <w:p w14:paraId="28E5C3C9" w14:textId="77777777" w:rsidR="003F413A" w:rsidRDefault="00000000">
            <w:pPr>
              <w:spacing w:after="40"/>
              <w:jc w:val="both"/>
            </w:pPr>
            <w:r>
              <w:t xml:space="preserve">4.5. Packing material of wood is subject to quarantine control, as material accompanying Goods, it shall be cleaned from bark, undergo thermal treatment or disinfection as well as marked on both sides in accordance with </w:t>
            </w:r>
            <w:proofErr w:type="spellStart"/>
            <w:r>
              <w:t>Phytosanitaria</w:t>
            </w:r>
            <w:proofErr w:type="spellEnd"/>
            <w:r>
              <w:t xml:space="preserve"> requirements according to ISPM 15.</w:t>
            </w:r>
          </w:p>
        </w:tc>
        <w:tc>
          <w:tcPr>
            <w:tcW w:w="5159" w:type="dxa"/>
            <w:tcMar>
              <w:top w:w="70" w:type="dxa"/>
              <w:left w:w="95" w:type="dxa"/>
              <w:bottom w:w="70" w:type="dxa"/>
              <w:right w:w="95" w:type="dxa"/>
            </w:tcMar>
          </w:tcPr>
          <w:p w14:paraId="1194C6F0" w14:textId="77777777" w:rsidR="003F413A" w:rsidRDefault="00000000">
            <w:pPr>
              <w:spacing w:after="40"/>
              <w:jc w:val="both"/>
            </w:pPr>
            <w:r>
              <w:t xml:space="preserve">4.5. </w:t>
            </w:r>
            <w:proofErr w:type="spellStart"/>
            <w:r>
              <w:t>Obalový</w:t>
            </w:r>
            <w:proofErr w:type="spellEnd"/>
            <w:r>
              <w:t xml:space="preserve"> </w:t>
            </w:r>
            <w:proofErr w:type="spellStart"/>
            <w:r>
              <w:t>materiál</w:t>
            </w:r>
            <w:proofErr w:type="spellEnd"/>
            <w:r>
              <w:t xml:space="preserve"> z </w:t>
            </w:r>
            <w:proofErr w:type="spellStart"/>
            <w:r>
              <w:t>dreva</w:t>
            </w:r>
            <w:proofErr w:type="spellEnd"/>
            <w:r>
              <w:t xml:space="preserve"> </w:t>
            </w:r>
            <w:proofErr w:type="spellStart"/>
            <w:r>
              <w:t>podlieha</w:t>
            </w:r>
            <w:proofErr w:type="spellEnd"/>
            <w:r>
              <w:t xml:space="preserve"> </w:t>
            </w:r>
            <w:proofErr w:type="spellStart"/>
            <w:r>
              <w:t>karanténnej</w:t>
            </w:r>
            <w:proofErr w:type="spellEnd"/>
            <w:r>
              <w:t xml:space="preserve"> </w:t>
            </w:r>
            <w:proofErr w:type="spellStart"/>
            <w:r>
              <w:t>kontrole</w:t>
            </w:r>
            <w:proofErr w:type="spellEnd"/>
            <w:r>
              <w:t xml:space="preserve">, </w:t>
            </w:r>
            <w:proofErr w:type="spellStart"/>
            <w:r>
              <w:t>ako</w:t>
            </w:r>
            <w:proofErr w:type="spellEnd"/>
            <w:r>
              <w:t xml:space="preserve"> </w:t>
            </w:r>
            <w:proofErr w:type="spellStart"/>
            <w:r>
              <w:t>materiál</w:t>
            </w:r>
            <w:proofErr w:type="spellEnd"/>
            <w:r>
              <w:t xml:space="preserve"> </w:t>
            </w:r>
            <w:proofErr w:type="spellStart"/>
            <w:r>
              <w:t>sprevádzajúci</w:t>
            </w:r>
            <w:proofErr w:type="spellEnd"/>
            <w:r>
              <w:t xml:space="preserve"> Tovar </w:t>
            </w:r>
            <w:proofErr w:type="spellStart"/>
            <w:r>
              <w:t>musí</w:t>
            </w:r>
            <w:proofErr w:type="spellEnd"/>
            <w:r>
              <w:t xml:space="preserve"> </w:t>
            </w:r>
            <w:proofErr w:type="spellStart"/>
            <w:r>
              <w:t>byť</w:t>
            </w:r>
            <w:proofErr w:type="spellEnd"/>
            <w:r>
              <w:t xml:space="preserve"> </w:t>
            </w:r>
            <w:proofErr w:type="spellStart"/>
            <w:r>
              <w:t>očistený</w:t>
            </w:r>
            <w:proofErr w:type="spellEnd"/>
            <w:r>
              <w:t xml:space="preserve"> </w:t>
            </w:r>
            <w:proofErr w:type="spellStart"/>
            <w:r>
              <w:t>od</w:t>
            </w:r>
            <w:proofErr w:type="spellEnd"/>
            <w:r>
              <w:t xml:space="preserve"> </w:t>
            </w:r>
            <w:proofErr w:type="spellStart"/>
            <w:r>
              <w:t>kôry</w:t>
            </w:r>
            <w:proofErr w:type="spellEnd"/>
            <w:r>
              <w:t xml:space="preserve">, </w:t>
            </w:r>
            <w:proofErr w:type="spellStart"/>
            <w:r>
              <w:t>podrobený</w:t>
            </w:r>
            <w:proofErr w:type="spellEnd"/>
            <w:r>
              <w:t xml:space="preserve"> </w:t>
            </w:r>
            <w:proofErr w:type="spellStart"/>
            <w:r>
              <w:t>tepelnému</w:t>
            </w:r>
            <w:proofErr w:type="spellEnd"/>
            <w:r>
              <w:t xml:space="preserve"> </w:t>
            </w:r>
            <w:proofErr w:type="spellStart"/>
            <w:r>
              <w:t>ošetreniu</w:t>
            </w:r>
            <w:proofErr w:type="spellEnd"/>
            <w:r>
              <w:t xml:space="preserve"> </w:t>
            </w:r>
            <w:proofErr w:type="spellStart"/>
            <w:r>
              <w:t>alebo</w:t>
            </w:r>
            <w:proofErr w:type="spellEnd"/>
            <w:r>
              <w:t xml:space="preserve"> </w:t>
            </w:r>
            <w:proofErr w:type="spellStart"/>
            <w:r>
              <w:t>dezinfekcii</w:t>
            </w:r>
            <w:proofErr w:type="spellEnd"/>
            <w:r>
              <w:t xml:space="preserve">, </w:t>
            </w:r>
            <w:proofErr w:type="spellStart"/>
            <w:r>
              <w:t>ako</w:t>
            </w:r>
            <w:proofErr w:type="spellEnd"/>
            <w:r>
              <w:t xml:space="preserve"> </w:t>
            </w:r>
            <w:proofErr w:type="spellStart"/>
            <w:r>
              <w:t>aj</w:t>
            </w:r>
            <w:proofErr w:type="spellEnd"/>
            <w:r>
              <w:t xml:space="preserve"> </w:t>
            </w:r>
            <w:proofErr w:type="spellStart"/>
            <w:r>
              <w:t>obojstranne</w:t>
            </w:r>
            <w:proofErr w:type="spellEnd"/>
            <w:r>
              <w:t xml:space="preserve"> </w:t>
            </w:r>
            <w:proofErr w:type="spellStart"/>
            <w:r>
              <w:t>označený</w:t>
            </w:r>
            <w:proofErr w:type="spellEnd"/>
            <w:r>
              <w:t xml:space="preserve"> v </w:t>
            </w:r>
            <w:proofErr w:type="spellStart"/>
            <w:r>
              <w:t>súlade</w:t>
            </w:r>
            <w:proofErr w:type="spellEnd"/>
            <w:r>
              <w:t xml:space="preserve"> s </w:t>
            </w:r>
            <w:proofErr w:type="spellStart"/>
            <w:r>
              <w:t>požiadavkami</w:t>
            </w:r>
            <w:proofErr w:type="spellEnd"/>
            <w:r>
              <w:t xml:space="preserve"> </w:t>
            </w:r>
            <w:proofErr w:type="spellStart"/>
            <w:r>
              <w:t>Phytosanitaria</w:t>
            </w:r>
            <w:proofErr w:type="spellEnd"/>
            <w:r>
              <w:t xml:space="preserve"> </w:t>
            </w:r>
            <w:proofErr w:type="spellStart"/>
            <w:proofErr w:type="gramStart"/>
            <w:r>
              <w:t>podľa</w:t>
            </w:r>
            <w:proofErr w:type="spellEnd"/>
            <w:r>
              <w:t xml:space="preserve">  ISPM</w:t>
            </w:r>
            <w:proofErr w:type="gramEnd"/>
            <w:r>
              <w:t xml:space="preserve"> 15.</w:t>
            </w:r>
          </w:p>
        </w:tc>
      </w:tr>
    </w:tbl>
    <w:p w14:paraId="11C1825F"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08C2C68" w14:textId="77777777">
        <w:trPr>
          <w:jc w:val="center"/>
        </w:trPr>
        <w:tc>
          <w:tcPr>
            <w:tcW w:w="5159" w:type="dxa"/>
            <w:tcMar>
              <w:top w:w="70" w:type="dxa"/>
              <w:left w:w="95" w:type="dxa"/>
              <w:bottom w:w="70" w:type="dxa"/>
              <w:right w:w="95" w:type="dxa"/>
            </w:tcMar>
          </w:tcPr>
          <w:p w14:paraId="47B325FB" w14:textId="77777777" w:rsidR="003F413A" w:rsidRDefault="00000000">
            <w:pPr>
              <w:spacing w:after="40"/>
              <w:jc w:val="both"/>
            </w:pPr>
            <w:r>
              <w:t>4.6. Not later than 10 days before the start of delivery of the Goods, the Seller should provide the Buyer with the technical documentation for the Goods containing Technical Data sheets and operational manuals.</w:t>
            </w:r>
          </w:p>
        </w:tc>
        <w:tc>
          <w:tcPr>
            <w:tcW w:w="5159" w:type="dxa"/>
            <w:tcMar>
              <w:top w:w="70" w:type="dxa"/>
              <w:left w:w="95" w:type="dxa"/>
              <w:bottom w:w="70" w:type="dxa"/>
              <w:right w:w="95" w:type="dxa"/>
            </w:tcMar>
          </w:tcPr>
          <w:p w14:paraId="3EC4D780" w14:textId="77777777" w:rsidR="003F413A" w:rsidRDefault="00000000">
            <w:pPr>
              <w:spacing w:after="40"/>
              <w:jc w:val="both"/>
            </w:pPr>
            <w:r>
              <w:t xml:space="preserve">4.6. </w:t>
            </w:r>
            <w:proofErr w:type="spellStart"/>
            <w:r>
              <w:t>Predávajúci</w:t>
            </w:r>
            <w:proofErr w:type="spellEnd"/>
            <w:r>
              <w:t xml:space="preserve"> by mal </w:t>
            </w:r>
            <w:proofErr w:type="spellStart"/>
            <w:r>
              <w:t>najneskôr</w:t>
            </w:r>
            <w:proofErr w:type="spellEnd"/>
            <w:r>
              <w:t xml:space="preserve"> 10 </w:t>
            </w:r>
            <w:proofErr w:type="spellStart"/>
            <w:r>
              <w:t>dní</w:t>
            </w:r>
            <w:proofErr w:type="spellEnd"/>
            <w:r>
              <w:t xml:space="preserve"> pred </w:t>
            </w:r>
            <w:proofErr w:type="spellStart"/>
            <w:r>
              <w:t>začatím</w:t>
            </w:r>
            <w:proofErr w:type="spellEnd"/>
            <w:r>
              <w:t xml:space="preserve"> </w:t>
            </w:r>
            <w:proofErr w:type="spellStart"/>
            <w:r>
              <w:t>dodania</w:t>
            </w:r>
            <w:proofErr w:type="spellEnd"/>
            <w:r>
              <w:t xml:space="preserve"> </w:t>
            </w:r>
            <w:proofErr w:type="spellStart"/>
            <w:r>
              <w:t>Tovaru</w:t>
            </w:r>
            <w:proofErr w:type="spellEnd"/>
            <w:r>
              <w:t xml:space="preserve"> </w:t>
            </w:r>
            <w:proofErr w:type="spellStart"/>
            <w:r>
              <w:t>poskytnúť</w:t>
            </w:r>
            <w:proofErr w:type="spellEnd"/>
            <w:r>
              <w:t xml:space="preserve"> </w:t>
            </w:r>
            <w:proofErr w:type="spellStart"/>
            <w:r>
              <w:t>kupujúcemu</w:t>
            </w:r>
            <w:proofErr w:type="spellEnd"/>
            <w:r>
              <w:t xml:space="preserve"> </w:t>
            </w:r>
            <w:proofErr w:type="spellStart"/>
            <w:r>
              <w:t>technickú</w:t>
            </w:r>
            <w:proofErr w:type="spellEnd"/>
            <w:r>
              <w:t xml:space="preserve"> </w:t>
            </w:r>
            <w:proofErr w:type="spellStart"/>
            <w:r>
              <w:t>dokumentáciu</w:t>
            </w:r>
            <w:proofErr w:type="spellEnd"/>
            <w:r>
              <w:t xml:space="preserve"> k </w:t>
            </w:r>
            <w:proofErr w:type="spellStart"/>
            <w:r>
              <w:t>Tovaru</w:t>
            </w:r>
            <w:proofErr w:type="spellEnd"/>
            <w:r>
              <w:t xml:space="preserve"> s </w:t>
            </w:r>
            <w:proofErr w:type="spellStart"/>
            <w:r>
              <w:t>kartami</w:t>
            </w:r>
            <w:proofErr w:type="spellEnd"/>
            <w:r>
              <w:t xml:space="preserve"> </w:t>
            </w:r>
            <w:proofErr w:type="spellStart"/>
            <w:r>
              <w:t>technických</w:t>
            </w:r>
            <w:proofErr w:type="spellEnd"/>
            <w:r>
              <w:t xml:space="preserve"> </w:t>
            </w:r>
            <w:proofErr w:type="spellStart"/>
            <w:r>
              <w:t>údajov</w:t>
            </w:r>
            <w:proofErr w:type="spellEnd"/>
            <w:r>
              <w:t xml:space="preserve"> a </w:t>
            </w:r>
            <w:proofErr w:type="spellStart"/>
            <w:r>
              <w:t>návodmi</w:t>
            </w:r>
            <w:proofErr w:type="spellEnd"/>
            <w:r>
              <w:t xml:space="preserve"> </w:t>
            </w:r>
            <w:proofErr w:type="spellStart"/>
            <w:r>
              <w:t>na</w:t>
            </w:r>
            <w:proofErr w:type="spellEnd"/>
            <w:r>
              <w:t xml:space="preserve"> </w:t>
            </w:r>
            <w:proofErr w:type="spellStart"/>
            <w:r>
              <w:t>obsluhu</w:t>
            </w:r>
            <w:proofErr w:type="spellEnd"/>
            <w:r>
              <w:t>.</w:t>
            </w:r>
          </w:p>
        </w:tc>
      </w:tr>
    </w:tbl>
    <w:p w14:paraId="3C9062A1"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55AF55F" w14:textId="77777777">
        <w:trPr>
          <w:jc w:val="center"/>
        </w:trPr>
        <w:tc>
          <w:tcPr>
            <w:tcW w:w="5159" w:type="dxa"/>
            <w:tcMar>
              <w:top w:w="70" w:type="dxa"/>
              <w:left w:w="95" w:type="dxa"/>
              <w:bottom w:w="70" w:type="dxa"/>
              <w:right w:w="95" w:type="dxa"/>
            </w:tcMar>
          </w:tcPr>
          <w:p w14:paraId="0A2493F5" w14:textId="77777777" w:rsidR="003F413A" w:rsidRDefault="00000000">
            <w:pPr>
              <w:spacing w:after="40"/>
              <w:jc w:val="both"/>
            </w:pPr>
            <w:r>
              <w:t xml:space="preserve">4.7. The Seller </w:t>
            </w:r>
            <w:proofErr w:type="gramStart"/>
            <w:r>
              <w:t>has to</w:t>
            </w:r>
            <w:proofErr w:type="gramEnd"/>
            <w:r>
              <w:t xml:space="preserve"> inform the Buyer about readiness of Goods to shipment not later than</w:t>
            </w:r>
            <w:r w:rsidR="00B662DE">
              <w:t xml:space="preserve"> </w:t>
            </w:r>
            <w:r>
              <w:t>10 days before the date of shipment.</w:t>
            </w:r>
          </w:p>
        </w:tc>
        <w:tc>
          <w:tcPr>
            <w:tcW w:w="5159" w:type="dxa"/>
            <w:tcMar>
              <w:top w:w="70" w:type="dxa"/>
              <w:left w:w="95" w:type="dxa"/>
              <w:bottom w:w="70" w:type="dxa"/>
              <w:right w:w="95" w:type="dxa"/>
            </w:tcMar>
          </w:tcPr>
          <w:p w14:paraId="384CCCD6" w14:textId="77777777" w:rsidR="003F413A" w:rsidRDefault="00000000">
            <w:pPr>
              <w:spacing w:after="40"/>
              <w:jc w:val="both"/>
            </w:pPr>
            <w:r>
              <w:t xml:space="preserve">4.7. </w:t>
            </w:r>
            <w:proofErr w:type="spellStart"/>
            <w:r>
              <w:t>Predávajúci</w:t>
            </w:r>
            <w:proofErr w:type="spellEnd"/>
            <w:r>
              <w:t xml:space="preserve"> je </w:t>
            </w:r>
            <w:proofErr w:type="spellStart"/>
            <w:r>
              <w:t>povinný</w:t>
            </w:r>
            <w:proofErr w:type="spellEnd"/>
            <w:r>
              <w:t xml:space="preserve"> </w:t>
            </w:r>
            <w:proofErr w:type="spellStart"/>
            <w:r>
              <w:t>informovať</w:t>
            </w:r>
            <w:proofErr w:type="spellEnd"/>
            <w:r>
              <w:t xml:space="preserve"> </w:t>
            </w:r>
            <w:proofErr w:type="spellStart"/>
            <w:r>
              <w:t>kupujúceho</w:t>
            </w:r>
            <w:proofErr w:type="spellEnd"/>
            <w:r>
              <w:t xml:space="preserve"> o </w:t>
            </w:r>
            <w:proofErr w:type="spellStart"/>
            <w:r>
              <w:t>pripravenosti</w:t>
            </w:r>
            <w:proofErr w:type="spellEnd"/>
            <w:r>
              <w:t xml:space="preserve"> </w:t>
            </w:r>
            <w:proofErr w:type="spellStart"/>
            <w:r>
              <w:t>Tovaru</w:t>
            </w:r>
            <w:proofErr w:type="spellEnd"/>
            <w:r>
              <w:t xml:space="preserve"> </w:t>
            </w:r>
            <w:proofErr w:type="spellStart"/>
            <w:r>
              <w:t>na</w:t>
            </w:r>
            <w:proofErr w:type="spellEnd"/>
            <w:r>
              <w:t xml:space="preserve"> </w:t>
            </w:r>
            <w:proofErr w:type="spellStart"/>
            <w:r>
              <w:t>odoslanie</w:t>
            </w:r>
            <w:proofErr w:type="spellEnd"/>
            <w:r>
              <w:t xml:space="preserve"> </w:t>
            </w:r>
            <w:proofErr w:type="spellStart"/>
            <w:r>
              <w:t>najneskôr</w:t>
            </w:r>
            <w:proofErr w:type="spellEnd"/>
            <w:r>
              <w:t xml:space="preserve"> do 10 </w:t>
            </w:r>
            <w:proofErr w:type="spellStart"/>
            <w:r>
              <w:t>dní</w:t>
            </w:r>
            <w:proofErr w:type="spellEnd"/>
            <w:r>
              <w:t xml:space="preserve"> pred </w:t>
            </w:r>
            <w:proofErr w:type="spellStart"/>
            <w:r>
              <w:t>dátumom</w:t>
            </w:r>
            <w:proofErr w:type="spellEnd"/>
            <w:r>
              <w:t xml:space="preserve"> </w:t>
            </w:r>
            <w:proofErr w:type="spellStart"/>
            <w:r>
              <w:t>odoslania</w:t>
            </w:r>
            <w:proofErr w:type="spellEnd"/>
            <w:r>
              <w:t>.</w:t>
            </w:r>
          </w:p>
        </w:tc>
      </w:tr>
    </w:tbl>
    <w:p w14:paraId="3D84303A"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86C6D91" w14:textId="77777777">
        <w:trPr>
          <w:jc w:val="center"/>
        </w:trPr>
        <w:tc>
          <w:tcPr>
            <w:tcW w:w="5159" w:type="dxa"/>
            <w:tcMar>
              <w:top w:w="70" w:type="dxa"/>
              <w:left w:w="95" w:type="dxa"/>
              <w:bottom w:w="70" w:type="dxa"/>
              <w:right w:w="95" w:type="dxa"/>
            </w:tcMar>
          </w:tcPr>
          <w:p w14:paraId="133AFE82" w14:textId="77777777" w:rsidR="003F413A" w:rsidRDefault="00000000">
            <w:pPr>
              <w:spacing w:after="40"/>
              <w:jc w:val="both"/>
            </w:pPr>
            <w:r>
              <w:t>4.8. The Seller should indicate in the packing documents (packing lists) to this delivery of the Goods characteristics of the packing material.</w:t>
            </w:r>
          </w:p>
        </w:tc>
        <w:tc>
          <w:tcPr>
            <w:tcW w:w="5159" w:type="dxa"/>
            <w:tcMar>
              <w:top w:w="70" w:type="dxa"/>
              <w:left w:w="95" w:type="dxa"/>
              <w:bottom w:w="70" w:type="dxa"/>
              <w:right w:w="95" w:type="dxa"/>
            </w:tcMar>
          </w:tcPr>
          <w:p w14:paraId="5942881C" w14:textId="77777777" w:rsidR="003F413A" w:rsidRDefault="00000000">
            <w:pPr>
              <w:spacing w:after="40"/>
              <w:jc w:val="both"/>
            </w:pPr>
            <w:r>
              <w:t xml:space="preserve">4.8. </w:t>
            </w:r>
            <w:proofErr w:type="spellStart"/>
            <w:r>
              <w:t>Predávajúci</w:t>
            </w:r>
            <w:proofErr w:type="spellEnd"/>
            <w:r>
              <w:t xml:space="preserve"> by mal v </w:t>
            </w:r>
            <w:proofErr w:type="spellStart"/>
            <w:r>
              <w:t>dokumentoch</w:t>
            </w:r>
            <w:proofErr w:type="spellEnd"/>
            <w:r>
              <w:t xml:space="preserve"> </w:t>
            </w:r>
            <w:proofErr w:type="spellStart"/>
            <w:r>
              <w:t>zásielky</w:t>
            </w:r>
            <w:proofErr w:type="spellEnd"/>
            <w:r>
              <w:t xml:space="preserve"> (</w:t>
            </w:r>
            <w:proofErr w:type="spellStart"/>
            <w:r>
              <w:t>sprievodke</w:t>
            </w:r>
            <w:proofErr w:type="spellEnd"/>
            <w:r>
              <w:t xml:space="preserve"> </w:t>
            </w:r>
            <w:proofErr w:type="spellStart"/>
            <w:r>
              <w:t>zásielky</w:t>
            </w:r>
            <w:proofErr w:type="spellEnd"/>
            <w:r>
              <w:t xml:space="preserve">) k </w:t>
            </w:r>
            <w:proofErr w:type="spellStart"/>
            <w:r>
              <w:t>tejto</w:t>
            </w:r>
            <w:proofErr w:type="spellEnd"/>
            <w:r>
              <w:t xml:space="preserve"> </w:t>
            </w:r>
            <w:proofErr w:type="spellStart"/>
            <w:r>
              <w:t>dodávke</w:t>
            </w:r>
            <w:proofErr w:type="spellEnd"/>
            <w:r>
              <w:t xml:space="preserve"> </w:t>
            </w:r>
            <w:proofErr w:type="spellStart"/>
            <w:r>
              <w:t>Tovaru</w:t>
            </w:r>
            <w:proofErr w:type="spellEnd"/>
            <w:r>
              <w:t xml:space="preserve"> </w:t>
            </w:r>
            <w:proofErr w:type="spellStart"/>
            <w:r>
              <w:t>uviesť</w:t>
            </w:r>
            <w:proofErr w:type="spellEnd"/>
            <w:r>
              <w:t xml:space="preserve"> </w:t>
            </w:r>
            <w:proofErr w:type="spellStart"/>
            <w:r>
              <w:t>vlastnosti</w:t>
            </w:r>
            <w:proofErr w:type="spellEnd"/>
            <w:r>
              <w:t xml:space="preserve"> </w:t>
            </w:r>
            <w:proofErr w:type="spellStart"/>
            <w:r>
              <w:t>obalového</w:t>
            </w:r>
            <w:proofErr w:type="spellEnd"/>
            <w:r>
              <w:t xml:space="preserve"> </w:t>
            </w:r>
            <w:proofErr w:type="spellStart"/>
            <w:r>
              <w:t>materiálu</w:t>
            </w:r>
            <w:proofErr w:type="spellEnd"/>
            <w:r>
              <w:t>.</w:t>
            </w:r>
          </w:p>
        </w:tc>
      </w:tr>
    </w:tbl>
    <w:p w14:paraId="22B433E3"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363E091" w14:textId="77777777">
        <w:trPr>
          <w:jc w:val="center"/>
        </w:trPr>
        <w:tc>
          <w:tcPr>
            <w:tcW w:w="5159" w:type="dxa"/>
            <w:tcMar>
              <w:top w:w="70" w:type="dxa"/>
              <w:left w:w="95" w:type="dxa"/>
              <w:bottom w:w="70" w:type="dxa"/>
              <w:right w:w="95" w:type="dxa"/>
            </w:tcMar>
          </w:tcPr>
          <w:p w14:paraId="763747A1" w14:textId="77777777" w:rsidR="003F413A" w:rsidRDefault="00000000">
            <w:pPr>
              <w:spacing w:after="40"/>
              <w:jc w:val="both"/>
            </w:pPr>
            <w:r>
              <w:t>4.9. The Seller should indicate in the packing documents (packing lists) to this delivery of the Goods the separate net weight of each package according to the Annexes to the present Contract.</w:t>
            </w:r>
          </w:p>
        </w:tc>
        <w:tc>
          <w:tcPr>
            <w:tcW w:w="5159" w:type="dxa"/>
            <w:tcMar>
              <w:top w:w="70" w:type="dxa"/>
              <w:left w:w="95" w:type="dxa"/>
              <w:bottom w:w="70" w:type="dxa"/>
              <w:right w:w="95" w:type="dxa"/>
            </w:tcMar>
          </w:tcPr>
          <w:p w14:paraId="41C3E639" w14:textId="77777777" w:rsidR="003F413A" w:rsidRDefault="00000000">
            <w:pPr>
              <w:spacing w:after="40"/>
              <w:jc w:val="both"/>
            </w:pPr>
            <w:r>
              <w:t xml:space="preserve">4.9. </w:t>
            </w:r>
            <w:proofErr w:type="spellStart"/>
            <w:r>
              <w:t>Predávajúci</w:t>
            </w:r>
            <w:proofErr w:type="spellEnd"/>
            <w:r>
              <w:t xml:space="preserve"> by mal v </w:t>
            </w:r>
            <w:proofErr w:type="spellStart"/>
            <w:r>
              <w:t>dokumentoch</w:t>
            </w:r>
            <w:proofErr w:type="spellEnd"/>
            <w:r>
              <w:t xml:space="preserve"> </w:t>
            </w:r>
            <w:proofErr w:type="spellStart"/>
            <w:r>
              <w:t>zásielky</w:t>
            </w:r>
            <w:proofErr w:type="spellEnd"/>
            <w:r>
              <w:t xml:space="preserve"> (</w:t>
            </w:r>
            <w:proofErr w:type="spellStart"/>
            <w:r>
              <w:t>sprievodke</w:t>
            </w:r>
            <w:proofErr w:type="spellEnd"/>
            <w:r>
              <w:t xml:space="preserve"> </w:t>
            </w:r>
            <w:proofErr w:type="spellStart"/>
            <w:r>
              <w:t>zásielky</w:t>
            </w:r>
            <w:proofErr w:type="spellEnd"/>
            <w:r>
              <w:t xml:space="preserve">) k </w:t>
            </w:r>
            <w:proofErr w:type="spellStart"/>
            <w:r>
              <w:t>tejto</w:t>
            </w:r>
            <w:proofErr w:type="spellEnd"/>
            <w:r>
              <w:t xml:space="preserve"> </w:t>
            </w:r>
            <w:proofErr w:type="spellStart"/>
            <w:r>
              <w:t>dodávke</w:t>
            </w:r>
            <w:proofErr w:type="spellEnd"/>
            <w:r>
              <w:t xml:space="preserve"> </w:t>
            </w:r>
            <w:proofErr w:type="spellStart"/>
            <w:r>
              <w:t>Tovaru</w:t>
            </w:r>
            <w:proofErr w:type="spellEnd"/>
            <w:r>
              <w:t xml:space="preserve"> </w:t>
            </w:r>
            <w:proofErr w:type="spellStart"/>
            <w:r>
              <w:t>uviesť</w:t>
            </w:r>
            <w:proofErr w:type="spellEnd"/>
            <w:r>
              <w:t xml:space="preserve"> </w:t>
            </w:r>
            <w:proofErr w:type="spellStart"/>
            <w:r>
              <w:t>samostatnú</w:t>
            </w:r>
            <w:proofErr w:type="spellEnd"/>
            <w:r>
              <w:t xml:space="preserve"> </w:t>
            </w:r>
            <w:proofErr w:type="spellStart"/>
            <w:r>
              <w:t>hmotnosť</w:t>
            </w:r>
            <w:proofErr w:type="spellEnd"/>
            <w:r>
              <w:t xml:space="preserve"> </w:t>
            </w:r>
            <w:proofErr w:type="spellStart"/>
            <w:r>
              <w:t>netto</w:t>
            </w:r>
            <w:proofErr w:type="spellEnd"/>
            <w:r>
              <w:t xml:space="preserve"> </w:t>
            </w:r>
            <w:proofErr w:type="spellStart"/>
            <w:r>
              <w:t>každého</w:t>
            </w:r>
            <w:proofErr w:type="spellEnd"/>
            <w:r>
              <w:t xml:space="preserve"> </w:t>
            </w:r>
            <w:proofErr w:type="spellStart"/>
            <w:r>
              <w:t>balíka</w:t>
            </w:r>
            <w:proofErr w:type="spellEnd"/>
            <w:r>
              <w:t xml:space="preserve"> </w:t>
            </w:r>
            <w:proofErr w:type="spellStart"/>
            <w:r>
              <w:t>podľa</w:t>
            </w:r>
            <w:proofErr w:type="spellEnd"/>
            <w:r>
              <w:t xml:space="preserve"> </w:t>
            </w:r>
            <w:proofErr w:type="spellStart"/>
            <w:r>
              <w:t>príloh</w:t>
            </w:r>
            <w:proofErr w:type="spellEnd"/>
            <w:r>
              <w:t xml:space="preserve"> </w:t>
            </w:r>
            <w:proofErr w:type="spellStart"/>
            <w:r>
              <w:t>tejto</w:t>
            </w:r>
            <w:proofErr w:type="spellEnd"/>
            <w:r>
              <w:t xml:space="preserve"> </w:t>
            </w:r>
            <w:proofErr w:type="spellStart"/>
            <w:r>
              <w:t>zmluvy</w:t>
            </w:r>
            <w:proofErr w:type="spellEnd"/>
            <w:r>
              <w:t>.</w:t>
            </w:r>
          </w:p>
        </w:tc>
      </w:tr>
    </w:tbl>
    <w:p w14:paraId="79AAD591"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2C3C9E4F" w14:textId="77777777">
        <w:trPr>
          <w:jc w:val="center"/>
        </w:trPr>
        <w:tc>
          <w:tcPr>
            <w:tcW w:w="5159" w:type="dxa"/>
            <w:shd w:val="clear" w:color="auto" w:fill="EDEDED"/>
            <w:tcMar>
              <w:top w:w="90" w:type="dxa"/>
              <w:left w:w="95" w:type="dxa"/>
              <w:bottom w:w="90" w:type="dxa"/>
              <w:right w:w="95" w:type="dxa"/>
            </w:tcMar>
          </w:tcPr>
          <w:p w14:paraId="29D0130A" w14:textId="77777777" w:rsidR="003F413A" w:rsidRDefault="00000000">
            <w:pPr>
              <w:keepNext/>
              <w:spacing w:after="40"/>
              <w:jc w:val="center"/>
            </w:pPr>
            <w:r>
              <w:rPr>
                <w:b/>
                <w:sz w:val="18"/>
              </w:rPr>
              <w:t>Article 5. Acceptance of Goods by completeness and quantity</w:t>
            </w:r>
          </w:p>
        </w:tc>
        <w:tc>
          <w:tcPr>
            <w:tcW w:w="5159" w:type="dxa"/>
            <w:shd w:val="clear" w:color="auto" w:fill="EDEDED"/>
            <w:tcMar>
              <w:top w:w="90" w:type="dxa"/>
              <w:left w:w="95" w:type="dxa"/>
              <w:bottom w:w="90" w:type="dxa"/>
              <w:right w:w="95" w:type="dxa"/>
            </w:tcMar>
          </w:tcPr>
          <w:p w14:paraId="2E7727BF" w14:textId="77777777" w:rsidR="003F413A" w:rsidRDefault="00000000">
            <w:pPr>
              <w:keepNext/>
              <w:spacing w:after="40"/>
              <w:jc w:val="center"/>
            </w:pPr>
            <w:proofErr w:type="spellStart"/>
            <w:r>
              <w:rPr>
                <w:b/>
                <w:sz w:val="18"/>
              </w:rPr>
              <w:t>Článok</w:t>
            </w:r>
            <w:proofErr w:type="spellEnd"/>
            <w:r>
              <w:rPr>
                <w:b/>
                <w:sz w:val="18"/>
              </w:rPr>
              <w:t xml:space="preserve"> 5. </w:t>
            </w:r>
            <w:proofErr w:type="spellStart"/>
            <w:r>
              <w:rPr>
                <w:b/>
                <w:sz w:val="18"/>
              </w:rPr>
              <w:t>Prevzatie</w:t>
            </w:r>
            <w:proofErr w:type="spellEnd"/>
            <w:r>
              <w:rPr>
                <w:b/>
                <w:sz w:val="18"/>
              </w:rPr>
              <w:t xml:space="preserve"> </w:t>
            </w:r>
            <w:proofErr w:type="spellStart"/>
            <w:r>
              <w:rPr>
                <w:b/>
                <w:sz w:val="18"/>
              </w:rPr>
              <w:t>Tovaru</w:t>
            </w:r>
            <w:proofErr w:type="spellEnd"/>
            <w:r>
              <w:rPr>
                <w:b/>
                <w:sz w:val="18"/>
              </w:rPr>
              <w:t xml:space="preserve"> </w:t>
            </w:r>
            <w:proofErr w:type="spellStart"/>
            <w:r>
              <w:rPr>
                <w:b/>
                <w:sz w:val="18"/>
              </w:rPr>
              <w:t>podľa</w:t>
            </w:r>
            <w:proofErr w:type="spellEnd"/>
            <w:r>
              <w:rPr>
                <w:b/>
                <w:sz w:val="18"/>
              </w:rPr>
              <w:t xml:space="preserve"> </w:t>
            </w:r>
            <w:proofErr w:type="spellStart"/>
            <w:r>
              <w:rPr>
                <w:b/>
                <w:sz w:val="18"/>
              </w:rPr>
              <w:t>úplnosti</w:t>
            </w:r>
            <w:proofErr w:type="spellEnd"/>
            <w:r>
              <w:rPr>
                <w:b/>
                <w:sz w:val="18"/>
              </w:rPr>
              <w:t xml:space="preserve"> a </w:t>
            </w:r>
            <w:proofErr w:type="spellStart"/>
            <w:r>
              <w:rPr>
                <w:b/>
                <w:sz w:val="18"/>
              </w:rPr>
              <w:t>množstva</w:t>
            </w:r>
            <w:proofErr w:type="spellEnd"/>
          </w:p>
        </w:tc>
      </w:tr>
    </w:tbl>
    <w:p w14:paraId="2C9200F6"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9C7B7A" w14:paraId="29C9BE75" w14:textId="77777777">
        <w:trPr>
          <w:jc w:val="center"/>
        </w:trPr>
        <w:tc>
          <w:tcPr>
            <w:tcW w:w="5159" w:type="dxa"/>
            <w:tcMar>
              <w:top w:w="70" w:type="dxa"/>
              <w:left w:w="95" w:type="dxa"/>
              <w:bottom w:w="70" w:type="dxa"/>
              <w:right w:w="95" w:type="dxa"/>
            </w:tcMar>
          </w:tcPr>
          <w:p w14:paraId="783BA30C" w14:textId="77777777" w:rsidR="003F413A" w:rsidRDefault="00000000">
            <w:pPr>
              <w:spacing w:after="40"/>
              <w:jc w:val="both"/>
            </w:pPr>
            <w:r>
              <w:t xml:space="preserve">5.1.1. When at arrival of the Goods on Buyer’s point of destination finding out incompleteness of the Goods supplied </w:t>
            </w:r>
            <w:proofErr w:type="gramStart"/>
            <w:r>
              <w:t>with regard to</w:t>
            </w:r>
            <w:proofErr w:type="gramEnd"/>
            <w:r>
              <w:t xml:space="preserve"> completeness/quantity, by the Seller’s fault, the Buyer shall make a report on discrepancies, which is the ground for a request for additional delivery/replacement of not corresponding Goods, fully at the expense of the Seller. Seller is only responsible for such additional delivery if it is proven by the Buyer that the discrepancy already existed </w:t>
            </w:r>
            <w:proofErr w:type="gramStart"/>
            <w:r>
              <w:t>at the moment</w:t>
            </w:r>
            <w:proofErr w:type="gramEnd"/>
            <w:r>
              <w:t xml:space="preserve"> of loading and could not have been discovered during the visual inspection, and further Seller is responsible for defects appearing as a   consequence of low-quality packing and absence of the proper instruction for loading and transportation of the Goods. The additional delivery/replacement of the Goods should not be later, than in 2 calendar weeks after making the report on discrepancies, unless lead times for such replacement products require a longer period.</w:t>
            </w:r>
          </w:p>
          <w:p w14:paraId="22EB00B7" w14:textId="5C0E5D07" w:rsidR="003F413A" w:rsidRDefault="00000000">
            <w:pPr>
              <w:spacing w:after="40"/>
              <w:jc w:val="both"/>
            </w:pPr>
            <w:r>
              <w:t>The Seller should arrange at its own costs a new delivery of the additional/replaced Goods under the clause DAP in accordance with the "Incoterms” in line with previous Article 4 (Delivery of Goods)</w:t>
            </w:r>
            <w:r w:rsidR="00DF5CD5">
              <w:t>.</w:t>
            </w:r>
          </w:p>
          <w:p w14:paraId="2C8741FA" w14:textId="77777777" w:rsidR="003F413A" w:rsidRDefault="00000000">
            <w:pPr>
              <w:spacing w:after="40"/>
              <w:jc w:val="both"/>
            </w:pPr>
            <w:r>
              <w:t>Buyer has knowledge of Seller’s standard packing and accepts such packing as being sufficient.</w:t>
            </w:r>
          </w:p>
          <w:p w14:paraId="5BFAD0F6" w14:textId="77777777" w:rsidR="003F413A" w:rsidRDefault="00000000">
            <w:pPr>
              <w:spacing w:after="40"/>
              <w:jc w:val="both"/>
            </w:pPr>
            <w:r>
              <w:t>In case the Parties do not reach agreement concerning the completeness/quantity of supplied Goods they will act according to the article 14 (Arbitration) of the present Contract.</w:t>
            </w:r>
          </w:p>
          <w:p w14:paraId="402F4F99" w14:textId="77777777" w:rsidR="003F413A" w:rsidRDefault="00000000">
            <w:pPr>
              <w:spacing w:after="40"/>
              <w:jc w:val="both"/>
            </w:pPr>
            <w:r>
              <w:t>Each Party can confirm its position by conclusions of a commission of experts. Reasonable costs of all expert examinations shall be at the expense of the Party in fault.</w:t>
            </w:r>
          </w:p>
        </w:tc>
        <w:tc>
          <w:tcPr>
            <w:tcW w:w="5159" w:type="dxa"/>
            <w:tcMar>
              <w:top w:w="70" w:type="dxa"/>
              <w:left w:w="95" w:type="dxa"/>
              <w:bottom w:w="70" w:type="dxa"/>
              <w:right w:w="95" w:type="dxa"/>
            </w:tcMar>
          </w:tcPr>
          <w:p w14:paraId="720D7F70" w14:textId="77777777" w:rsidR="003F413A" w:rsidRDefault="00000000">
            <w:pPr>
              <w:spacing w:after="40"/>
              <w:jc w:val="both"/>
            </w:pPr>
            <w:r>
              <w:t xml:space="preserve">5.1.1. </w:t>
            </w:r>
            <w:proofErr w:type="spellStart"/>
            <w:r>
              <w:t>Keď</w:t>
            </w:r>
            <w:proofErr w:type="spellEnd"/>
            <w:r>
              <w:t xml:space="preserve"> </w:t>
            </w:r>
            <w:proofErr w:type="spellStart"/>
            <w:r>
              <w:t>pri</w:t>
            </w:r>
            <w:proofErr w:type="spellEnd"/>
            <w:r>
              <w:t xml:space="preserve"> </w:t>
            </w:r>
            <w:proofErr w:type="spellStart"/>
            <w:r>
              <w:t>príchode</w:t>
            </w:r>
            <w:proofErr w:type="spellEnd"/>
            <w:r>
              <w:t xml:space="preserve"> </w:t>
            </w:r>
            <w:proofErr w:type="spellStart"/>
            <w:r>
              <w:t>Tovaru</w:t>
            </w:r>
            <w:proofErr w:type="spellEnd"/>
            <w:r>
              <w:t xml:space="preserve"> do </w:t>
            </w:r>
            <w:proofErr w:type="spellStart"/>
            <w:r>
              <w:t>miesta</w:t>
            </w:r>
            <w:proofErr w:type="spellEnd"/>
            <w:r>
              <w:t xml:space="preserve"> </w:t>
            </w:r>
            <w:proofErr w:type="spellStart"/>
            <w:r>
              <w:t>určenia</w:t>
            </w:r>
            <w:proofErr w:type="spellEnd"/>
            <w:r>
              <w:t xml:space="preserve"> </w:t>
            </w:r>
            <w:proofErr w:type="spellStart"/>
            <w:r>
              <w:t>kupujúci</w:t>
            </w:r>
            <w:proofErr w:type="spellEnd"/>
            <w:r>
              <w:t xml:space="preserve"> </w:t>
            </w:r>
            <w:proofErr w:type="spellStart"/>
            <w:r>
              <w:t>zistí</w:t>
            </w:r>
            <w:proofErr w:type="spellEnd"/>
            <w:r>
              <w:t xml:space="preserve"> </w:t>
            </w:r>
            <w:proofErr w:type="spellStart"/>
            <w:r>
              <w:t>neúplnosť</w:t>
            </w:r>
            <w:proofErr w:type="spellEnd"/>
            <w:r>
              <w:t xml:space="preserve"> </w:t>
            </w:r>
            <w:proofErr w:type="spellStart"/>
            <w:r>
              <w:t>dodaného</w:t>
            </w:r>
            <w:proofErr w:type="spellEnd"/>
            <w:r>
              <w:t xml:space="preserve"> </w:t>
            </w:r>
            <w:proofErr w:type="spellStart"/>
            <w:r>
              <w:t>Tovaru</w:t>
            </w:r>
            <w:proofErr w:type="spellEnd"/>
            <w:r>
              <w:t xml:space="preserve"> z </w:t>
            </w:r>
            <w:proofErr w:type="spellStart"/>
            <w:r>
              <w:t>hľadiska</w:t>
            </w:r>
            <w:proofErr w:type="spellEnd"/>
            <w:r>
              <w:t xml:space="preserve"> </w:t>
            </w:r>
            <w:proofErr w:type="spellStart"/>
            <w:r>
              <w:t>úplnosti</w:t>
            </w:r>
            <w:proofErr w:type="spellEnd"/>
            <w:r>
              <w:t>/</w:t>
            </w:r>
            <w:proofErr w:type="spellStart"/>
            <w:r>
              <w:t>množstva</w:t>
            </w:r>
            <w:proofErr w:type="spellEnd"/>
            <w:r>
              <w:t xml:space="preserve">, </w:t>
            </w:r>
            <w:proofErr w:type="spellStart"/>
            <w:r>
              <w:t>ktorú</w:t>
            </w:r>
            <w:proofErr w:type="spellEnd"/>
            <w:r>
              <w:t xml:space="preserve"> </w:t>
            </w:r>
            <w:proofErr w:type="spellStart"/>
            <w:r>
              <w:t>zavinil</w:t>
            </w:r>
            <w:proofErr w:type="spellEnd"/>
            <w:r>
              <w:t xml:space="preserve"> </w:t>
            </w:r>
            <w:proofErr w:type="spellStart"/>
            <w:r>
              <w:t>predávajúci</w:t>
            </w:r>
            <w:proofErr w:type="spellEnd"/>
            <w:r>
              <w:t xml:space="preserve">, </w:t>
            </w:r>
            <w:proofErr w:type="spellStart"/>
            <w:r>
              <w:t>kupujúci</w:t>
            </w:r>
            <w:proofErr w:type="spellEnd"/>
            <w:r>
              <w:t xml:space="preserve"> </w:t>
            </w:r>
            <w:proofErr w:type="spellStart"/>
            <w:r>
              <w:t>vyhotoví</w:t>
            </w:r>
            <w:proofErr w:type="spellEnd"/>
            <w:r>
              <w:t xml:space="preserve"> </w:t>
            </w:r>
            <w:proofErr w:type="spellStart"/>
            <w:r>
              <w:t>správu</w:t>
            </w:r>
            <w:proofErr w:type="spellEnd"/>
            <w:r>
              <w:t xml:space="preserve"> o </w:t>
            </w:r>
            <w:proofErr w:type="spellStart"/>
            <w:r>
              <w:t>nezrovnalostiach</w:t>
            </w:r>
            <w:proofErr w:type="spellEnd"/>
            <w:r>
              <w:t xml:space="preserve">, </w:t>
            </w:r>
            <w:proofErr w:type="spellStart"/>
            <w:r>
              <w:t>ktorá</w:t>
            </w:r>
            <w:proofErr w:type="spellEnd"/>
            <w:r>
              <w:t xml:space="preserve"> je </w:t>
            </w:r>
            <w:proofErr w:type="spellStart"/>
            <w:r>
              <w:t>dôvodom</w:t>
            </w:r>
            <w:proofErr w:type="spellEnd"/>
            <w:r>
              <w:t xml:space="preserve"> </w:t>
            </w:r>
            <w:proofErr w:type="spellStart"/>
            <w:r>
              <w:t>požiadavky</w:t>
            </w:r>
            <w:proofErr w:type="spellEnd"/>
            <w:r>
              <w:t xml:space="preserve"> </w:t>
            </w:r>
            <w:proofErr w:type="spellStart"/>
            <w:r>
              <w:t>na</w:t>
            </w:r>
            <w:proofErr w:type="spellEnd"/>
            <w:r>
              <w:t xml:space="preserve"> </w:t>
            </w:r>
            <w:proofErr w:type="spellStart"/>
            <w:r>
              <w:t>dodatočnú</w:t>
            </w:r>
            <w:proofErr w:type="spellEnd"/>
            <w:r>
              <w:t xml:space="preserve"> </w:t>
            </w:r>
            <w:proofErr w:type="spellStart"/>
            <w:r>
              <w:t>dodávku</w:t>
            </w:r>
            <w:proofErr w:type="spellEnd"/>
            <w:r>
              <w:t>/</w:t>
            </w:r>
            <w:proofErr w:type="spellStart"/>
            <w:r>
              <w:t>výmenu</w:t>
            </w:r>
            <w:proofErr w:type="spellEnd"/>
            <w:r>
              <w:t xml:space="preserve"> </w:t>
            </w:r>
            <w:proofErr w:type="spellStart"/>
            <w:r>
              <w:t>nezodpovedajúceho</w:t>
            </w:r>
            <w:proofErr w:type="spellEnd"/>
            <w:r>
              <w:t xml:space="preserve"> </w:t>
            </w:r>
            <w:proofErr w:type="spellStart"/>
            <w:r>
              <w:t>Tovaru</w:t>
            </w:r>
            <w:proofErr w:type="spellEnd"/>
            <w:r>
              <w:t xml:space="preserve">, a to </w:t>
            </w:r>
            <w:proofErr w:type="spellStart"/>
            <w:r>
              <w:t>plne</w:t>
            </w:r>
            <w:proofErr w:type="spellEnd"/>
            <w:r>
              <w:t xml:space="preserve"> </w:t>
            </w:r>
            <w:proofErr w:type="spellStart"/>
            <w:r>
              <w:t>na</w:t>
            </w:r>
            <w:proofErr w:type="spellEnd"/>
            <w:r>
              <w:t xml:space="preserve"> </w:t>
            </w:r>
            <w:proofErr w:type="spellStart"/>
            <w:r>
              <w:t>náklady</w:t>
            </w:r>
            <w:proofErr w:type="spellEnd"/>
            <w:r>
              <w:t xml:space="preserve"> </w:t>
            </w:r>
            <w:proofErr w:type="spellStart"/>
            <w:r>
              <w:t>predávajúceho</w:t>
            </w:r>
            <w:proofErr w:type="spellEnd"/>
            <w:r>
              <w:t xml:space="preserve">. </w:t>
            </w:r>
            <w:proofErr w:type="spellStart"/>
            <w:r>
              <w:t>Predávajúci</w:t>
            </w:r>
            <w:proofErr w:type="spellEnd"/>
            <w:r>
              <w:t xml:space="preserve"> </w:t>
            </w:r>
            <w:proofErr w:type="spellStart"/>
            <w:r>
              <w:t>zodpovedá</w:t>
            </w:r>
            <w:proofErr w:type="spellEnd"/>
            <w:r>
              <w:t xml:space="preserve"> za </w:t>
            </w:r>
            <w:proofErr w:type="spellStart"/>
            <w:r>
              <w:t>takúto</w:t>
            </w:r>
            <w:proofErr w:type="spellEnd"/>
            <w:r>
              <w:t xml:space="preserve"> </w:t>
            </w:r>
            <w:proofErr w:type="spellStart"/>
            <w:r>
              <w:t>dodatočnú</w:t>
            </w:r>
            <w:proofErr w:type="spellEnd"/>
            <w:r>
              <w:t xml:space="preserve"> </w:t>
            </w:r>
            <w:proofErr w:type="spellStart"/>
            <w:r>
              <w:t>dodávku</w:t>
            </w:r>
            <w:proofErr w:type="spellEnd"/>
            <w:r>
              <w:t xml:space="preserve"> </w:t>
            </w:r>
            <w:proofErr w:type="spellStart"/>
            <w:r>
              <w:t>len</w:t>
            </w:r>
            <w:proofErr w:type="spellEnd"/>
            <w:r>
              <w:t xml:space="preserve"> </w:t>
            </w:r>
            <w:proofErr w:type="spellStart"/>
            <w:r>
              <w:t>vtedy</w:t>
            </w:r>
            <w:proofErr w:type="spellEnd"/>
            <w:r>
              <w:t xml:space="preserve">, </w:t>
            </w:r>
            <w:proofErr w:type="spellStart"/>
            <w:r>
              <w:t>ak</w:t>
            </w:r>
            <w:proofErr w:type="spellEnd"/>
            <w:r>
              <w:t xml:space="preserve"> </w:t>
            </w:r>
            <w:proofErr w:type="spellStart"/>
            <w:r>
              <w:t>kupujúci</w:t>
            </w:r>
            <w:proofErr w:type="spellEnd"/>
            <w:r>
              <w:t xml:space="preserve"> </w:t>
            </w:r>
            <w:proofErr w:type="spellStart"/>
            <w:r>
              <w:t>preukáže</w:t>
            </w:r>
            <w:proofErr w:type="spellEnd"/>
            <w:r>
              <w:t xml:space="preserve">, </w:t>
            </w:r>
            <w:proofErr w:type="spellStart"/>
            <w:r>
              <w:t>že</w:t>
            </w:r>
            <w:proofErr w:type="spellEnd"/>
            <w:r>
              <w:t xml:space="preserve"> </w:t>
            </w:r>
            <w:proofErr w:type="spellStart"/>
            <w:r>
              <w:t>nezrovnalosť</w:t>
            </w:r>
            <w:proofErr w:type="spellEnd"/>
            <w:r>
              <w:t xml:space="preserve"> </w:t>
            </w:r>
            <w:proofErr w:type="spellStart"/>
            <w:r>
              <w:t>existovala</w:t>
            </w:r>
            <w:proofErr w:type="spellEnd"/>
            <w:r>
              <w:t xml:space="preserve"> </w:t>
            </w:r>
            <w:proofErr w:type="spellStart"/>
            <w:r>
              <w:t>už</w:t>
            </w:r>
            <w:proofErr w:type="spellEnd"/>
            <w:r>
              <w:t xml:space="preserve"> v </w:t>
            </w:r>
            <w:proofErr w:type="spellStart"/>
            <w:r>
              <w:t>čase</w:t>
            </w:r>
            <w:proofErr w:type="spellEnd"/>
            <w:r>
              <w:t xml:space="preserve"> </w:t>
            </w:r>
            <w:proofErr w:type="spellStart"/>
            <w:r>
              <w:t>nakládky</w:t>
            </w:r>
            <w:proofErr w:type="spellEnd"/>
            <w:r>
              <w:t xml:space="preserve"> a </w:t>
            </w:r>
            <w:proofErr w:type="spellStart"/>
            <w:r>
              <w:t>nemohla</w:t>
            </w:r>
            <w:proofErr w:type="spellEnd"/>
            <w:r>
              <w:t xml:space="preserve"> </w:t>
            </w:r>
            <w:proofErr w:type="spellStart"/>
            <w:r>
              <w:t>byť</w:t>
            </w:r>
            <w:proofErr w:type="spellEnd"/>
            <w:r>
              <w:t xml:space="preserve"> </w:t>
            </w:r>
            <w:proofErr w:type="spellStart"/>
            <w:r>
              <w:t>zistená</w:t>
            </w:r>
            <w:proofErr w:type="spellEnd"/>
            <w:r>
              <w:t xml:space="preserve"> </w:t>
            </w:r>
            <w:proofErr w:type="spellStart"/>
            <w:r>
              <w:t>pri</w:t>
            </w:r>
            <w:proofErr w:type="spellEnd"/>
            <w:r>
              <w:t xml:space="preserve"> </w:t>
            </w:r>
            <w:proofErr w:type="spellStart"/>
            <w:r>
              <w:t>vizuálnej</w:t>
            </w:r>
            <w:proofErr w:type="spellEnd"/>
            <w:r>
              <w:t xml:space="preserve"> </w:t>
            </w:r>
            <w:proofErr w:type="spellStart"/>
            <w:r>
              <w:t>kontrole</w:t>
            </w:r>
            <w:proofErr w:type="spellEnd"/>
            <w:r>
              <w:t xml:space="preserve">, </w:t>
            </w:r>
            <w:proofErr w:type="spellStart"/>
            <w:r>
              <w:t>ďalej</w:t>
            </w:r>
            <w:proofErr w:type="spellEnd"/>
            <w:r>
              <w:t xml:space="preserve"> </w:t>
            </w:r>
            <w:proofErr w:type="spellStart"/>
            <w:r>
              <w:t>predávajúci</w:t>
            </w:r>
            <w:proofErr w:type="spellEnd"/>
            <w:r>
              <w:t xml:space="preserve"> </w:t>
            </w:r>
            <w:proofErr w:type="spellStart"/>
            <w:r>
              <w:t>zodpovedá</w:t>
            </w:r>
            <w:proofErr w:type="spellEnd"/>
            <w:r>
              <w:t xml:space="preserve"> za </w:t>
            </w:r>
            <w:proofErr w:type="spellStart"/>
            <w:r>
              <w:t>chyby</w:t>
            </w:r>
            <w:proofErr w:type="spellEnd"/>
            <w:r>
              <w:t xml:space="preserve"> </w:t>
            </w:r>
            <w:proofErr w:type="spellStart"/>
            <w:r>
              <w:t>vzniknuté</w:t>
            </w:r>
            <w:proofErr w:type="spellEnd"/>
            <w:r>
              <w:t xml:space="preserve"> v </w:t>
            </w:r>
            <w:proofErr w:type="spellStart"/>
            <w:r>
              <w:t>dôsledku</w:t>
            </w:r>
            <w:proofErr w:type="spellEnd"/>
            <w:r>
              <w:t xml:space="preserve"> </w:t>
            </w:r>
            <w:proofErr w:type="spellStart"/>
            <w:r>
              <w:t>nekvalitného</w:t>
            </w:r>
            <w:proofErr w:type="spellEnd"/>
            <w:r>
              <w:t xml:space="preserve"> </w:t>
            </w:r>
            <w:proofErr w:type="spellStart"/>
            <w:r>
              <w:t>balenia</w:t>
            </w:r>
            <w:proofErr w:type="spellEnd"/>
            <w:r>
              <w:t xml:space="preserve"> a </w:t>
            </w:r>
            <w:proofErr w:type="spellStart"/>
            <w:r>
              <w:t>neexistencie</w:t>
            </w:r>
            <w:proofErr w:type="spellEnd"/>
            <w:r>
              <w:t xml:space="preserve"> </w:t>
            </w:r>
            <w:proofErr w:type="spellStart"/>
            <w:r>
              <w:t>riadneho</w:t>
            </w:r>
            <w:proofErr w:type="spellEnd"/>
            <w:r>
              <w:t xml:space="preserve"> </w:t>
            </w:r>
            <w:proofErr w:type="spellStart"/>
            <w:r>
              <w:t>návodu</w:t>
            </w:r>
            <w:proofErr w:type="spellEnd"/>
            <w:r>
              <w:t xml:space="preserve"> pre </w:t>
            </w:r>
            <w:proofErr w:type="spellStart"/>
            <w:r>
              <w:t>nakládku</w:t>
            </w:r>
            <w:proofErr w:type="spellEnd"/>
            <w:r>
              <w:t xml:space="preserve"> a </w:t>
            </w:r>
            <w:proofErr w:type="spellStart"/>
            <w:r>
              <w:t>prepravu</w:t>
            </w:r>
            <w:proofErr w:type="spellEnd"/>
            <w:r>
              <w:t xml:space="preserve"> </w:t>
            </w:r>
            <w:proofErr w:type="spellStart"/>
            <w:r>
              <w:t>Tovaru</w:t>
            </w:r>
            <w:proofErr w:type="spellEnd"/>
            <w:r>
              <w:t xml:space="preserve">. </w:t>
            </w:r>
            <w:proofErr w:type="spellStart"/>
            <w:r>
              <w:t>Dodatočné</w:t>
            </w:r>
            <w:proofErr w:type="spellEnd"/>
            <w:r>
              <w:t xml:space="preserve"> </w:t>
            </w:r>
            <w:proofErr w:type="spellStart"/>
            <w:r>
              <w:t>dodanie</w:t>
            </w:r>
            <w:proofErr w:type="spellEnd"/>
            <w:r>
              <w:t>/</w:t>
            </w:r>
            <w:proofErr w:type="spellStart"/>
            <w:r>
              <w:t>výmena</w:t>
            </w:r>
            <w:proofErr w:type="spellEnd"/>
            <w:r>
              <w:t xml:space="preserve"> </w:t>
            </w:r>
            <w:proofErr w:type="spellStart"/>
            <w:r>
              <w:t>Tovaru</w:t>
            </w:r>
            <w:proofErr w:type="spellEnd"/>
            <w:r>
              <w:t xml:space="preserve"> by </w:t>
            </w:r>
            <w:proofErr w:type="spellStart"/>
            <w:r>
              <w:t>nemali</w:t>
            </w:r>
            <w:proofErr w:type="spellEnd"/>
            <w:r>
              <w:t xml:space="preserve"> </w:t>
            </w:r>
            <w:proofErr w:type="spellStart"/>
            <w:r>
              <w:t>prebehnúť</w:t>
            </w:r>
            <w:proofErr w:type="spellEnd"/>
            <w:r>
              <w:t xml:space="preserve"> </w:t>
            </w:r>
            <w:proofErr w:type="spellStart"/>
            <w:r>
              <w:t>neskôr</w:t>
            </w:r>
            <w:proofErr w:type="spellEnd"/>
            <w:r>
              <w:t xml:space="preserve"> </w:t>
            </w:r>
            <w:proofErr w:type="spellStart"/>
            <w:r>
              <w:t>ako</w:t>
            </w:r>
            <w:proofErr w:type="spellEnd"/>
            <w:r>
              <w:t xml:space="preserve"> 2 </w:t>
            </w:r>
            <w:proofErr w:type="spellStart"/>
            <w:r>
              <w:t>kalendárne</w:t>
            </w:r>
            <w:proofErr w:type="spellEnd"/>
            <w:r>
              <w:t xml:space="preserve"> </w:t>
            </w:r>
            <w:proofErr w:type="spellStart"/>
            <w:r>
              <w:t>týždne</w:t>
            </w:r>
            <w:proofErr w:type="spellEnd"/>
            <w:r>
              <w:t xml:space="preserve"> </w:t>
            </w:r>
            <w:proofErr w:type="spellStart"/>
            <w:r>
              <w:t>od</w:t>
            </w:r>
            <w:proofErr w:type="spellEnd"/>
            <w:r>
              <w:t xml:space="preserve"> </w:t>
            </w:r>
            <w:proofErr w:type="spellStart"/>
            <w:r>
              <w:t>oznámenia</w:t>
            </w:r>
            <w:proofErr w:type="spellEnd"/>
            <w:r>
              <w:t xml:space="preserve"> </w:t>
            </w:r>
            <w:proofErr w:type="spellStart"/>
            <w:r>
              <w:t>nezrovnalostí</w:t>
            </w:r>
            <w:proofErr w:type="spellEnd"/>
            <w:r>
              <w:t xml:space="preserve">, </w:t>
            </w:r>
            <w:proofErr w:type="spellStart"/>
            <w:r>
              <w:t>pokiaľ</w:t>
            </w:r>
            <w:proofErr w:type="spellEnd"/>
            <w:r>
              <w:t xml:space="preserve"> </w:t>
            </w:r>
            <w:proofErr w:type="spellStart"/>
            <w:r>
              <w:t>si</w:t>
            </w:r>
            <w:proofErr w:type="spellEnd"/>
            <w:r>
              <w:t xml:space="preserve"> </w:t>
            </w:r>
            <w:proofErr w:type="spellStart"/>
            <w:r>
              <w:t>dodacie</w:t>
            </w:r>
            <w:proofErr w:type="spellEnd"/>
            <w:r>
              <w:t xml:space="preserve"> </w:t>
            </w:r>
            <w:proofErr w:type="spellStart"/>
            <w:r>
              <w:t>lehoty</w:t>
            </w:r>
            <w:proofErr w:type="spellEnd"/>
            <w:r>
              <w:t xml:space="preserve"> </w:t>
            </w:r>
            <w:proofErr w:type="spellStart"/>
            <w:r>
              <w:t>na</w:t>
            </w:r>
            <w:proofErr w:type="spellEnd"/>
            <w:r>
              <w:t xml:space="preserve"> </w:t>
            </w:r>
            <w:proofErr w:type="spellStart"/>
            <w:r>
              <w:t>takéto</w:t>
            </w:r>
            <w:proofErr w:type="spellEnd"/>
            <w:r>
              <w:t xml:space="preserve"> </w:t>
            </w:r>
            <w:proofErr w:type="spellStart"/>
            <w:r>
              <w:t>náhradné</w:t>
            </w:r>
            <w:proofErr w:type="spellEnd"/>
            <w:r>
              <w:t xml:space="preserve"> </w:t>
            </w:r>
            <w:proofErr w:type="spellStart"/>
            <w:r>
              <w:t>výrobky</w:t>
            </w:r>
            <w:proofErr w:type="spellEnd"/>
            <w:r>
              <w:t xml:space="preserve"> </w:t>
            </w:r>
            <w:proofErr w:type="spellStart"/>
            <w:r>
              <w:t>nevyžadujú</w:t>
            </w:r>
            <w:proofErr w:type="spellEnd"/>
            <w:r>
              <w:t xml:space="preserve"> </w:t>
            </w:r>
            <w:proofErr w:type="spellStart"/>
            <w:r>
              <w:t>dlhšiu</w:t>
            </w:r>
            <w:proofErr w:type="spellEnd"/>
            <w:r>
              <w:t xml:space="preserve"> </w:t>
            </w:r>
            <w:proofErr w:type="spellStart"/>
            <w:r>
              <w:t>lehotu</w:t>
            </w:r>
            <w:proofErr w:type="spellEnd"/>
            <w:r>
              <w:t>.</w:t>
            </w:r>
          </w:p>
          <w:p w14:paraId="0ADEEA3F" w14:textId="27A94534" w:rsidR="003F413A" w:rsidRPr="00C7762B" w:rsidRDefault="00000000">
            <w:pPr>
              <w:spacing w:after="40"/>
              <w:jc w:val="both"/>
              <w:rPr>
                <w:lang w:val="sk-SK"/>
              </w:rPr>
            </w:pPr>
            <w:r w:rsidRPr="00C7762B">
              <w:rPr>
                <w:lang w:val="sk-SK"/>
              </w:rPr>
              <w:t>Predávajúci na svoje náklady zaistí novú dodávku dodatočného/nahradeného Tovaru podľa dodacej doložky DAP v súlade s „</w:t>
            </w:r>
            <w:proofErr w:type="spellStart"/>
            <w:r w:rsidRPr="00C7762B">
              <w:rPr>
                <w:lang w:val="sk-SK"/>
              </w:rPr>
              <w:t>Incoterms</w:t>
            </w:r>
            <w:proofErr w:type="spellEnd"/>
            <w:r w:rsidRPr="00C7762B">
              <w:rPr>
                <w:lang w:val="sk-SK"/>
              </w:rPr>
              <w:t>“ podľa predchádzajúceho článku 4 (Dodanie Tovaru)</w:t>
            </w:r>
            <w:r w:rsidR="00DF5CD5">
              <w:rPr>
                <w:lang w:val="sk-SK"/>
              </w:rPr>
              <w:t>.</w:t>
            </w:r>
          </w:p>
          <w:p w14:paraId="24CD1E6C" w14:textId="77777777" w:rsidR="00B662DE" w:rsidRPr="00B662DE" w:rsidRDefault="00B662DE">
            <w:pPr>
              <w:spacing w:after="40"/>
              <w:jc w:val="both"/>
              <w:rPr>
                <w:sz w:val="12"/>
                <w:szCs w:val="18"/>
              </w:rPr>
            </w:pPr>
          </w:p>
          <w:p w14:paraId="6C14DD2A" w14:textId="77777777" w:rsidR="003F413A" w:rsidRPr="00B662DE" w:rsidRDefault="00000000">
            <w:pPr>
              <w:spacing w:after="40"/>
              <w:jc w:val="both"/>
              <w:rPr>
                <w:lang w:val="pl-PL"/>
              </w:rPr>
            </w:pPr>
            <w:r w:rsidRPr="00B662DE">
              <w:rPr>
                <w:lang w:val="pl-PL"/>
              </w:rPr>
              <w:t>Kupujúci pozná štandardné balenie predávajúceho a akceptuje takéto balenie, ako dostatočné.</w:t>
            </w:r>
          </w:p>
          <w:p w14:paraId="77757C7B" w14:textId="77777777" w:rsidR="003F413A" w:rsidRPr="00B662DE" w:rsidRDefault="00000000">
            <w:pPr>
              <w:spacing w:after="40"/>
              <w:jc w:val="both"/>
              <w:rPr>
                <w:lang w:val="pl-PL"/>
              </w:rPr>
            </w:pPr>
            <w:r w:rsidRPr="00B662DE">
              <w:rPr>
                <w:lang w:val="pl-PL"/>
              </w:rPr>
              <w:t>Pokiaľ zmluvné strany nedosiahnu dohodu ohľadom úplnosti/množstva dodávaného Tovaru, budú postupovať podľa článku 14 (Rozhodcovské konanie) tejto zmluvy.</w:t>
            </w:r>
          </w:p>
          <w:p w14:paraId="71356DFF" w14:textId="77777777" w:rsidR="003F413A" w:rsidRPr="00B662DE" w:rsidRDefault="00000000">
            <w:pPr>
              <w:spacing w:after="40"/>
              <w:jc w:val="both"/>
              <w:rPr>
                <w:lang w:val="pl-PL"/>
              </w:rPr>
            </w:pPr>
            <w:r w:rsidRPr="00B662DE">
              <w:rPr>
                <w:lang w:val="pl-PL"/>
              </w:rPr>
              <w:t>Každá zmluvná strana môže potvrdiť svoje stanovisko závermi komisie odborníkov. Primerané náklady na všetky znalecké posudky znáša strana, ktorá situáciu zavinila.</w:t>
            </w:r>
          </w:p>
        </w:tc>
      </w:tr>
    </w:tbl>
    <w:p w14:paraId="3B9C5ADB" w14:textId="77777777" w:rsidR="003F413A" w:rsidRPr="00B662DE" w:rsidRDefault="003F413A">
      <w:pPr>
        <w:spacing w:line="180" w:lineRule="auto"/>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09FA0E6" w14:textId="77777777">
        <w:trPr>
          <w:jc w:val="center"/>
        </w:trPr>
        <w:tc>
          <w:tcPr>
            <w:tcW w:w="5159" w:type="dxa"/>
            <w:tcMar>
              <w:top w:w="70" w:type="dxa"/>
              <w:left w:w="95" w:type="dxa"/>
              <w:bottom w:w="70" w:type="dxa"/>
              <w:right w:w="95" w:type="dxa"/>
            </w:tcMar>
          </w:tcPr>
          <w:p w14:paraId="785660EB" w14:textId="77777777" w:rsidR="003F413A" w:rsidRDefault="00000000">
            <w:pPr>
              <w:spacing w:after="40"/>
              <w:jc w:val="both"/>
            </w:pPr>
            <w:r>
              <w:lastRenderedPageBreak/>
              <w:t xml:space="preserve">5.1.2. The final acceptance of the Goods with respect to quantity and completeness shall be carried out during the installation and putting the Goods into operation jointly by representatives of the Buyer and the Seller at the Buyer’s plant. In case of discrepancy identification by quantity/completeness, the Parties act according to Article 7 of the present </w:t>
            </w:r>
            <w:r w:rsidR="00B662DE">
              <w:t>C</w:t>
            </w:r>
            <w:r>
              <w:t>ontract.</w:t>
            </w:r>
          </w:p>
        </w:tc>
        <w:tc>
          <w:tcPr>
            <w:tcW w:w="5159" w:type="dxa"/>
            <w:tcMar>
              <w:top w:w="70" w:type="dxa"/>
              <w:left w:w="95" w:type="dxa"/>
              <w:bottom w:w="70" w:type="dxa"/>
              <w:right w:w="95" w:type="dxa"/>
            </w:tcMar>
          </w:tcPr>
          <w:p w14:paraId="24D0FDA6" w14:textId="77777777" w:rsidR="003F413A" w:rsidRDefault="00000000">
            <w:pPr>
              <w:spacing w:after="40"/>
              <w:jc w:val="both"/>
            </w:pPr>
            <w:r>
              <w:t xml:space="preserve">5.1.2. </w:t>
            </w:r>
            <w:proofErr w:type="spellStart"/>
            <w:r>
              <w:t>Finálne</w:t>
            </w:r>
            <w:proofErr w:type="spellEnd"/>
            <w:r>
              <w:t xml:space="preserve"> </w:t>
            </w:r>
            <w:proofErr w:type="spellStart"/>
            <w:r>
              <w:t>prevzatie</w:t>
            </w:r>
            <w:proofErr w:type="spellEnd"/>
            <w:r>
              <w:t xml:space="preserve"> </w:t>
            </w:r>
            <w:proofErr w:type="spellStart"/>
            <w:r>
              <w:t>Tovaru</w:t>
            </w:r>
            <w:proofErr w:type="spellEnd"/>
            <w:r>
              <w:t xml:space="preserve"> s </w:t>
            </w:r>
            <w:proofErr w:type="spellStart"/>
            <w:r>
              <w:t>ohľadom</w:t>
            </w:r>
            <w:proofErr w:type="spellEnd"/>
            <w:r>
              <w:t xml:space="preserve"> </w:t>
            </w:r>
            <w:proofErr w:type="spellStart"/>
            <w:r>
              <w:t>na</w:t>
            </w:r>
            <w:proofErr w:type="spellEnd"/>
            <w:r>
              <w:t xml:space="preserve"> </w:t>
            </w:r>
            <w:proofErr w:type="spellStart"/>
            <w:r>
              <w:t>množstvo</w:t>
            </w:r>
            <w:proofErr w:type="spellEnd"/>
            <w:r>
              <w:t xml:space="preserve"> a </w:t>
            </w:r>
            <w:proofErr w:type="spellStart"/>
            <w:r>
              <w:t>úplnosť</w:t>
            </w:r>
            <w:proofErr w:type="spellEnd"/>
            <w:r>
              <w:t xml:space="preserve"> </w:t>
            </w:r>
            <w:proofErr w:type="spellStart"/>
            <w:r>
              <w:t>zrealizujú</w:t>
            </w:r>
            <w:proofErr w:type="spellEnd"/>
            <w:r>
              <w:t xml:space="preserve"> </w:t>
            </w:r>
            <w:proofErr w:type="spellStart"/>
            <w:r>
              <w:t>pri</w:t>
            </w:r>
            <w:proofErr w:type="spellEnd"/>
            <w:r>
              <w:t xml:space="preserve"> </w:t>
            </w:r>
            <w:proofErr w:type="spellStart"/>
            <w:r>
              <w:t>inštalácii</w:t>
            </w:r>
            <w:proofErr w:type="spellEnd"/>
            <w:r>
              <w:t xml:space="preserve"> a </w:t>
            </w:r>
            <w:proofErr w:type="spellStart"/>
            <w:r>
              <w:t>uvedení</w:t>
            </w:r>
            <w:proofErr w:type="spellEnd"/>
            <w:r>
              <w:t xml:space="preserve"> </w:t>
            </w:r>
            <w:proofErr w:type="spellStart"/>
            <w:r>
              <w:t>Tovaru</w:t>
            </w:r>
            <w:proofErr w:type="spellEnd"/>
            <w:r>
              <w:t xml:space="preserve"> do </w:t>
            </w:r>
            <w:proofErr w:type="spellStart"/>
            <w:r>
              <w:t>prevádzky</w:t>
            </w:r>
            <w:proofErr w:type="spellEnd"/>
            <w:r>
              <w:t xml:space="preserve"> </w:t>
            </w:r>
            <w:proofErr w:type="spellStart"/>
            <w:r>
              <w:t>spoločne</w:t>
            </w:r>
            <w:proofErr w:type="spellEnd"/>
            <w:r>
              <w:t xml:space="preserve"> </w:t>
            </w:r>
            <w:proofErr w:type="spellStart"/>
            <w:r>
              <w:t>zástupcovia</w:t>
            </w:r>
            <w:proofErr w:type="spellEnd"/>
            <w:r>
              <w:t xml:space="preserve"> </w:t>
            </w:r>
            <w:proofErr w:type="spellStart"/>
            <w:r>
              <w:t>kupujúceho</w:t>
            </w:r>
            <w:proofErr w:type="spellEnd"/>
            <w:r>
              <w:t xml:space="preserve"> a </w:t>
            </w:r>
            <w:proofErr w:type="spellStart"/>
            <w:r>
              <w:t>predávajúceho</w:t>
            </w:r>
            <w:proofErr w:type="spellEnd"/>
            <w:r>
              <w:t xml:space="preserve"> v </w:t>
            </w:r>
            <w:proofErr w:type="spellStart"/>
            <w:r>
              <w:t>závode</w:t>
            </w:r>
            <w:proofErr w:type="spellEnd"/>
            <w:r>
              <w:t xml:space="preserve"> </w:t>
            </w:r>
            <w:proofErr w:type="spellStart"/>
            <w:r>
              <w:t>kupujúceho</w:t>
            </w:r>
            <w:proofErr w:type="spellEnd"/>
            <w:r>
              <w:t xml:space="preserve">. V </w:t>
            </w:r>
            <w:proofErr w:type="spellStart"/>
            <w:r>
              <w:t>prípade</w:t>
            </w:r>
            <w:proofErr w:type="spellEnd"/>
            <w:r>
              <w:t xml:space="preserve"> </w:t>
            </w:r>
            <w:proofErr w:type="spellStart"/>
            <w:r>
              <w:t>zistenia</w:t>
            </w:r>
            <w:proofErr w:type="spellEnd"/>
            <w:r>
              <w:t xml:space="preserve"> </w:t>
            </w:r>
            <w:proofErr w:type="spellStart"/>
            <w:r>
              <w:t>nezrovnalosti</w:t>
            </w:r>
            <w:proofErr w:type="spellEnd"/>
            <w:r>
              <w:t xml:space="preserve"> </w:t>
            </w:r>
            <w:proofErr w:type="spellStart"/>
            <w:r>
              <w:t>týkajúcej</w:t>
            </w:r>
            <w:proofErr w:type="spellEnd"/>
            <w:r>
              <w:t xml:space="preserve"> </w:t>
            </w:r>
            <w:proofErr w:type="spellStart"/>
            <w:r>
              <w:t>sa</w:t>
            </w:r>
            <w:proofErr w:type="spellEnd"/>
            <w:r>
              <w:t xml:space="preserve"> </w:t>
            </w:r>
            <w:proofErr w:type="spellStart"/>
            <w:r>
              <w:t>množstva</w:t>
            </w:r>
            <w:proofErr w:type="spellEnd"/>
            <w:r>
              <w:t>/</w:t>
            </w:r>
            <w:proofErr w:type="spellStart"/>
            <w:r>
              <w:t>úplnosti</w:t>
            </w:r>
            <w:proofErr w:type="spellEnd"/>
            <w:r>
              <w:t xml:space="preserve"> </w:t>
            </w:r>
            <w:proofErr w:type="spellStart"/>
            <w:r>
              <w:t>postupujú</w:t>
            </w:r>
            <w:proofErr w:type="spellEnd"/>
            <w:r>
              <w:t xml:space="preserve"> </w:t>
            </w:r>
            <w:proofErr w:type="spellStart"/>
            <w:r>
              <w:t>zmluvné</w:t>
            </w:r>
            <w:proofErr w:type="spellEnd"/>
            <w:r>
              <w:t xml:space="preserve"> </w:t>
            </w:r>
            <w:proofErr w:type="spellStart"/>
            <w:r>
              <w:t>strany</w:t>
            </w:r>
            <w:proofErr w:type="spellEnd"/>
            <w:r>
              <w:t xml:space="preserve"> </w:t>
            </w:r>
            <w:proofErr w:type="spellStart"/>
            <w:r>
              <w:t>podľa</w:t>
            </w:r>
            <w:proofErr w:type="spellEnd"/>
            <w:r>
              <w:t xml:space="preserve"> </w:t>
            </w:r>
            <w:proofErr w:type="spellStart"/>
            <w:r>
              <w:t>článku</w:t>
            </w:r>
            <w:proofErr w:type="spellEnd"/>
            <w:r>
              <w:t xml:space="preserve"> 7 </w:t>
            </w:r>
            <w:proofErr w:type="spellStart"/>
            <w:r>
              <w:t>tejto</w:t>
            </w:r>
            <w:proofErr w:type="spellEnd"/>
            <w:r>
              <w:t xml:space="preserve"> </w:t>
            </w:r>
            <w:proofErr w:type="spellStart"/>
            <w:r>
              <w:t>zmluvy</w:t>
            </w:r>
            <w:proofErr w:type="spellEnd"/>
            <w:r>
              <w:t>.</w:t>
            </w:r>
          </w:p>
        </w:tc>
      </w:tr>
    </w:tbl>
    <w:p w14:paraId="06EC57FF"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74C61FD" w14:textId="77777777">
        <w:trPr>
          <w:jc w:val="center"/>
        </w:trPr>
        <w:tc>
          <w:tcPr>
            <w:tcW w:w="5159" w:type="dxa"/>
            <w:tcMar>
              <w:top w:w="70" w:type="dxa"/>
              <w:left w:w="95" w:type="dxa"/>
              <w:bottom w:w="70" w:type="dxa"/>
              <w:right w:w="95" w:type="dxa"/>
            </w:tcMar>
          </w:tcPr>
          <w:p w14:paraId="33F88D35" w14:textId="77777777" w:rsidR="003F413A" w:rsidRDefault="00000000">
            <w:pPr>
              <w:spacing w:after="40"/>
              <w:jc w:val="both"/>
            </w:pPr>
            <w:r>
              <w:t>5.2. Additional charges in connection with the execution of testing and/or inspection of the Goods, which may be required according to the legislation of the Buyer’s country, shall be borne by the Buyer. In case the additional charges arose because of incomplete delivery of the Goods and/or other Seller’s faults, all charges associated with this will be paid by the Seller.</w:t>
            </w:r>
          </w:p>
        </w:tc>
        <w:tc>
          <w:tcPr>
            <w:tcW w:w="5159" w:type="dxa"/>
            <w:tcMar>
              <w:top w:w="70" w:type="dxa"/>
              <w:left w:w="95" w:type="dxa"/>
              <w:bottom w:w="70" w:type="dxa"/>
              <w:right w:w="95" w:type="dxa"/>
            </w:tcMar>
          </w:tcPr>
          <w:p w14:paraId="614DF8BD" w14:textId="77777777" w:rsidR="003F413A" w:rsidRDefault="00000000">
            <w:pPr>
              <w:spacing w:after="40"/>
              <w:jc w:val="both"/>
            </w:pPr>
            <w:r>
              <w:t xml:space="preserve">5.2. </w:t>
            </w:r>
            <w:proofErr w:type="spellStart"/>
            <w:r>
              <w:t>Dodatočné</w:t>
            </w:r>
            <w:proofErr w:type="spellEnd"/>
            <w:r>
              <w:t xml:space="preserve"> </w:t>
            </w:r>
            <w:proofErr w:type="spellStart"/>
            <w:r>
              <w:t>poplatky</w:t>
            </w:r>
            <w:proofErr w:type="spellEnd"/>
            <w:r>
              <w:t xml:space="preserve"> v </w:t>
            </w:r>
            <w:proofErr w:type="spellStart"/>
            <w:r>
              <w:t>súvislosti</w:t>
            </w:r>
            <w:proofErr w:type="spellEnd"/>
            <w:r>
              <w:t xml:space="preserve"> s </w:t>
            </w:r>
            <w:proofErr w:type="spellStart"/>
            <w:r>
              <w:t>vykonaním</w:t>
            </w:r>
            <w:proofErr w:type="spellEnd"/>
            <w:r>
              <w:t xml:space="preserve"> </w:t>
            </w:r>
            <w:proofErr w:type="spellStart"/>
            <w:r>
              <w:t>skúšok</w:t>
            </w:r>
            <w:proofErr w:type="spellEnd"/>
            <w:r>
              <w:t xml:space="preserve"> a/</w:t>
            </w:r>
            <w:proofErr w:type="spellStart"/>
            <w:r>
              <w:t>alebo</w:t>
            </w:r>
            <w:proofErr w:type="spellEnd"/>
            <w:r>
              <w:t xml:space="preserve"> </w:t>
            </w:r>
            <w:proofErr w:type="spellStart"/>
            <w:r>
              <w:t>kontroly</w:t>
            </w:r>
            <w:proofErr w:type="spellEnd"/>
            <w:r>
              <w:t xml:space="preserve"> </w:t>
            </w:r>
            <w:proofErr w:type="spellStart"/>
            <w:r>
              <w:t>Tovaru</w:t>
            </w:r>
            <w:proofErr w:type="spellEnd"/>
            <w:r>
              <w:t xml:space="preserve">, </w:t>
            </w:r>
            <w:proofErr w:type="spellStart"/>
            <w:r>
              <w:t>ktoré</w:t>
            </w:r>
            <w:proofErr w:type="spellEnd"/>
            <w:r>
              <w:t xml:space="preserve"> </w:t>
            </w:r>
            <w:proofErr w:type="spellStart"/>
            <w:r>
              <w:t>môžu</w:t>
            </w:r>
            <w:proofErr w:type="spellEnd"/>
            <w:r>
              <w:t xml:space="preserve"> </w:t>
            </w:r>
            <w:proofErr w:type="spellStart"/>
            <w:r>
              <w:t>byť</w:t>
            </w:r>
            <w:proofErr w:type="spellEnd"/>
            <w:r>
              <w:t xml:space="preserve"> </w:t>
            </w:r>
            <w:proofErr w:type="spellStart"/>
            <w:r>
              <w:t>požadované</w:t>
            </w:r>
            <w:proofErr w:type="spellEnd"/>
            <w:r>
              <w:t xml:space="preserve"> </w:t>
            </w:r>
            <w:proofErr w:type="spellStart"/>
            <w:r>
              <w:t>podľa</w:t>
            </w:r>
            <w:proofErr w:type="spellEnd"/>
            <w:r>
              <w:t xml:space="preserve"> </w:t>
            </w:r>
            <w:proofErr w:type="spellStart"/>
            <w:r>
              <w:t>legislatívy</w:t>
            </w:r>
            <w:proofErr w:type="spellEnd"/>
            <w:r>
              <w:t xml:space="preserve"> </w:t>
            </w:r>
            <w:proofErr w:type="spellStart"/>
            <w:r>
              <w:t>krajiny</w:t>
            </w:r>
            <w:proofErr w:type="spellEnd"/>
            <w:r>
              <w:t xml:space="preserve"> </w:t>
            </w:r>
            <w:proofErr w:type="spellStart"/>
            <w:r>
              <w:t>kupujúceho</w:t>
            </w:r>
            <w:proofErr w:type="spellEnd"/>
            <w:r>
              <w:t xml:space="preserve">, </w:t>
            </w:r>
            <w:proofErr w:type="spellStart"/>
            <w:r>
              <w:t>znáša</w:t>
            </w:r>
            <w:proofErr w:type="spellEnd"/>
            <w:r>
              <w:t xml:space="preserve"> </w:t>
            </w:r>
            <w:proofErr w:type="spellStart"/>
            <w:r>
              <w:t>kupujúci</w:t>
            </w:r>
            <w:proofErr w:type="spellEnd"/>
            <w:r>
              <w:t xml:space="preserve">. V </w:t>
            </w:r>
            <w:proofErr w:type="spellStart"/>
            <w:r>
              <w:t>prípade</w:t>
            </w:r>
            <w:proofErr w:type="spellEnd"/>
            <w:r>
              <w:t xml:space="preserve">, </w:t>
            </w:r>
            <w:proofErr w:type="spellStart"/>
            <w:r>
              <w:t>že</w:t>
            </w:r>
            <w:proofErr w:type="spellEnd"/>
            <w:r>
              <w:t xml:space="preserve"> </w:t>
            </w:r>
            <w:proofErr w:type="spellStart"/>
            <w:r>
              <w:t>dodatočné</w:t>
            </w:r>
            <w:proofErr w:type="spellEnd"/>
            <w:r>
              <w:t xml:space="preserve"> </w:t>
            </w:r>
            <w:proofErr w:type="spellStart"/>
            <w:r>
              <w:t>poplatky</w:t>
            </w:r>
            <w:proofErr w:type="spellEnd"/>
            <w:r>
              <w:t xml:space="preserve"> </w:t>
            </w:r>
            <w:proofErr w:type="spellStart"/>
            <w:r>
              <w:t>vznikli</w:t>
            </w:r>
            <w:proofErr w:type="spellEnd"/>
            <w:r>
              <w:t xml:space="preserve"> z </w:t>
            </w:r>
            <w:proofErr w:type="spellStart"/>
            <w:r>
              <w:t>dôvodu</w:t>
            </w:r>
            <w:proofErr w:type="spellEnd"/>
            <w:r>
              <w:t xml:space="preserve"> </w:t>
            </w:r>
            <w:proofErr w:type="spellStart"/>
            <w:r>
              <w:t>neúplnej</w:t>
            </w:r>
            <w:proofErr w:type="spellEnd"/>
            <w:r>
              <w:t xml:space="preserve"> </w:t>
            </w:r>
            <w:proofErr w:type="spellStart"/>
            <w:r>
              <w:t>dodávky</w:t>
            </w:r>
            <w:proofErr w:type="spellEnd"/>
            <w:r>
              <w:t xml:space="preserve"> </w:t>
            </w:r>
            <w:proofErr w:type="spellStart"/>
            <w:r>
              <w:t>Tovaru</w:t>
            </w:r>
            <w:proofErr w:type="spellEnd"/>
            <w:r>
              <w:t xml:space="preserve"> a/</w:t>
            </w:r>
            <w:proofErr w:type="spellStart"/>
            <w:r>
              <w:t>alebo</w:t>
            </w:r>
            <w:proofErr w:type="spellEnd"/>
            <w:r>
              <w:t xml:space="preserve"> </w:t>
            </w:r>
            <w:proofErr w:type="spellStart"/>
            <w:r>
              <w:t>iného</w:t>
            </w:r>
            <w:proofErr w:type="spellEnd"/>
            <w:r>
              <w:t xml:space="preserve"> </w:t>
            </w:r>
            <w:proofErr w:type="spellStart"/>
            <w:r>
              <w:t>zavinenia</w:t>
            </w:r>
            <w:proofErr w:type="spellEnd"/>
            <w:r>
              <w:t xml:space="preserve"> </w:t>
            </w:r>
            <w:proofErr w:type="spellStart"/>
            <w:r>
              <w:t>predávajúceho</w:t>
            </w:r>
            <w:proofErr w:type="spellEnd"/>
            <w:r>
              <w:t xml:space="preserve">, </w:t>
            </w:r>
            <w:proofErr w:type="spellStart"/>
            <w:r>
              <w:t>všetky</w:t>
            </w:r>
            <w:proofErr w:type="spellEnd"/>
            <w:r>
              <w:t xml:space="preserve"> </w:t>
            </w:r>
            <w:proofErr w:type="spellStart"/>
            <w:r>
              <w:t>poplatky</w:t>
            </w:r>
            <w:proofErr w:type="spellEnd"/>
            <w:r>
              <w:t xml:space="preserve"> s </w:t>
            </w:r>
            <w:proofErr w:type="spellStart"/>
            <w:r>
              <w:t>tým</w:t>
            </w:r>
            <w:proofErr w:type="spellEnd"/>
            <w:r>
              <w:t xml:space="preserve"> </w:t>
            </w:r>
            <w:proofErr w:type="spellStart"/>
            <w:r>
              <w:t>spojené</w:t>
            </w:r>
            <w:proofErr w:type="spellEnd"/>
            <w:r>
              <w:t xml:space="preserve"> </w:t>
            </w:r>
            <w:proofErr w:type="spellStart"/>
            <w:r>
              <w:t>hradí</w:t>
            </w:r>
            <w:proofErr w:type="spellEnd"/>
            <w:r>
              <w:t xml:space="preserve"> </w:t>
            </w:r>
            <w:proofErr w:type="spellStart"/>
            <w:r>
              <w:t>predávajúci</w:t>
            </w:r>
            <w:proofErr w:type="spellEnd"/>
            <w:r>
              <w:t>.</w:t>
            </w:r>
          </w:p>
        </w:tc>
      </w:tr>
    </w:tbl>
    <w:p w14:paraId="1857D153"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708EF01" w14:textId="77777777">
        <w:trPr>
          <w:jc w:val="center"/>
        </w:trPr>
        <w:tc>
          <w:tcPr>
            <w:tcW w:w="5159" w:type="dxa"/>
            <w:tcMar>
              <w:top w:w="70" w:type="dxa"/>
              <w:left w:w="95" w:type="dxa"/>
              <w:bottom w:w="70" w:type="dxa"/>
              <w:right w:w="95" w:type="dxa"/>
            </w:tcMar>
          </w:tcPr>
          <w:p w14:paraId="7C060948" w14:textId="193CF42A" w:rsidR="003F413A" w:rsidRDefault="00000000">
            <w:pPr>
              <w:spacing w:after="40"/>
              <w:jc w:val="both"/>
            </w:pPr>
            <w:r>
              <w:t xml:space="preserve">5.3. The technical documentation (technical data and operational manuals) provided under the Contract by the Seller shall be provided not later than </w:t>
            </w:r>
            <w:r w:rsidR="00722294">
              <w:t>the last day of the commissioning</w:t>
            </w:r>
            <w:r>
              <w:t xml:space="preserve"> of the Goods, should be in English/Slovak language and correct, complete, of good quality and sufficient for the operation of the Goods.</w:t>
            </w:r>
          </w:p>
        </w:tc>
        <w:tc>
          <w:tcPr>
            <w:tcW w:w="5159" w:type="dxa"/>
            <w:tcMar>
              <w:top w:w="70" w:type="dxa"/>
              <w:left w:w="95" w:type="dxa"/>
              <w:bottom w:w="70" w:type="dxa"/>
              <w:right w:w="95" w:type="dxa"/>
            </w:tcMar>
          </w:tcPr>
          <w:p w14:paraId="14604E51" w14:textId="2E13CCC1" w:rsidR="00CB2EA3" w:rsidRPr="00CB2EA3" w:rsidRDefault="00000000" w:rsidP="00CB2EA3">
            <w:pPr>
              <w:spacing w:after="40"/>
              <w:jc w:val="both"/>
              <w:rPr>
                <w:lang w:val="sk-SK"/>
              </w:rPr>
            </w:pPr>
            <w:r>
              <w:t xml:space="preserve">5.3. </w:t>
            </w:r>
            <w:proofErr w:type="spellStart"/>
            <w:r>
              <w:t>Technická</w:t>
            </w:r>
            <w:proofErr w:type="spellEnd"/>
            <w:r>
              <w:t xml:space="preserve"> </w:t>
            </w:r>
            <w:proofErr w:type="spellStart"/>
            <w:r>
              <w:t>dokumentácia</w:t>
            </w:r>
            <w:proofErr w:type="spellEnd"/>
            <w:r>
              <w:t xml:space="preserve"> (</w:t>
            </w:r>
            <w:proofErr w:type="spellStart"/>
            <w:r>
              <w:t>technické</w:t>
            </w:r>
            <w:proofErr w:type="spellEnd"/>
            <w:r>
              <w:t xml:space="preserve"> </w:t>
            </w:r>
            <w:proofErr w:type="spellStart"/>
            <w:r>
              <w:t>údaje</w:t>
            </w:r>
            <w:proofErr w:type="spellEnd"/>
            <w:r>
              <w:t xml:space="preserve"> a </w:t>
            </w:r>
            <w:proofErr w:type="spellStart"/>
            <w:r>
              <w:t>návody</w:t>
            </w:r>
            <w:proofErr w:type="spellEnd"/>
            <w:r>
              <w:t xml:space="preserve"> </w:t>
            </w:r>
            <w:proofErr w:type="spellStart"/>
            <w:r>
              <w:t>na</w:t>
            </w:r>
            <w:proofErr w:type="spellEnd"/>
            <w:r>
              <w:t xml:space="preserve"> </w:t>
            </w:r>
            <w:proofErr w:type="spellStart"/>
            <w:r>
              <w:t>obsluhu</w:t>
            </w:r>
            <w:proofErr w:type="spellEnd"/>
            <w:r>
              <w:t xml:space="preserve">) </w:t>
            </w:r>
            <w:proofErr w:type="spellStart"/>
            <w:r>
              <w:t>poskytovaná</w:t>
            </w:r>
            <w:proofErr w:type="spellEnd"/>
            <w:r>
              <w:t xml:space="preserve"> </w:t>
            </w:r>
            <w:proofErr w:type="spellStart"/>
            <w:r>
              <w:t>na</w:t>
            </w:r>
            <w:proofErr w:type="spellEnd"/>
            <w:r>
              <w:t xml:space="preserve"> </w:t>
            </w:r>
            <w:proofErr w:type="spellStart"/>
            <w:r>
              <w:t>základe</w:t>
            </w:r>
            <w:proofErr w:type="spellEnd"/>
            <w:r>
              <w:t xml:space="preserve"> </w:t>
            </w:r>
            <w:proofErr w:type="spellStart"/>
            <w:r>
              <w:t>zmluvy</w:t>
            </w:r>
            <w:proofErr w:type="spellEnd"/>
            <w:r>
              <w:t xml:space="preserve"> </w:t>
            </w:r>
            <w:proofErr w:type="spellStart"/>
            <w:r>
              <w:t>predávajúcim</w:t>
            </w:r>
            <w:proofErr w:type="spellEnd"/>
            <w:r>
              <w:t xml:space="preserve"> </w:t>
            </w:r>
            <w:proofErr w:type="spellStart"/>
            <w:r>
              <w:t>bude</w:t>
            </w:r>
            <w:proofErr w:type="spellEnd"/>
            <w:r>
              <w:t xml:space="preserve"> </w:t>
            </w:r>
            <w:proofErr w:type="spellStart"/>
            <w:r>
              <w:t>poskytnutá</w:t>
            </w:r>
            <w:proofErr w:type="spellEnd"/>
            <w:r>
              <w:t xml:space="preserve"> </w:t>
            </w:r>
            <w:proofErr w:type="spellStart"/>
            <w:r>
              <w:t>najneskôr</w:t>
            </w:r>
            <w:proofErr w:type="spellEnd"/>
            <w:r w:rsidR="00CB2EA3" w:rsidRPr="00CB2EA3">
              <w:rPr>
                <w:lang w:val="sk-SK"/>
              </w:rPr>
              <w:t>v</w:t>
            </w:r>
            <w:r w:rsidR="00CB2EA3" w:rsidRPr="009C7B7A">
              <w:t xml:space="preserve"> </w:t>
            </w:r>
            <w:r w:rsidR="00CB2EA3" w:rsidRPr="00CB2EA3">
              <w:t>p</w:t>
            </w:r>
            <w:proofErr w:type="spellStart"/>
            <w:r w:rsidR="00CB2EA3" w:rsidRPr="009C7B7A">
              <w:rPr>
                <w:lang w:val="sk-SK"/>
              </w:rPr>
              <w:t>osledný</w:t>
            </w:r>
            <w:proofErr w:type="spellEnd"/>
            <w:r w:rsidR="00CB2EA3" w:rsidRPr="009C7B7A">
              <w:rPr>
                <w:lang w:val="sk-SK"/>
              </w:rPr>
              <w:t xml:space="preserve"> deň uvedenia do prevádzky</w:t>
            </w:r>
            <w:r w:rsidR="00CB2EA3" w:rsidRPr="00CB2EA3">
              <w:rPr>
                <w:lang w:val="sk-SK"/>
              </w:rPr>
              <w:t>.</w:t>
            </w:r>
          </w:p>
          <w:p w14:paraId="0E9F0ED6" w14:textId="717C6AD5" w:rsidR="003F413A" w:rsidRDefault="00000000">
            <w:pPr>
              <w:spacing w:after="40"/>
              <w:jc w:val="both"/>
            </w:pPr>
            <w:r>
              <w:t xml:space="preserve">, mala by </w:t>
            </w:r>
            <w:proofErr w:type="spellStart"/>
            <w:r>
              <w:t>byť</w:t>
            </w:r>
            <w:proofErr w:type="spellEnd"/>
            <w:r>
              <w:t xml:space="preserve"> v </w:t>
            </w:r>
            <w:proofErr w:type="spellStart"/>
            <w:r>
              <w:t>anglickom</w:t>
            </w:r>
            <w:proofErr w:type="spellEnd"/>
            <w:r>
              <w:t xml:space="preserve">/ </w:t>
            </w:r>
            <w:proofErr w:type="spellStart"/>
            <w:r>
              <w:t>slovenskom</w:t>
            </w:r>
            <w:proofErr w:type="spellEnd"/>
            <w:r>
              <w:t xml:space="preserve"> </w:t>
            </w:r>
            <w:proofErr w:type="spellStart"/>
            <w:r>
              <w:t>jazyku</w:t>
            </w:r>
            <w:proofErr w:type="spellEnd"/>
            <w:r>
              <w:t xml:space="preserve"> a </w:t>
            </w:r>
            <w:proofErr w:type="spellStart"/>
            <w:r>
              <w:t>správna</w:t>
            </w:r>
            <w:proofErr w:type="spellEnd"/>
            <w:r>
              <w:t xml:space="preserve">, </w:t>
            </w:r>
            <w:proofErr w:type="spellStart"/>
            <w:r>
              <w:t>úplná</w:t>
            </w:r>
            <w:proofErr w:type="spellEnd"/>
            <w:r>
              <w:t xml:space="preserve">, </w:t>
            </w:r>
            <w:proofErr w:type="spellStart"/>
            <w:r>
              <w:t>kvalitná</w:t>
            </w:r>
            <w:proofErr w:type="spellEnd"/>
            <w:r>
              <w:t xml:space="preserve"> a </w:t>
            </w:r>
            <w:proofErr w:type="spellStart"/>
            <w:r>
              <w:t>postačujúca</w:t>
            </w:r>
            <w:proofErr w:type="spellEnd"/>
            <w:r>
              <w:t xml:space="preserve"> </w:t>
            </w:r>
            <w:proofErr w:type="spellStart"/>
            <w:r>
              <w:t>na</w:t>
            </w:r>
            <w:proofErr w:type="spellEnd"/>
            <w:r>
              <w:t xml:space="preserve"> </w:t>
            </w:r>
            <w:proofErr w:type="spellStart"/>
            <w:r>
              <w:t>prevádzku</w:t>
            </w:r>
            <w:proofErr w:type="spellEnd"/>
            <w:r>
              <w:t xml:space="preserve"> </w:t>
            </w:r>
            <w:proofErr w:type="spellStart"/>
            <w:r>
              <w:t>Tovaru</w:t>
            </w:r>
            <w:proofErr w:type="spellEnd"/>
            <w:r>
              <w:t>.</w:t>
            </w:r>
          </w:p>
        </w:tc>
      </w:tr>
    </w:tbl>
    <w:p w14:paraId="7CC5A2DF"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07A3C8B5" w14:textId="77777777">
        <w:trPr>
          <w:jc w:val="center"/>
        </w:trPr>
        <w:tc>
          <w:tcPr>
            <w:tcW w:w="5159" w:type="dxa"/>
            <w:shd w:val="clear" w:color="auto" w:fill="EDEDED"/>
            <w:tcMar>
              <w:top w:w="90" w:type="dxa"/>
              <w:left w:w="95" w:type="dxa"/>
              <w:bottom w:w="90" w:type="dxa"/>
              <w:right w:w="95" w:type="dxa"/>
            </w:tcMar>
          </w:tcPr>
          <w:p w14:paraId="450636FA" w14:textId="77777777" w:rsidR="003F413A" w:rsidRDefault="00000000">
            <w:pPr>
              <w:keepNext/>
              <w:spacing w:after="40"/>
              <w:jc w:val="center"/>
            </w:pPr>
            <w:r>
              <w:rPr>
                <w:b/>
                <w:sz w:val="18"/>
              </w:rPr>
              <w:t>Article 6. Installation of the Goods</w:t>
            </w:r>
          </w:p>
        </w:tc>
        <w:tc>
          <w:tcPr>
            <w:tcW w:w="5159" w:type="dxa"/>
            <w:shd w:val="clear" w:color="auto" w:fill="EDEDED"/>
            <w:tcMar>
              <w:top w:w="90" w:type="dxa"/>
              <w:left w:w="95" w:type="dxa"/>
              <w:bottom w:w="90" w:type="dxa"/>
              <w:right w:w="95" w:type="dxa"/>
            </w:tcMar>
          </w:tcPr>
          <w:p w14:paraId="1A77F94D" w14:textId="77777777" w:rsidR="003F413A" w:rsidRDefault="00000000">
            <w:pPr>
              <w:keepNext/>
              <w:spacing w:after="40"/>
              <w:jc w:val="center"/>
            </w:pPr>
            <w:proofErr w:type="spellStart"/>
            <w:r>
              <w:rPr>
                <w:b/>
                <w:sz w:val="18"/>
              </w:rPr>
              <w:t>Článok</w:t>
            </w:r>
            <w:proofErr w:type="spellEnd"/>
            <w:r>
              <w:rPr>
                <w:b/>
                <w:sz w:val="18"/>
              </w:rPr>
              <w:t xml:space="preserve"> 6. </w:t>
            </w:r>
            <w:proofErr w:type="spellStart"/>
            <w:r>
              <w:rPr>
                <w:b/>
                <w:sz w:val="18"/>
              </w:rPr>
              <w:t>Inštalácia</w:t>
            </w:r>
            <w:proofErr w:type="spellEnd"/>
            <w:r>
              <w:rPr>
                <w:b/>
                <w:sz w:val="18"/>
              </w:rPr>
              <w:t xml:space="preserve"> </w:t>
            </w:r>
            <w:proofErr w:type="spellStart"/>
            <w:r>
              <w:rPr>
                <w:b/>
                <w:sz w:val="18"/>
              </w:rPr>
              <w:t>Tovaru</w:t>
            </w:r>
            <w:proofErr w:type="spellEnd"/>
          </w:p>
        </w:tc>
      </w:tr>
    </w:tbl>
    <w:p w14:paraId="3157710A"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A3F202E" w14:textId="77777777">
        <w:trPr>
          <w:jc w:val="center"/>
        </w:trPr>
        <w:tc>
          <w:tcPr>
            <w:tcW w:w="5159" w:type="dxa"/>
            <w:tcMar>
              <w:top w:w="70" w:type="dxa"/>
              <w:left w:w="95" w:type="dxa"/>
              <w:bottom w:w="70" w:type="dxa"/>
              <w:right w:w="95" w:type="dxa"/>
            </w:tcMar>
          </w:tcPr>
          <w:p w14:paraId="029869B3" w14:textId="77777777" w:rsidR="003F413A" w:rsidRDefault="00000000">
            <w:pPr>
              <w:spacing w:after="40"/>
              <w:jc w:val="both"/>
            </w:pPr>
            <w:r>
              <w:t xml:space="preserve">6.1. Installation and start-and-adjustment work should be provided to the extent agreed in the Annex within the period stipulated in Annexes to the present Contract. The Buyer shall ensure that the site of installation of the Goods will be ready for installation within the timeframes set forth in Annexes to the present Contract and shall ensure that all requested services, labor, materials, and tools it </w:t>
            </w:r>
            <w:proofErr w:type="gramStart"/>
            <w:r>
              <w:t>has to</w:t>
            </w:r>
            <w:proofErr w:type="gramEnd"/>
            <w:r>
              <w:t xml:space="preserve"> make available shall be available in time.</w:t>
            </w:r>
          </w:p>
        </w:tc>
        <w:tc>
          <w:tcPr>
            <w:tcW w:w="5159" w:type="dxa"/>
            <w:tcMar>
              <w:top w:w="70" w:type="dxa"/>
              <w:left w:w="95" w:type="dxa"/>
              <w:bottom w:w="70" w:type="dxa"/>
              <w:right w:w="95" w:type="dxa"/>
            </w:tcMar>
          </w:tcPr>
          <w:p w14:paraId="2C1B9C12" w14:textId="77777777" w:rsidR="003F413A" w:rsidRDefault="00000000">
            <w:pPr>
              <w:spacing w:after="40"/>
              <w:jc w:val="both"/>
            </w:pPr>
            <w:r>
              <w:t xml:space="preserve">6.1. </w:t>
            </w:r>
            <w:proofErr w:type="spellStart"/>
            <w:r>
              <w:t>Inštalácia</w:t>
            </w:r>
            <w:proofErr w:type="spellEnd"/>
            <w:r>
              <w:t xml:space="preserve"> a </w:t>
            </w:r>
            <w:proofErr w:type="spellStart"/>
            <w:r>
              <w:t>práce</w:t>
            </w:r>
            <w:proofErr w:type="spellEnd"/>
            <w:r>
              <w:t xml:space="preserve"> </w:t>
            </w:r>
            <w:proofErr w:type="spellStart"/>
            <w:r>
              <w:t>na</w:t>
            </w:r>
            <w:proofErr w:type="spellEnd"/>
            <w:r>
              <w:t xml:space="preserve"> </w:t>
            </w:r>
            <w:proofErr w:type="spellStart"/>
            <w:r>
              <w:t>spustení</w:t>
            </w:r>
            <w:proofErr w:type="spellEnd"/>
            <w:r>
              <w:t xml:space="preserve"> a </w:t>
            </w:r>
            <w:proofErr w:type="spellStart"/>
            <w:r>
              <w:t>nastavovaní</w:t>
            </w:r>
            <w:proofErr w:type="spellEnd"/>
            <w:r>
              <w:t xml:space="preserve"> by </w:t>
            </w:r>
            <w:proofErr w:type="spellStart"/>
            <w:r>
              <w:t>mali</w:t>
            </w:r>
            <w:proofErr w:type="spellEnd"/>
            <w:r>
              <w:t xml:space="preserve"> </w:t>
            </w:r>
            <w:proofErr w:type="spellStart"/>
            <w:r>
              <w:t>byť</w:t>
            </w:r>
            <w:proofErr w:type="spellEnd"/>
            <w:r>
              <w:t xml:space="preserve"> </w:t>
            </w:r>
            <w:proofErr w:type="spellStart"/>
            <w:r>
              <w:t>zabezpečené</w:t>
            </w:r>
            <w:proofErr w:type="spellEnd"/>
            <w:r>
              <w:t xml:space="preserve"> v </w:t>
            </w:r>
            <w:proofErr w:type="spellStart"/>
            <w:r>
              <w:t>rozsahu</w:t>
            </w:r>
            <w:proofErr w:type="spellEnd"/>
            <w:r>
              <w:t xml:space="preserve"> </w:t>
            </w:r>
            <w:proofErr w:type="spellStart"/>
            <w:r>
              <w:t>dohodnutom</w:t>
            </w:r>
            <w:proofErr w:type="spellEnd"/>
            <w:r>
              <w:t xml:space="preserve"> v </w:t>
            </w:r>
            <w:proofErr w:type="spellStart"/>
            <w:r>
              <w:t>prílohách</w:t>
            </w:r>
            <w:proofErr w:type="spellEnd"/>
            <w:r>
              <w:t xml:space="preserve"> v </w:t>
            </w:r>
            <w:proofErr w:type="spellStart"/>
            <w:r>
              <w:t>lehote</w:t>
            </w:r>
            <w:proofErr w:type="spellEnd"/>
            <w:r>
              <w:t xml:space="preserve"> </w:t>
            </w:r>
            <w:proofErr w:type="spellStart"/>
            <w:r>
              <w:t>stanovenej</w:t>
            </w:r>
            <w:proofErr w:type="spellEnd"/>
            <w:r>
              <w:t xml:space="preserve"> v </w:t>
            </w:r>
            <w:proofErr w:type="spellStart"/>
            <w:r>
              <w:t>prílohách</w:t>
            </w:r>
            <w:proofErr w:type="spellEnd"/>
            <w:r>
              <w:t xml:space="preserve"> k </w:t>
            </w:r>
            <w:proofErr w:type="spellStart"/>
            <w:r>
              <w:t>tejto</w:t>
            </w:r>
            <w:proofErr w:type="spellEnd"/>
            <w:r>
              <w:t xml:space="preserve"> </w:t>
            </w:r>
            <w:proofErr w:type="spellStart"/>
            <w:r>
              <w:t>zmluve</w:t>
            </w:r>
            <w:proofErr w:type="spellEnd"/>
            <w:r>
              <w:t xml:space="preserve">. </w:t>
            </w:r>
            <w:proofErr w:type="spellStart"/>
            <w:r>
              <w:t>Kupujúci</w:t>
            </w:r>
            <w:proofErr w:type="spellEnd"/>
            <w:r>
              <w:t xml:space="preserve"> </w:t>
            </w:r>
            <w:proofErr w:type="spellStart"/>
            <w:r>
              <w:t>zabezpečí</w:t>
            </w:r>
            <w:proofErr w:type="spellEnd"/>
            <w:r>
              <w:t xml:space="preserve">, aby </w:t>
            </w:r>
            <w:proofErr w:type="spellStart"/>
            <w:r>
              <w:t>miesto</w:t>
            </w:r>
            <w:proofErr w:type="spellEnd"/>
            <w:r>
              <w:t xml:space="preserve"> </w:t>
            </w:r>
            <w:proofErr w:type="spellStart"/>
            <w:r>
              <w:t>inštalácie</w:t>
            </w:r>
            <w:proofErr w:type="spellEnd"/>
            <w:r>
              <w:t xml:space="preserve"> </w:t>
            </w:r>
            <w:proofErr w:type="spellStart"/>
            <w:r>
              <w:t>Tovaru</w:t>
            </w:r>
            <w:proofErr w:type="spellEnd"/>
            <w:r>
              <w:t xml:space="preserve"> bolo </w:t>
            </w:r>
            <w:proofErr w:type="spellStart"/>
            <w:r>
              <w:t>pripravené</w:t>
            </w:r>
            <w:proofErr w:type="spellEnd"/>
            <w:r>
              <w:t xml:space="preserve"> </w:t>
            </w:r>
            <w:proofErr w:type="spellStart"/>
            <w:r>
              <w:t>na</w:t>
            </w:r>
            <w:proofErr w:type="spellEnd"/>
            <w:r>
              <w:t xml:space="preserve"> </w:t>
            </w:r>
            <w:proofErr w:type="spellStart"/>
            <w:r>
              <w:t>inštaláciu</w:t>
            </w:r>
            <w:proofErr w:type="spellEnd"/>
            <w:r>
              <w:t xml:space="preserve"> v </w:t>
            </w:r>
            <w:proofErr w:type="spellStart"/>
            <w:r>
              <w:t>lehotách</w:t>
            </w:r>
            <w:proofErr w:type="spellEnd"/>
            <w:r>
              <w:t xml:space="preserve"> </w:t>
            </w:r>
            <w:proofErr w:type="spellStart"/>
            <w:r>
              <w:t>uvedených</w:t>
            </w:r>
            <w:proofErr w:type="spellEnd"/>
            <w:r>
              <w:t xml:space="preserve"> v </w:t>
            </w:r>
            <w:proofErr w:type="spellStart"/>
            <w:r>
              <w:t>prílohách</w:t>
            </w:r>
            <w:proofErr w:type="spellEnd"/>
            <w:r>
              <w:t xml:space="preserve"> k </w:t>
            </w:r>
            <w:proofErr w:type="spellStart"/>
            <w:r>
              <w:t>tejto</w:t>
            </w:r>
            <w:proofErr w:type="spellEnd"/>
            <w:r>
              <w:t xml:space="preserve"> </w:t>
            </w:r>
            <w:proofErr w:type="spellStart"/>
            <w:r>
              <w:t>zmluve</w:t>
            </w:r>
            <w:proofErr w:type="spellEnd"/>
            <w:r>
              <w:t xml:space="preserve"> a </w:t>
            </w:r>
            <w:proofErr w:type="spellStart"/>
            <w:r>
              <w:t>zabezpečí</w:t>
            </w:r>
            <w:proofErr w:type="spellEnd"/>
            <w:r>
              <w:t xml:space="preserve">, aby </w:t>
            </w:r>
            <w:proofErr w:type="spellStart"/>
            <w:r>
              <w:t>všetky</w:t>
            </w:r>
            <w:proofErr w:type="spellEnd"/>
            <w:r>
              <w:t xml:space="preserve"> </w:t>
            </w:r>
            <w:proofErr w:type="spellStart"/>
            <w:r>
              <w:t>požadované</w:t>
            </w:r>
            <w:proofErr w:type="spellEnd"/>
            <w:r>
              <w:t xml:space="preserve"> </w:t>
            </w:r>
            <w:proofErr w:type="spellStart"/>
            <w:r>
              <w:t>služby</w:t>
            </w:r>
            <w:proofErr w:type="spellEnd"/>
            <w:r>
              <w:t xml:space="preserve">, </w:t>
            </w:r>
            <w:proofErr w:type="spellStart"/>
            <w:r>
              <w:t>pracovná</w:t>
            </w:r>
            <w:proofErr w:type="spellEnd"/>
            <w:r>
              <w:t xml:space="preserve"> </w:t>
            </w:r>
            <w:proofErr w:type="spellStart"/>
            <w:r>
              <w:t>sila</w:t>
            </w:r>
            <w:proofErr w:type="spellEnd"/>
            <w:r>
              <w:t xml:space="preserve">, </w:t>
            </w:r>
            <w:proofErr w:type="spellStart"/>
            <w:r>
              <w:t>materiály</w:t>
            </w:r>
            <w:proofErr w:type="spellEnd"/>
            <w:r>
              <w:t xml:space="preserve"> a </w:t>
            </w:r>
            <w:proofErr w:type="spellStart"/>
            <w:r>
              <w:t>nástroje</w:t>
            </w:r>
            <w:proofErr w:type="spellEnd"/>
            <w:r>
              <w:t xml:space="preserve">, </w:t>
            </w:r>
            <w:proofErr w:type="spellStart"/>
            <w:r>
              <w:t>ktoré</w:t>
            </w:r>
            <w:proofErr w:type="spellEnd"/>
            <w:r>
              <w:t xml:space="preserve"> </w:t>
            </w:r>
            <w:proofErr w:type="spellStart"/>
            <w:r>
              <w:t>má</w:t>
            </w:r>
            <w:proofErr w:type="spellEnd"/>
            <w:r>
              <w:t xml:space="preserve"> </w:t>
            </w:r>
            <w:proofErr w:type="spellStart"/>
            <w:r>
              <w:t>poskytnúť</w:t>
            </w:r>
            <w:proofErr w:type="spellEnd"/>
            <w:r>
              <w:t xml:space="preserve">, </w:t>
            </w:r>
            <w:proofErr w:type="spellStart"/>
            <w:r>
              <w:t>boli</w:t>
            </w:r>
            <w:proofErr w:type="spellEnd"/>
            <w:r>
              <w:t xml:space="preserve"> k </w:t>
            </w:r>
            <w:proofErr w:type="spellStart"/>
            <w:r>
              <w:t>dispozícií</w:t>
            </w:r>
            <w:proofErr w:type="spellEnd"/>
            <w:r>
              <w:t xml:space="preserve"> </w:t>
            </w:r>
            <w:proofErr w:type="spellStart"/>
            <w:r>
              <w:t>včas</w:t>
            </w:r>
            <w:proofErr w:type="spellEnd"/>
            <w:r>
              <w:t>.</w:t>
            </w:r>
          </w:p>
        </w:tc>
      </w:tr>
    </w:tbl>
    <w:p w14:paraId="22C253B0"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9FAD054" w14:textId="77777777">
        <w:trPr>
          <w:jc w:val="center"/>
        </w:trPr>
        <w:tc>
          <w:tcPr>
            <w:tcW w:w="5159" w:type="dxa"/>
            <w:tcMar>
              <w:top w:w="70" w:type="dxa"/>
              <w:left w:w="95" w:type="dxa"/>
              <w:bottom w:w="70" w:type="dxa"/>
              <w:right w:w="95" w:type="dxa"/>
            </w:tcMar>
          </w:tcPr>
          <w:p w14:paraId="14114BA6" w14:textId="77777777" w:rsidR="003F413A" w:rsidRDefault="00000000">
            <w:pPr>
              <w:spacing w:after="40"/>
              <w:jc w:val="both"/>
            </w:pPr>
            <w:r>
              <w:t xml:space="preserve">6.2. The Seller is responsible for safety measures and accident prevention for his workers during execution of installation and start-and-adjustment work. The Buyer, however is responsible for maintaining the Site in a safe working condition and as a safe place of work for all personnel at the Site at any time, providing safe means of access to the scope of Supply at all times, conditions, all activities on the Site in a safe manner and as prescribed by applicable directives, laws, rules, regulations, codes and standards set forth in the operating and </w:t>
            </w:r>
            <w:proofErr w:type="spellStart"/>
            <w:r>
              <w:t>maintenence</w:t>
            </w:r>
            <w:proofErr w:type="spellEnd"/>
            <w:r>
              <w:t xml:space="preserve"> manuals and instructions sheets furnished by the Seller.</w:t>
            </w:r>
          </w:p>
          <w:p w14:paraId="768FE86F" w14:textId="77777777" w:rsidR="00B662DE" w:rsidRDefault="00B662DE">
            <w:pPr>
              <w:spacing w:after="40"/>
              <w:jc w:val="both"/>
            </w:pPr>
          </w:p>
          <w:p w14:paraId="09D4CEF5" w14:textId="77777777" w:rsidR="00B662DE" w:rsidRPr="00B662DE" w:rsidRDefault="00B662DE">
            <w:pPr>
              <w:spacing w:after="40"/>
              <w:jc w:val="both"/>
              <w:rPr>
                <w:sz w:val="12"/>
                <w:szCs w:val="18"/>
              </w:rPr>
            </w:pPr>
          </w:p>
          <w:p w14:paraId="44143E62" w14:textId="77777777" w:rsidR="003F413A" w:rsidRDefault="00000000">
            <w:pPr>
              <w:spacing w:after="40"/>
              <w:jc w:val="both"/>
            </w:pPr>
            <w:r>
              <w:t>The Seller shall if agreed in the Annex to visit the site in accordance with the time schedule as noted in Annexes with the purpose of inspection of the readiness of the site prior to the beginning of installation and start-and-adjustment work.</w:t>
            </w:r>
          </w:p>
        </w:tc>
        <w:tc>
          <w:tcPr>
            <w:tcW w:w="5159" w:type="dxa"/>
            <w:tcMar>
              <w:top w:w="70" w:type="dxa"/>
              <w:left w:w="95" w:type="dxa"/>
              <w:bottom w:w="70" w:type="dxa"/>
              <w:right w:w="95" w:type="dxa"/>
            </w:tcMar>
          </w:tcPr>
          <w:p w14:paraId="57AA03FA" w14:textId="77777777" w:rsidR="003F413A" w:rsidRDefault="00000000">
            <w:pPr>
              <w:spacing w:after="40"/>
              <w:jc w:val="both"/>
            </w:pPr>
            <w:r>
              <w:t xml:space="preserve">6.2. </w:t>
            </w:r>
            <w:proofErr w:type="spellStart"/>
            <w:r>
              <w:t>Predávajúci</w:t>
            </w:r>
            <w:proofErr w:type="spellEnd"/>
            <w:r>
              <w:t xml:space="preserve"> </w:t>
            </w:r>
            <w:proofErr w:type="spellStart"/>
            <w:r>
              <w:t>zodpovedá</w:t>
            </w:r>
            <w:proofErr w:type="spellEnd"/>
            <w:r>
              <w:t xml:space="preserve"> za </w:t>
            </w:r>
            <w:proofErr w:type="spellStart"/>
            <w:r>
              <w:t>bezpečnostné</w:t>
            </w:r>
            <w:proofErr w:type="spellEnd"/>
            <w:r>
              <w:t xml:space="preserve"> </w:t>
            </w:r>
            <w:proofErr w:type="spellStart"/>
            <w:r>
              <w:t>opatrenia</w:t>
            </w:r>
            <w:proofErr w:type="spellEnd"/>
            <w:r>
              <w:t xml:space="preserve"> a </w:t>
            </w:r>
            <w:proofErr w:type="spellStart"/>
            <w:r>
              <w:t>prevenciu</w:t>
            </w:r>
            <w:proofErr w:type="spellEnd"/>
            <w:r>
              <w:t xml:space="preserve"> </w:t>
            </w:r>
            <w:proofErr w:type="spellStart"/>
            <w:r>
              <w:t>úrazov</w:t>
            </w:r>
            <w:proofErr w:type="spellEnd"/>
            <w:r>
              <w:t xml:space="preserve"> </w:t>
            </w:r>
            <w:proofErr w:type="spellStart"/>
            <w:r>
              <w:t>svojich</w:t>
            </w:r>
            <w:proofErr w:type="spellEnd"/>
            <w:r>
              <w:t xml:space="preserve"> </w:t>
            </w:r>
            <w:proofErr w:type="spellStart"/>
            <w:r>
              <w:t>pracovníkov</w:t>
            </w:r>
            <w:proofErr w:type="spellEnd"/>
            <w:r>
              <w:t xml:space="preserve"> </w:t>
            </w:r>
            <w:proofErr w:type="spellStart"/>
            <w:r>
              <w:t>pri</w:t>
            </w:r>
            <w:proofErr w:type="spellEnd"/>
            <w:r>
              <w:t xml:space="preserve"> </w:t>
            </w:r>
            <w:proofErr w:type="spellStart"/>
            <w:r>
              <w:t>vykonávaní</w:t>
            </w:r>
            <w:proofErr w:type="spellEnd"/>
            <w:r>
              <w:t xml:space="preserve"> </w:t>
            </w:r>
            <w:proofErr w:type="spellStart"/>
            <w:r>
              <w:t>montážnych</w:t>
            </w:r>
            <w:proofErr w:type="spellEnd"/>
            <w:r>
              <w:t xml:space="preserve"> </w:t>
            </w:r>
            <w:proofErr w:type="spellStart"/>
            <w:r>
              <w:t>prác</w:t>
            </w:r>
            <w:proofErr w:type="spellEnd"/>
            <w:r>
              <w:t xml:space="preserve"> a </w:t>
            </w:r>
            <w:proofErr w:type="spellStart"/>
            <w:r>
              <w:t>prác</w:t>
            </w:r>
            <w:proofErr w:type="spellEnd"/>
            <w:r>
              <w:t xml:space="preserve"> </w:t>
            </w:r>
            <w:proofErr w:type="spellStart"/>
            <w:r>
              <w:t>na</w:t>
            </w:r>
            <w:proofErr w:type="spellEnd"/>
            <w:r>
              <w:t xml:space="preserve"> </w:t>
            </w:r>
            <w:proofErr w:type="spellStart"/>
            <w:r>
              <w:t>spustení</w:t>
            </w:r>
            <w:proofErr w:type="spellEnd"/>
            <w:r>
              <w:t xml:space="preserve"> a </w:t>
            </w:r>
            <w:proofErr w:type="spellStart"/>
            <w:r>
              <w:t>nastavovaní</w:t>
            </w:r>
            <w:proofErr w:type="spellEnd"/>
            <w:r>
              <w:t xml:space="preserve">. </w:t>
            </w:r>
            <w:proofErr w:type="spellStart"/>
            <w:r>
              <w:t>Kupujúci</w:t>
            </w:r>
            <w:proofErr w:type="spellEnd"/>
            <w:r>
              <w:t xml:space="preserve"> to </w:t>
            </w:r>
            <w:proofErr w:type="spellStart"/>
            <w:r>
              <w:t>zabezpečí</w:t>
            </w:r>
            <w:proofErr w:type="spellEnd"/>
            <w:r>
              <w:t xml:space="preserve"> pre </w:t>
            </w:r>
            <w:proofErr w:type="spellStart"/>
            <w:r>
              <w:t>svojich</w:t>
            </w:r>
            <w:proofErr w:type="spellEnd"/>
            <w:r>
              <w:t xml:space="preserve"> </w:t>
            </w:r>
            <w:proofErr w:type="spellStart"/>
            <w:r>
              <w:t>pracovníkov</w:t>
            </w:r>
            <w:proofErr w:type="spellEnd"/>
            <w:r>
              <w:t xml:space="preserve">. </w:t>
            </w:r>
            <w:proofErr w:type="spellStart"/>
            <w:r>
              <w:t>Kupujúci</w:t>
            </w:r>
            <w:proofErr w:type="spellEnd"/>
            <w:r>
              <w:t xml:space="preserve"> je </w:t>
            </w:r>
            <w:proofErr w:type="spellStart"/>
            <w:r>
              <w:t>však</w:t>
            </w:r>
            <w:proofErr w:type="spellEnd"/>
            <w:r>
              <w:t xml:space="preserve"> </w:t>
            </w:r>
            <w:proofErr w:type="spellStart"/>
            <w:r>
              <w:t>zodpovedný</w:t>
            </w:r>
            <w:proofErr w:type="spellEnd"/>
            <w:r>
              <w:t xml:space="preserve"> za </w:t>
            </w:r>
            <w:proofErr w:type="spellStart"/>
            <w:r>
              <w:t>udržiavanie</w:t>
            </w:r>
            <w:proofErr w:type="spellEnd"/>
            <w:r>
              <w:t xml:space="preserve"> </w:t>
            </w:r>
            <w:proofErr w:type="spellStart"/>
            <w:r>
              <w:t>miesta</w:t>
            </w:r>
            <w:proofErr w:type="spellEnd"/>
            <w:r>
              <w:t xml:space="preserve"> </w:t>
            </w:r>
            <w:proofErr w:type="spellStart"/>
            <w:r>
              <w:t>inštalácie</w:t>
            </w:r>
            <w:proofErr w:type="spellEnd"/>
            <w:r>
              <w:t xml:space="preserve"> v </w:t>
            </w:r>
            <w:proofErr w:type="spellStart"/>
            <w:r>
              <w:t>bezpečnom</w:t>
            </w:r>
            <w:proofErr w:type="spellEnd"/>
            <w:r>
              <w:t xml:space="preserve"> </w:t>
            </w:r>
            <w:proofErr w:type="spellStart"/>
            <w:r>
              <w:t>pracovnom</w:t>
            </w:r>
            <w:proofErr w:type="spellEnd"/>
            <w:r>
              <w:t xml:space="preserve"> stave a, </w:t>
            </w:r>
            <w:proofErr w:type="spellStart"/>
            <w:r>
              <w:t>ako</w:t>
            </w:r>
            <w:proofErr w:type="spellEnd"/>
            <w:r>
              <w:t xml:space="preserve"> </w:t>
            </w:r>
            <w:proofErr w:type="spellStart"/>
            <w:r>
              <w:t>bezpečné</w:t>
            </w:r>
            <w:proofErr w:type="spellEnd"/>
            <w:r>
              <w:t xml:space="preserve"> </w:t>
            </w:r>
            <w:proofErr w:type="spellStart"/>
            <w:r>
              <w:t>pracovisko</w:t>
            </w:r>
            <w:proofErr w:type="spellEnd"/>
            <w:r>
              <w:t xml:space="preserve"> pre </w:t>
            </w:r>
            <w:proofErr w:type="spellStart"/>
            <w:r>
              <w:t>všetok</w:t>
            </w:r>
            <w:proofErr w:type="spellEnd"/>
            <w:r>
              <w:t xml:space="preserve"> </w:t>
            </w:r>
            <w:proofErr w:type="spellStart"/>
            <w:r>
              <w:t>personál</w:t>
            </w:r>
            <w:proofErr w:type="spellEnd"/>
            <w:r>
              <w:t xml:space="preserve"> </w:t>
            </w:r>
            <w:proofErr w:type="spellStart"/>
            <w:r>
              <w:t>na</w:t>
            </w:r>
            <w:proofErr w:type="spellEnd"/>
            <w:r>
              <w:t xml:space="preserve"> </w:t>
            </w:r>
            <w:proofErr w:type="spellStart"/>
            <w:r>
              <w:t>mieste</w:t>
            </w:r>
            <w:proofErr w:type="spellEnd"/>
            <w:r>
              <w:t xml:space="preserve"> </w:t>
            </w:r>
            <w:proofErr w:type="spellStart"/>
            <w:r>
              <w:t>inštalácie</w:t>
            </w:r>
            <w:proofErr w:type="spellEnd"/>
            <w:r>
              <w:t xml:space="preserve"> </w:t>
            </w:r>
            <w:proofErr w:type="spellStart"/>
            <w:r>
              <w:t>kedykoľvek</w:t>
            </w:r>
            <w:proofErr w:type="spellEnd"/>
            <w:r>
              <w:t xml:space="preserve">, </w:t>
            </w:r>
            <w:proofErr w:type="spellStart"/>
            <w:r>
              <w:t>poskytujúc</w:t>
            </w:r>
            <w:proofErr w:type="spellEnd"/>
            <w:r>
              <w:t xml:space="preserve"> </w:t>
            </w:r>
            <w:proofErr w:type="spellStart"/>
            <w:r>
              <w:t>bezpečné</w:t>
            </w:r>
            <w:proofErr w:type="spellEnd"/>
            <w:r>
              <w:t xml:space="preserve"> </w:t>
            </w:r>
            <w:proofErr w:type="spellStart"/>
            <w:r>
              <w:t>prostriedky</w:t>
            </w:r>
            <w:proofErr w:type="spellEnd"/>
            <w:r>
              <w:t xml:space="preserve"> </w:t>
            </w:r>
            <w:proofErr w:type="spellStart"/>
            <w:r>
              <w:t>prístupu</w:t>
            </w:r>
            <w:proofErr w:type="spellEnd"/>
            <w:r>
              <w:t xml:space="preserve"> k </w:t>
            </w:r>
            <w:proofErr w:type="spellStart"/>
            <w:r>
              <w:t>rozsahu</w:t>
            </w:r>
            <w:proofErr w:type="spellEnd"/>
            <w:r>
              <w:t xml:space="preserve"> </w:t>
            </w:r>
            <w:proofErr w:type="spellStart"/>
            <w:r>
              <w:t>dodávky</w:t>
            </w:r>
            <w:proofErr w:type="spellEnd"/>
            <w:r>
              <w:t xml:space="preserve"> za </w:t>
            </w:r>
            <w:proofErr w:type="spellStart"/>
            <w:r>
              <w:t>všetkých</w:t>
            </w:r>
            <w:proofErr w:type="spellEnd"/>
            <w:r>
              <w:t xml:space="preserve"> </w:t>
            </w:r>
            <w:proofErr w:type="spellStart"/>
            <w:r>
              <w:t>okolností</w:t>
            </w:r>
            <w:proofErr w:type="spellEnd"/>
            <w:r>
              <w:t xml:space="preserve">, </w:t>
            </w:r>
            <w:proofErr w:type="spellStart"/>
            <w:r>
              <w:t>podmienok</w:t>
            </w:r>
            <w:proofErr w:type="spellEnd"/>
            <w:r>
              <w:t xml:space="preserve">, </w:t>
            </w:r>
            <w:proofErr w:type="spellStart"/>
            <w:r>
              <w:t>pri</w:t>
            </w:r>
            <w:proofErr w:type="spellEnd"/>
            <w:r>
              <w:t xml:space="preserve"> </w:t>
            </w:r>
            <w:proofErr w:type="spellStart"/>
            <w:r>
              <w:t>všetkých</w:t>
            </w:r>
            <w:proofErr w:type="spellEnd"/>
            <w:r>
              <w:t xml:space="preserve"> </w:t>
            </w:r>
            <w:proofErr w:type="spellStart"/>
            <w:r>
              <w:t>činnostiach</w:t>
            </w:r>
            <w:proofErr w:type="spellEnd"/>
            <w:r>
              <w:t xml:space="preserve"> </w:t>
            </w:r>
            <w:proofErr w:type="spellStart"/>
            <w:r>
              <w:t>na</w:t>
            </w:r>
            <w:proofErr w:type="spellEnd"/>
            <w:r>
              <w:t xml:space="preserve"> </w:t>
            </w:r>
            <w:proofErr w:type="spellStart"/>
            <w:r>
              <w:t>mieste</w:t>
            </w:r>
            <w:proofErr w:type="spellEnd"/>
            <w:r>
              <w:t xml:space="preserve"> </w:t>
            </w:r>
            <w:proofErr w:type="spellStart"/>
            <w:r>
              <w:t>inštalácie</w:t>
            </w:r>
            <w:proofErr w:type="spellEnd"/>
            <w:r>
              <w:t xml:space="preserve"> </w:t>
            </w:r>
            <w:proofErr w:type="spellStart"/>
            <w:r>
              <w:t>bezpečným</w:t>
            </w:r>
            <w:proofErr w:type="spellEnd"/>
            <w:r>
              <w:t xml:space="preserve"> </w:t>
            </w:r>
            <w:proofErr w:type="spellStart"/>
            <w:r>
              <w:t>spôsobom</w:t>
            </w:r>
            <w:proofErr w:type="spellEnd"/>
            <w:r>
              <w:t xml:space="preserve"> a v </w:t>
            </w:r>
            <w:proofErr w:type="spellStart"/>
            <w:r>
              <w:t>súlade</w:t>
            </w:r>
            <w:proofErr w:type="spellEnd"/>
            <w:r>
              <w:t xml:space="preserve"> s </w:t>
            </w:r>
            <w:proofErr w:type="spellStart"/>
            <w:r>
              <w:t>platnými</w:t>
            </w:r>
            <w:proofErr w:type="spellEnd"/>
            <w:r>
              <w:t xml:space="preserve"> </w:t>
            </w:r>
            <w:proofErr w:type="spellStart"/>
            <w:r>
              <w:t>smernicami</w:t>
            </w:r>
            <w:proofErr w:type="spellEnd"/>
            <w:r>
              <w:t xml:space="preserve">, </w:t>
            </w:r>
            <w:proofErr w:type="spellStart"/>
            <w:r>
              <w:t>zákonmi</w:t>
            </w:r>
            <w:proofErr w:type="spellEnd"/>
            <w:r>
              <w:t xml:space="preserve">, </w:t>
            </w:r>
            <w:proofErr w:type="spellStart"/>
            <w:r>
              <w:t>pravidlami</w:t>
            </w:r>
            <w:proofErr w:type="spellEnd"/>
            <w:r>
              <w:t xml:space="preserve">, </w:t>
            </w:r>
            <w:proofErr w:type="spellStart"/>
            <w:r>
              <w:t>nariadeniami</w:t>
            </w:r>
            <w:proofErr w:type="spellEnd"/>
            <w:r>
              <w:t xml:space="preserve">, </w:t>
            </w:r>
            <w:proofErr w:type="spellStart"/>
            <w:r>
              <w:t>kódexmi</w:t>
            </w:r>
            <w:proofErr w:type="spellEnd"/>
            <w:r>
              <w:t xml:space="preserve"> a </w:t>
            </w:r>
            <w:proofErr w:type="spellStart"/>
            <w:r>
              <w:t>štandardmi</w:t>
            </w:r>
            <w:proofErr w:type="spellEnd"/>
            <w:r>
              <w:t xml:space="preserve"> </w:t>
            </w:r>
            <w:proofErr w:type="spellStart"/>
            <w:r>
              <w:t>uvedenými</w:t>
            </w:r>
            <w:proofErr w:type="spellEnd"/>
            <w:r>
              <w:t xml:space="preserve"> v </w:t>
            </w:r>
            <w:proofErr w:type="spellStart"/>
            <w:r>
              <w:t>návodoch</w:t>
            </w:r>
            <w:proofErr w:type="spellEnd"/>
            <w:r>
              <w:t xml:space="preserve"> </w:t>
            </w:r>
            <w:proofErr w:type="spellStart"/>
            <w:r>
              <w:t>na</w:t>
            </w:r>
            <w:proofErr w:type="spellEnd"/>
            <w:r>
              <w:t xml:space="preserve"> </w:t>
            </w:r>
            <w:proofErr w:type="spellStart"/>
            <w:r>
              <w:t>obsluhu</w:t>
            </w:r>
            <w:proofErr w:type="spellEnd"/>
            <w:r>
              <w:t xml:space="preserve"> a </w:t>
            </w:r>
            <w:proofErr w:type="spellStart"/>
            <w:r>
              <w:t>údržbu</w:t>
            </w:r>
            <w:proofErr w:type="spellEnd"/>
            <w:r>
              <w:t xml:space="preserve"> a </w:t>
            </w:r>
            <w:proofErr w:type="spellStart"/>
            <w:r>
              <w:t>listoch</w:t>
            </w:r>
            <w:proofErr w:type="spellEnd"/>
            <w:r>
              <w:t xml:space="preserve"> s </w:t>
            </w:r>
            <w:proofErr w:type="spellStart"/>
            <w:r>
              <w:t>pokynmi</w:t>
            </w:r>
            <w:proofErr w:type="spellEnd"/>
            <w:r>
              <w:t xml:space="preserve"> </w:t>
            </w:r>
            <w:proofErr w:type="spellStart"/>
            <w:r>
              <w:t>poskytnutými</w:t>
            </w:r>
            <w:proofErr w:type="spellEnd"/>
            <w:r>
              <w:t xml:space="preserve"> </w:t>
            </w:r>
            <w:proofErr w:type="spellStart"/>
            <w:r>
              <w:t>predávajúcim</w:t>
            </w:r>
            <w:proofErr w:type="spellEnd"/>
            <w:r>
              <w:t>.</w:t>
            </w:r>
          </w:p>
          <w:p w14:paraId="30676783" w14:textId="77777777" w:rsidR="003F413A" w:rsidRDefault="00000000">
            <w:pPr>
              <w:spacing w:after="40"/>
              <w:jc w:val="both"/>
            </w:pPr>
            <w:proofErr w:type="spellStart"/>
            <w:r>
              <w:t>Predávajúci</w:t>
            </w:r>
            <w:proofErr w:type="spellEnd"/>
            <w:r>
              <w:t xml:space="preserve"> je </w:t>
            </w:r>
            <w:proofErr w:type="spellStart"/>
            <w:r>
              <w:t>povinný</w:t>
            </w:r>
            <w:proofErr w:type="spellEnd"/>
            <w:r>
              <w:t xml:space="preserve">, </w:t>
            </w:r>
            <w:proofErr w:type="spellStart"/>
            <w:r>
              <w:t>ak</w:t>
            </w:r>
            <w:proofErr w:type="spellEnd"/>
            <w:r>
              <w:t xml:space="preserve"> je to v </w:t>
            </w:r>
            <w:proofErr w:type="spellStart"/>
            <w:r>
              <w:t>prílohe</w:t>
            </w:r>
            <w:proofErr w:type="spellEnd"/>
            <w:r>
              <w:t xml:space="preserve"> </w:t>
            </w:r>
            <w:proofErr w:type="spellStart"/>
            <w:r>
              <w:t>dohodnuté</w:t>
            </w:r>
            <w:proofErr w:type="spellEnd"/>
            <w:r>
              <w:t xml:space="preserve">, </w:t>
            </w:r>
            <w:proofErr w:type="spellStart"/>
            <w:r>
              <w:t>navštíviť</w:t>
            </w:r>
            <w:proofErr w:type="spellEnd"/>
            <w:r>
              <w:t xml:space="preserve"> </w:t>
            </w:r>
            <w:proofErr w:type="spellStart"/>
            <w:r>
              <w:t>pracovisko</w:t>
            </w:r>
            <w:proofErr w:type="spellEnd"/>
            <w:r>
              <w:t xml:space="preserve"> v </w:t>
            </w:r>
            <w:proofErr w:type="spellStart"/>
            <w:r>
              <w:t>súlade</w:t>
            </w:r>
            <w:proofErr w:type="spellEnd"/>
            <w:r>
              <w:t xml:space="preserve"> s </w:t>
            </w:r>
            <w:proofErr w:type="spellStart"/>
            <w:r>
              <w:t>časovým</w:t>
            </w:r>
            <w:proofErr w:type="spellEnd"/>
            <w:r>
              <w:t xml:space="preserve"> </w:t>
            </w:r>
            <w:proofErr w:type="spellStart"/>
            <w:r>
              <w:t>harmonogramom</w:t>
            </w:r>
            <w:proofErr w:type="spellEnd"/>
            <w:r>
              <w:t xml:space="preserve"> </w:t>
            </w:r>
            <w:proofErr w:type="spellStart"/>
            <w:r>
              <w:t>uvedeným</w:t>
            </w:r>
            <w:proofErr w:type="spellEnd"/>
            <w:r>
              <w:t xml:space="preserve"> v </w:t>
            </w:r>
            <w:proofErr w:type="spellStart"/>
            <w:r>
              <w:t>prílohách</w:t>
            </w:r>
            <w:proofErr w:type="spellEnd"/>
            <w:r>
              <w:t xml:space="preserve"> za </w:t>
            </w:r>
            <w:proofErr w:type="spellStart"/>
            <w:r>
              <w:t>účelom</w:t>
            </w:r>
            <w:proofErr w:type="spellEnd"/>
            <w:r>
              <w:t xml:space="preserve"> </w:t>
            </w:r>
            <w:proofErr w:type="spellStart"/>
            <w:r>
              <w:t>kontroly</w:t>
            </w:r>
            <w:proofErr w:type="spellEnd"/>
            <w:r>
              <w:t xml:space="preserve"> </w:t>
            </w:r>
            <w:proofErr w:type="spellStart"/>
            <w:r>
              <w:t>pripravenosti</w:t>
            </w:r>
            <w:proofErr w:type="spellEnd"/>
            <w:r>
              <w:t xml:space="preserve"> </w:t>
            </w:r>
            <w:proofErr w:type="spellStart"/>
            <w:r>
              <w:t>pracoviska</w:t>
            </w:r>
            <w:proofErr w:type="spellEnd"/>
            <w:r>
              <w:t xml:space="preserve"> pred </w:t>
            </w:r>
            <w:proofErr w:type="spellStart"/>
            <w:r>
              <w:t>začatím</w:t>
            </w:r>
            <w:proofErr w:type="spellEnd"/>
            <w:r>
              <w:t xml:space="preserve"> </w:t>
            </w:r>
            <w:proofErr w:type="spellStart"/>
            <w:r>
              <w:t>inštalácie</w:t>
            </w:r>
            <w:proofErr w:type="spellEnd"/>
            <w:r>
              <w:t xml:space="preserve"> a </w:t>
            </w:r>
            <w:proofErr w:type="spellStart"/>
            <w:r>
              <w:t>prác</w:t>
            </w:r>
            <w:proofErr w:type="spellEnd"/>
            <w:r>
              <w:t xml:space="preserve"> </w:t>
            </w:r>
            <w:proofErr w:type="spellStart"/>
            <w:r>
              <w:t>na</w:t>
            </w:r>
            <w:proofErr w:type="spellEnd"/>
            <w:r>
              <w:t xml:space="preserve"> </w:t>
            </w:r>
            <w:proofErr w:type="spellStart"/>
            <w:r>
              <w:t>spustení</w:t>
            </w:r>
            <w:proofErr w:type="spellEnd"/>
            <w:r>
              <w:t xml:space="preserve"> a </w:t>
            </w:r>
            <w:proofErr w:type="spellStart"/>
            <w:r>
              <w:t>nastavovaní</w:t>
            </w:r>
            <w:proofErr w:type="spellEnd"/>
            <w:r>
              <w:t>.</w:t>
            </w:r>
          </w:p>
        </w:tc>
      </w:tr>
    </w:tbl>
    <w:p w14:paraId="7616E1C8"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1621BD5" w14:textId="77777777">
        <w:trPr>
          <w:jc w:val="center"/>
        </w:trPr>
        <w:tc>
          <w:tcPr>
            <w:tcW w:w="5159" w:type="dxa"/>
            <w:tcMar>
              <w:top w:w="70" w:type="dxa"/>
              <w:left w:w="95" w:type="dxa"/>
              <w:bottom w:w="70" w:type="dxa"/>
              <w:right w:w="95" w:type="dxa"/>
            </w:tcMar>
          </w:tcPr>
          <w:p w14:paraId="66E0A97E" w14:textId="77777777" w:rsidR="003F413A" w:rsidRDefault="00000000">
            <w:pPr>
              <w:spacing w:after="40"/>
              <w:jc w:val="both"/>
            </w:pPr>
            <w:r>
              <w:t>6.3. The Buyer’s responsibility is to provide requested tools, raw materials and services and other materials.</w:t>
            </w:r>
          </w:p>
          <w:p w14:paraId="53D34015" w14:textId="77777777" w:rsidR="003F413A" w:rsidRDefault="00000000">
            <w:pPr>
              <w:spacing w:after="40"/>
              <w:jc w:val="both"/>
            </w:pPr>
            <w:r>
              <w:t>The Seller shall not be responsible for delays in the installation and commissioning of the Goods caused by the Buyer’s fault or if Buyer did not fulfill all the requirements necessary to prepare the site for the start of the installation or if the Buyer did not deliver in time required other tools, raw materials, and other materials</w:t>
            </w:r>
          </w:p>
        </w:tc>
        <w:tc>
          <w:tcPr>
            <w:tcW w:w="5159" w:type="dxa"/>
            <w:tcMar>
              <w:top w:w="70" w:type="dxa"/>
              <w:left w:w="95" w:type="dxa"/>
              <w:bottom w:w="70" w:type="dxa"/>
              <w:right w:w="95" w:type="dxa"/>
            </w:tcMar>
          </w:tcPr>
          <w:p w14:paraId="6A4E4263" w14:textId="77777777" w:rsidR="003F413A" w:rsidRDefault="00000000">
            <w:pPr>
              <w:spacing w:after="40"/>
              <w:jc w:val="both"/>
            </w:pPr>
            <w:r>
              <w:t xml:space="preserve">6.3. </w:t>
            </w:r>
            <w:proofErr w:type="spellStart"/>
            <w:r>
              <w:t>Zodpovednosťou</w:t>
            </w:r>
            <w:proofErr w:type="spellEnd"/>
            <w:r>
              <w:t xml:space="preserve"> </w:t>
            </w:r>
            <w:proofErr w:type="spellStart"/>
            <w:r>
              <w:t>kupujúceho</w:t>
            </w:r>
            <w:proofErr w:type="spellEnd"/>
            <w:r>
              <w:t xml:space="preserve"> je </w:t>
            </w:r>
            <w:proofErr w:type="spellStart"/>
            <w:r>
              <w:t>poskytnúť</w:t>
            </w:r>
            <w:proofErr w:type="spellEnd"/>
            <w:r>
              <w:t xml:space="preserve"> </w:t>
            </w:r>
            <w:proofErr w:type="spellStart"/>
            <w:r>
              <w:t>požadované</w:t>
            </w:r>
            <w:proofErr w:type="spellEnd"/>
            <w:r>
              <w:t xml:space="preserve"> </w:t>
            </w:r>
            <w:proofErr w:type="spellStart"/>
            <w:r>
              <w:t>nástroje</w:t>
            </w:r>
            <w:proofErr w:type="spellEnd"/>
            <w:r>
              <w:t xml:space="preserve">, </w:t>
            </w:r>
            <w:proofErr w:type="spellStart"/>
            <w:r>
              <w:t>suroviny</w:t>
            </w:r>
            <w:proofErr w:type="spellEnd"/>
            <w:r>
              <w:t xml:space="preserve"> a </w:t>
            </w:r>
            <w:proofErr w:type="spellStart"/>
            <w:r>
              <w:t>služby</w:t>
            </w:r>
            <w:proofErr w:type="spellEnd"/>
            <w:r>
              <w:t xml:space="preserve"> </w:t>
            </w:r>
            <w:proofErr w:type="gramStart"/>
            <w:r>
              <w:t>a</w:t>
            </w:r>
            <w:proofErr w:type="gramEnd"/>
            <w:r>
              <w:t xml:space="preserve"> </w:t>
            </w:r>
            <w:proofErr w:type="spellStart"/>
            <w:r>
              <w:t>iné</w:t>
            </w:r>
            <w:proofErr w:type="spellEnd"/>
            <w:r>
              <w:t xml:space="preserve"> </w:t>
            </w:r>
            <w:proofErr w:type="spellStart"/>
            <w:r>
              <w:t>materiály</w:t>
            </w:r>
            <w:proofErr w:type="spellEnd"/>
            <w:r>
              <w:t>.</w:t>
            </w:r>
          </w:p>
          <w:p w14:paraId="5755CB39" w14:textId="77777777" w:rsidR="003F413A" w:rsidRDefault="00000000">
            <w:pPr>
              <w:spacing w:after="40"/>
              <w:jc w:val="both"/>
            </w:pPr>
            <w:proofErr w:type="spellStart"/>
            <w:r>
              <w:t>Predávajúci</w:t>
            </w:r>
            <w:proofErr w:type="spellEnd"/>
            <w:r>
              <w:t xml:space="preserve"> </w:t>
            </w:r>
            <w:proofErr w:type="spellStart"/>
            <w:r>
              <w:t>nenesie</w:t>
            </w:r>
            <w:proofErr w:type="spellEnd"/>
            <w:r>
              <w:t xml:space="preserve"> </w:t>
            </w:r>
            <w:proofErr w:type="spellStart"/>
            <w:r>
              <w:t>zodpovednosť</w:t>
            </w:r>
            <w:proofErr w:type="spellEnd"/>
            <w:r>
              <w:t xml:space="preserve"> za </w:t>
            </w:r>
            <w:proofErr w:type="spellStart"/>
            <w:r>
              <w:t>omeškanie</w:t>
            </w:r>
            <w:proofErr w:type="spellEnd"/>
            <w:r>
              <w:t xml:space="preserve"> s </w:t>
            </w:r>
            <w:proofErr w:type="spellStart"/>
            <w:r>
              <w:t>inštaláciou</w:t>
            </w:r>
            <w:proofErr w:type="spellEnd"/>
            <w:r>
              <w:t xml:space="preserve"> a </w:t>
            </w:r>
            <w:proofErr w:type="spellStart"/>
            <w:r>
              <w:t>uvedením</w:t>
            </w:r>
            <w:proofErr w:type="spellEnd"/>
            <w:r>
              <w:t xml:space="preserve"> </w:t>
            </w:r>
            <w:proofErr w:type="spellStart"/>
            <w:r>
              <w:t>Tovaru</w:t>
            </w:r>
            <w:proofErr w:type="spellEnd"/>
            <w:r>
              <w:t xml:space="preserve"> do </w:t>
            </w:r>
            <w:proofErr w:type="spellStart"/>
            <w:r>
              <w:t>prevádzky</w:t>
            </w:r>
            <w:proofErr w:type="spellEnd"/>
            <w:r>
              <w:t xml:space="preserve"> </w:t>
            </w:r>
            <w:proofErr w:type="spellStart"/>
            <w:r>
              <w:t>spôsobené</w:t>
            </w:r>
            <w:proofErr w:type="spellEnd"/>
            <w:r>
              <w:t xml:space="preserve"> </w:t>
            </w:r>
            <w:proofErr w:type="spellStart"/>
            <w:r>
              <w:t>vinou</w:t>
            </w:r>
            <w:proofErr w:type="spellEnd"/>
            <w:r>
              <w:t xml:space="preserve"> </w:t>
            </w:r>
            <w:proofErr w:type="spellStart"/>
            <w:r>
              <w:t>kupujúceho</w:t>
            </w:r>
            <w:proofErr w:type="spellEnd"/>
            <w:r>
              <w:t xml:space="preserve">, </w:t>
            </w:r>
            <w:proofErr w:type="spellStart"/>
            <w:r>
              <w:t>alebo</w:t>
            </w:r>
            <w:proofErr w:type="spellEnd"/>
            <w:r>
              <w:t xml:space="preserve"> </w:t>
            </w:r>
            <w:proofErr w:type="spellStart"/>
            <w:r>
              <w:t>ak</w:t>
            </w:r>
            <w:proofErr w:type="spellEnd"/>
            <w:r>
              <w:t xml:space="preserve"> </w:t>
            </w:r>
            <w:proofErr w:type="spellStart"/>
            <w:r>
              <w:t>kupujúci</w:t>
            </w:r>
            <w:proofErr w:type="spellEnd"/>
            <w:r>
              <w:t xml:space="preserve"> </w:t>
            </w:r>
            <w:proofErr w:type="spellStart"/>
            <w:r>
              <w:t>nesplní</w:t>
            </w:r>
            <w:proofErr w:type="spellEnd"/>
            <w:r>
              <w:t xml:space="preserve"> </w:t>
            </w:r>
            <w:proofErr w:type="spellStart"/>
            <w:r>
              <w:t>všetky</w:t>
            </w:r>
            <w:proofErr w:type="spellEnd"/>
            <w:r>
              <w:t xml:space="preserve"> </w:t>
            </w:r>
            <w:proofErr w:type="spellStart"/>
            <w:r>
              <w:t>požiadavky</w:t>
            </w:r>
            <w:proofErr w:type="spellEnd"/>
            <w:r>
              <w:t xml:space="preserve"> </w:t>
            </w:r>
            <w:proofErr w:type="spellStart"/>
            <w:r>
              <w:t>na</w:t>
            </w:r>
            <w:proofErr w:type="spellEnd"/>
            <w:r>
              <w:t xml:space="preserve"> </w:t>
            </w:r>
            <w:proofErr w:type="spellStart"/>
            <w:r>
              <w:t>prípravu</w:t>
            </w:r>
            <w:proofErr w:type="spellEnd"/>
            <w:r>
              <w:t xml:space="preserve"> </w:t>
            </w:r>
            <w:proofErr w:type="spellStart"/>
            <w:r>
              <w:t>miesta</w:t>
            </w:r>
            <w:proofErr w:type="spellEnd"/>
            <w:r>
              <w:t xml:space="preserve"> k </w:t>
            </w:r>
            <w:proofErr w:type="spellStart"/>
            <w:r>
              <w:t>začatiu</w:t>
            </w:r>
            <w:proofErr w:type="spellEnd"/>
            <w:r>
              <w:t xml:space="preserve"> </w:t>
            </w:r>
            <w:proofErr w:type="spellStart"/>
            <w:r>
              <w:t>inštalácie</w:t>
            </w:r>
            <w:proofErr w:type="spellEnd"/>
            <w:r>
              <w:t xml:space="preserve">, </w:t>
            </w:r>
            <w:proofErr w:type="spellStart"/>
            <w:r>
              <w:t>alebo</w:t>
            </w:r>
            <w:proofErr w:type="spellEnd"/>
            <w:r>
              <w:t xml:space="preserve"> </w:t>
            </w:r>
            <w:proofErr w:type="spellStart"/>
            <w:r>
              <w:t>ak</w:t>
            </w:r>
            <w:proofErr w:type="spellEnd"/>
            <w:r>
              <w:t xml:space="preserve"> </w:t>
            </w:r>
            <w:proofErr w:type="spellStart"/>
            <w:r>
              <w:t>kupujúci</w:t>
            </w:r>
            <w:proofErr w:type="spellEnd"/>
            <w:r>
              <w:t xml:space="preserve"> </w:t>
            </w:r>
            <w:proofErr w:type="spellStart"/>
            <w:r>
              <w:t>nedodá</w:t>
            </w:r>
            <w:proofErr w:type="spellEnd"/>
            <w:r>
              <w:t xml:space="preserve"> </w:t>
            </w:r>
            <w:proofErr w:type="spellStart"/>
            <w:r>
              <w:t>včas</w:t>
            </w:r>
            <w:proofErr w:type="spellEnd"/>
            <w:r>
              <w:t xml:space="preserve"> </w:t>
            </w:r>
            <w:proofErr w:type="spellStart"/>
            <w:r>
              <w:t>potrebné</w:t>
            </w:r>
            <w:proofErr w:type="spellEnd"/>
            <w:r>
              <w:t xml:space="preserve"> </w:t>
            </w:r>
            <w:proofErr w:type="spellStart"/>
            <w:r>
              <w:t>iné</w:t>
            </w:r>
            <w:proofErr w:type="spellEnd"/>
            <w:r>
              <w:t xml:space="preserve"> </w:t>
            </w:r>
            <w:proofErr w:type="spellStart"/>
            <w:r>
              <w:t>nástroje</w:t>
            </w:r>
            <w:proofErr w:type="spellEnd"/>
            <w:r>
              <w:t xml:space="preserve">, </w:t>
            </w:r>
            <w:proofErr w:type="spellStart"/>
            <w:r>
              <w:t>náradie</w:t>
            </w:r>
            <w:proofErr w:type="spellEnd"/>
            <w:r>
              <w:t xml:space="preserve">, </w:t>
            </w:r>
            <w:proofErr w:type="spellStart"/>
            <w:r>
              <w:t>suroviny</w:t>
            </w:r>
            <w:proofErr w:type="spellEnd"/>
            <w:r>
              <w:t xml:space="preserve"> </w:t>
            </w:r>
            <w:proofErr w:type="gramStart"/>
            <w:r>
              <w:t>a</w:t>
            </w:r>
            <w:proofErr w:type="gramEnd"/>
            <w:r>
              <w:t xml:space="preserve"> </w:t>
            </w:r>
            <w:proofErr w:type="spellStart"/>
            <w:r>
              <w:t>iné</w:t>
            </w:r>
            <w:proofErr w:type="spellEnd"/>
            <w:r>
              <w:t xml:space="preserve"> </w:t>
            </w:r>
            <w:proofErr w:type="spellStart"/>
            <w:r>
              <w:t>materiály</w:t>
            </w:r>
            <w:proofErr w:type="spellEnd"/>
            <w:r>
              <w:t>.</w:t>
            </w:r>
          </w:p>
        </w:tc>
      </w:tr>
    </w:tbl>
    <w:p w14:paraId="7BD270D9"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BEB477F" w14:textId="77777777">
        <w:trPr>
          <w:jc w:val="center"/>
        </w:trPr>
        <w:tc>
          <w:tcPr>
            <w:tcW w:w="5159" w:type="dxa"/>
            <w:tcMar>
              <w:top w:w="70" w:type="dxa"/>
              <w:left w:w="95" w:type="dxa"/>
              <w:bottom w:w="70" w:type="dxa"/>
              <w:right w:w="95" w:type="dxa"/>
            </w:tcMar>
          </w:tcPr>
          <w:p w14:paraId="5340370E" w14:textId="77777777" w:rsidR="003F413A" w:rsidRDefault="00000000">
            <w:pPr>
              <w:spacing w:after="40"/>
              <w:jc w:val="both"/>
            </w:pPr>
            <w:r>
              <w:lastRenderedPageBreak/>
              <w:t>6.4. The Seller undertakes to provide in terms according with Annexes of the present Contract to the Buyer the letter with the full list:</w:t>
            </w:r>
          </w:p>
          <w:p w14:paraId="618D0899" w14:textId="77777777" w:rsidR="003F413A" w:rsidRDefault="00000000">
            <w:pPr>
              <w:spacing w:after="40"/>
              <w:jc w:val="both"/>
            </w:pPr>
            <w:r>
              <w:t>- list of tools, materials, other services, and cargo handling machinery necessary to fulfill Services for installation, start-up and adjustment work.</w:t>
            </w:r>
          </w:p>
        </w:tc>
        <w:tc>
          <w:tcPr>
            <w:tcW w:w="5159" w:type="dxa"/>
            <w:tcMar>
              <w:top w:w="70" w:type="dxa"/>
              <w:left w:w="95" w:type="dxa"/>
              <w:bottom w:w="70" w:type="dxa"/>
              <w:right w:w="95" w:type="dxa"/>
            </w:tcMar>
          </w:tcPr>
          <w:p w14:paraId="7A8FC0BA" w14:textId="77777777" w:rsidR="003F413A" w:rsidRDefault="00000000">
            <w:pPr>
              <w:spacing w:after="40"/>
              <w:jc w:val="both"/>
            </w:pPr>
            <w:r>
              <w:t xml:space="preserve">6.4. </w:t>
            </w:r>
            <w:proofErr w:type="spellStart"/>
            <w:r>
              <w:t>Predávajúci</w:t>
            </w:r>
            <w:proofErr w:type="spellEnd"/>
            <w:r>
              <w:t xml:space="preserve"> </w:t>
            </w:r>
            <w:proofErr w:type="spellStart"/>
            <w:r>
              <w:t>sa</w:t>
            </w:r>
            <w:proofErr w:type="spellEnd"/>
            <w:r>
              <w:t xml:space="preserve"> </w:t>
            </w:r>
            <w:proofErr w:type="spellStart"/>
            <w:r>
              <w:t>zaväzuje</w:t>
            </w:r>
            <w:proofErr w:type="spellEnd"/>
            <w:r>
              <w:t xml:space="preserve"> </w:t>
            </w:r>
            <w:proofErr w:type="spellStart"/>
            <w:r>
              <w:t>poskytnúť</w:t>
            </w:r>
            <w:proofErr w:type="spellEnd"/>
            <w:r>
              <w:t xml:space="preserve"> </w:t>
            </w:r>
            <w:proofErr w:type="spellStart"/>
            <w:r>
              <w:t>kupujúcemu</w:t>
            </w:r>
            <w:proofErr w:type="spellEnd"/>
            <w:r>
              <w:t xml:space="preserve"> v </w:t>
            </w:r>
            <w:proofErr w:type="spellStart"/>
            <w:r>
              <w:t>termínoch</w:t>
            </w:r>
            <w:proofErr w:type="spellEnd"/>
            <w:r>
              <w:t xml:space="preserve"> </w:t>
            </w:r>
            <w:proofErr w:type="spellStart"/>
            <w:r>
              <w:t>podľa</w:t>
            </w:r>
            <w:proofErr w:type="spellEnd"/>
            <w:r>
              <w:t xml:space="preserve"> </w:t>
            </w:r>
            <w:proofErr w:type="spellStart"/>
            <w:r>
              <w:t>príloh</w:t>
            </w:r>
            <w:proofErr w:type="spellEnd"/>
            <w:r>
              <w:t xml:space="preserve"> </w:t>
            </w:r>
            <w:proofErr w:type="spellStart"/>
            <w:r>
              <w:t>tejto</w:t>
            </w:r>
            <w:proofErr w:type="spellEnd"/>
            <w:r>
              <w:t xml:space="preserve"> </w:t>
            </w:r>
            <w:proofErr w:type="spellStart"/>
            <w:r>
              <w:t>zmluvy</w:t>
            </w:r>
            <w:proofErr w:type="spellEnd"/>
            <w:r>
              <w:t xml:space="preserve"> list s </w:t>
            </w:r>
            <w:r w:rsidRPr="00C7762B">
              <w:rPr>
                <w:lang w:val="sk-SK"/>
              </w:rPr>
              <w:t>úplným zoznamom:</w:t>
            </w:r>
          </w:p>
          <w:p w14:paraId="77E19607" w14:textId="77777777" w:rsidR="00C7762B" w:rsidRPr="00C7762B" w:rsidRDefault="00C7762B">
            <w:pPr>
              <w:spacing w:after="40"/>
              <w:jc w:val="both"/>
              <w:rPr>
                <w:sz w:val="12"/>
                <w:szCs w:val="18"/>
              </w:rPr>
            </w:pPr>
          </w:p>
          <w:p w14:paraId="2445917E" w14:textId="77777777" w:rsidR="003F413A" w:rsidRDefault="00000000">
            <w:pPr>
              <w:spacing w:after="40"/>
              <w:jc w:val="both"/>
            </w:pPr>
            <w:r>
              <w:t xml:space="preserve">- </w:t>
            </w:r>
            <w:proofErr w:type="spellStart"/>
            <w:r>
              <w:t>zoznamom</w:t>
            </w:r>
            <w:proofErr w:type="spellEnd"/>
            <w:r>
              <w:t xml:space="preserve"> </w:t>
            </w:r>
            <w:proofErr w:type="spellStart"/>
            <w:r>
              <w:t>nástrojov</w:t>
            </w:r>
            <w:proofErr w:type="spellEnd"/>
            <w:r>
              <w:t xml:space="preserve">, </w:t>
            </w:r>
            <w:proofErr w:type="spellStart"/>
            <w:r>
              <w:t>materiálov</w:t>
            </w:r>
            <w:proofErr w:type="spellEnd"/>
            <w:r>
              <w:t xml:space="preserve">, </w:t>
            </w:r>
            <w:proofErr w:type="spellStart"/>
            <w:r>
              <w:t>iných</w:t>
            </w:r>
            <w:proofErr w:type="spellEnd"/>
            <w:r>
              <w:t xml:space="preserve"> </w:t>
            </w:r>
            <w:proofErr w:type="spellStart"/>
            <w:r>
              <w:t>služieb</w:t>
            </w:r>
            <w:proofErr w:type="spellEnd"/>
            <w:r>
              <w:t xml:space="preserve"> a </w:t>
            </w:r>
            <w:proofErr w:type="spellStart"/>
            <w:r>
              <w:t>strojov</w:t>
            </w:r>
            <w:proofErr w:type="spellEnd"/>
            <w:r>
              <w:t xml:space="preserve"> </w:t>
            </w:r>
            <w:proofErr w:type="spellStart"/>
            <w:r>
              <w:t>na</w:t>
            </w:r>
            <w:proofErr w:type="spellEnd"/>
            <w:r>
              <w:t xml:space="preserve"> </w:t>
            </w:r>
            <w:proofErr w:type="spellStart"/>
            <w:r>
              <w:t>manipuláciu</w:t>
            </w:r>
            <w:proofErr w:type="spellEnd"/>
            <w:r>
              <w:t xml:space="preserve"> s </w:t>
            </w:r>
            <w:proofErr w:type="spellStart"/>
            <w:r>
              <w:t>nákladom</w:t>
            </w:r>
            <w:proofErr w:type="spellEnd"/>
            <w:r>
              <w:t xml:space="preserve">, </w:t>
            </w:r>
            <w:proofErr w:type="spellStart"/>
            <w:r>
              <w:t>ktoré</w:t>
            </w:r>
            <w:proofErr w:type="spellEnd"/>
            <w:r>
              <w:t xml:space="preserve"> </w:t>
            </w:r>
            <w:proofErr w:type="spellStart"/>
            <w:r>
              <w:t>sú</w:t>
            </w:r>
            <w:proofErr w:type="spellEnd"/>
            <w:r>
              <w:t xml:space="preserve"> </w:t>
            </w:r>
            <w:proofErr w:type="spellStart"/>
            <w:r>
              <w:t>potrebné</w:t>
            </w:r>
            <w:proofErr w:type="spellEnd"/>
            <w:r>
              <w:t xml:space="preserve"> </w:t>
            </w:r>
            <w:proofErr w:type="spellStart"/>
            <w:r>
              <w:t>na</w:t>
            </w:r>
            <w:proofErr w:type="spellEnd"/>
            <w:r>
              <w:t xml:space="preserve"> </w:t>
            </w:r>
            <w:proofErr w:type="spellStart"/>
            <w:r>
              <w:t>realizáciu</w:t>
            </w:r>
            <w:proofErr w:type="spellEnd"/>
            <w:r>
              <w:t xml:space="preserve"> </w:t>
            </w:r>
            <w:proofErr w:type="spellStart"/>
            <w:r>
              <w:t>Služieb</w:t>
            </w:r>
            <w:proofErr w:type="spellEnd"/>
            <w:r>
              <w:t xml:space="preserve"> pre </w:t>
            </w:r>
            <w:proofErr w:type="spellStart"/>
            <w:r>
              <w:t>inštaláciu</w:t>
            </w:r>
            <w:proofErr w:type="spellEnd"/>
            <w:r>
              <w:t xml:space="preserve">, </w:t>
            </w:r>
            <w:proofErr w:type="spellStart"/>
            <w:r>
              <w:t>uvedenie</w:t>
            </w:r>
            <w:proofErr w:type="spellEnd"/>
            <w:r>
              <w:t xml:space="preserve"> do </w:t>
            </w:r>
            <w:proofErr w:type="spellStart"/>
            <w:r>
              <w:t>prevádzky</w:t>
            </w:r>
            <w:proofErr w:type="spellEnd"/>
            <w:r>
              <w:t xml:space="preserve"> a </w:t>
            </w:r>
            <w:proofErr w:type="spellStart"/>
            <w:r>
              <w:t>práce</w:t>
            </w:r>
            <w:proofErr w:type="spellEnd"/>
            <w:r>
              <w:t xml:space="preserve"> </w:t>
            </w:r>
            <w:proofErr w:type="spellStart"/>
            <w:r>
              <w:t>na</w:t>
            </w:r>
            <w:proofErr w:type="spellEnd"/>
            <w:r>
              <w:t xml:space="preserve"> </w:t>
            </w:r>
            <w:proofErr w:type="spellStart"/>
            <w:r>
              <w:t>spustení</w:t>
            </w:r>
            <w:proofErr w:type="spellEnd"/>
            <w:r>
              <w:t xml:space="preserve"> a </w:t>
            </w:r>
            <w:proofErr w:type="spellStart"/>
            <w:r>
              <w:t>nastavovaní</w:t>
            </w:r>
            <w:proofErr w:type="spellEnd"/>
            <w:r>
              <w:t>.</w:t>
            </w:r>
          </w:p>
        </w:tc>
      </w:tr>
    </w:tbl>
    <w:p w14:paraId="2C2299DF"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rsidRPr="003C2082" w14:paraId="4B0808C7" w14:textId="77777777">
        <w:trPr>
          <w:jc w:val="center"/>
        </w:trPr>
        <w:tc>
          <w:tcPr>
            <w:tcW w:w="5159" w:type="dxa"/>
            <w:shd w:val="clear" w:color="auto" w:fill="EDEDED"/>
            <w:tcMar>
              <w:top w:w="90" w:type="dxa"/>
              <w:left w:w="95" w:type="dxa"/>
              <w:bottom w:w="90" w:type="dxa"/>
              <w:right w:w="95" w:type="dxa"/>
            </w:tcMar>
          </w:tcPr>
          <w:p w14:paraId="4675C578" w14:textId="77777777" w:rsidR="003F413A" w:rsidRDefault="00000000">
            <w:pPr>
              <w:keepNext/>
              <w:spacing w:after="40"/>
              <w:jc w:val="center"/>
            </w:pPr>
            <w:r>
              <w:rPr>
                <w:b/>
                <w:sz w:val="18"/>
              </w:rPr>
              <w:t>Article 7. Acceptance of the equipment into operation</w:t>
            </w:r>
          </w:p>
        </w:tc>
        <w:tc>
          <w:tcPr>
            <w:tcW w:w="5159" w:type="dxa"/>
            <w:shd w:val="clear" w:color="auto" w:fill="EDEDED"/>
            <w:tcMar>
              <w:top w:w="90" w:type="dxa"/>
              <w:left w:w="95" w:type="dxa"/>
              <w:bottom w:w="90" w:type="dxa"/>
              <w:right w:w="95" w:type="dxa"/>
            </w:tcMar>
          </w:tcPr>
          <w:p w14:paraId="2F25750C" w14:textId="77777777" w:rsidR="003F413A" w:rsidRPr="00B662DE" w:rsidRDefault="00000000">
            <w:pPr>
              <w:keepNext/>
              <w:spacing w:after="40"/>
              <w:jc w:val="center"/>
              <w:rPr>
                <w:lang w:val="pl-PL"/>
              </w:rPr>
            </w:pPr>
            <w:r w:rsidRPr="00B662DE">
              <w:rPr>
                <w:b/>
                <w:sz w:val="18"/>
                <w:lang w:val="pl-PL"/>
              </w:rPr>
              <w:t>Článok 7. Prevzatie zariadenia do prevádzky</w:t>
            </w:r>
          </w:p>
        </w:tc>
      </w:tr>
    </w:tbl>
    <w:p w14:paraId="0E4595B5" w14:textId="77777777" w:rsidR="003F413A" w:rsidRPr="00B662DE" w:rsidRDefault="003F413A">
      <w:pPr>
        <w:keepNext/>
        <w:spacing w:line="180" w:lineRule="auto"/>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4603AF" w14:paraId="6E8C4485" w14:textId="77777777">
        <w:trPr>
          <w:jc w:val="center"/>
        </w:trPr>
        <w:tc>
          <w:tcPr>
            <w:tcW w:w="5159" w:type="dxa"/>
            <w:tcMar>
              <w:top w:w="70" w:type="dxa"/>
              <w:left w:w="95" w:type="dxa"/>
              <w:bottom w:w="70" w:type="dxa"/>
              <w:right w:w="95" w:type="dxa"/>
            </w:tcMar>
          </w:tcPr>
          <w:p w14:paraId="1E8D0B4F" w14:textId="48A2E194" w:rsidR="00722294" w:rsidRDefault="00000000">
            <w:pPr>
              <w:spacing w:after="40"/>
              <w:jc w:val="both"/>
            </w:pPr>
            <w:r>
              <w:t>7.1. Acceptance of the equipment into operation shall begin immediately after the completion of commissioning and start-up and adjustment works stipulated in Annexes to the present Contract. The tests shall commence immediately after commissioning and start -up. The Seller shall inform the Buyer in writing about the time of the equipment readiness to testing. The Buyer may delay the start of acceptance testing for period not exceeding 4 months if he is not able to provide all the needed materials, permissions, connections (electricity, steam, hot oil, water, wastewater etc.) necessary for the start-up and running of the equipment supplied by the Seller</w:t>
            </w:r>
          </w:p>
        </w:tc>
        <w:tc>
          <w:tcPr>
            <w:tcW w:w="5159" w:type="dxa"/>
            <w:tcMar>
              <w:top w:w="70" w:type="dxa"/>
              <w:left w:w="95" w:type="dxa"/>
              <w:bottom w:w="70" w:type="dxa"/>
              <w:right w:w="95" w:type="dxa"/>
            </w:tcMar>
          </w:tcPr>
          <w:p w14:paraId="23F7A546" w14:textId="3BCDAC0C" w:rsidR="003F413A" w:rsidRPr="004603AF" w:rsidRDefault="00722294">
            <w:pPr>
              <w:spacing w:after="40"/>
              <w:jc w:val="both"/>
            </w:pPr>
            <w:r>
              <w:t xml:space="preserve">7.1. </w:t>
            </w:r>
            <w:proofErr w:type="spellStart"/>
            <w:r>
              <w:t>Prevzatie</w:t>
            </w:r>
            <w:proofErr w:type="spellEnd"/>
            <w:r>
              <w:t xml:space="preserve"> </w:t>
            </w:r>
            <w:proofErr w:type="spellStart"/>
            <w:r>
              <w:t>zariadenia</w:t>
            </w:r>
            <w:proofErr w:type="spellEnd"/>
            <w:r>
              <w:t xml:space="preserve"> do </w:t>
            </w:r>
            <w:proofErr w:type="spellStart"/>
            <w:r>
              <w:t>prevádzky</w:t>
            </w:r>
            <w:proofErr w:type="spellEnd"/>
            <w:r>
              <w:t xml:space="preserve"> </w:t>
            </w:r>
            <w:proofErr w:type="spellStart"/>
            <w:r>
              <w:t>sa</w:t>
            </w:r>
            <w:proofErr w:type="spellEnd"/>
            <w:r>
              <w:t xml:space="preserve"> </w:t>
            </w:r>
            <w:proofErr w:type="spellStart"/>
            <w:r>
              <w:t>začne</w:t>
            </w:r>
            <w:proofErr w:type="spellEnd"/>
            <w:r>
              <w:t xml:space="preserve"> </w:t>
            </w:r>
            <w:proofErr w:type="spellStart"/>
            <w:r>
              <w:t>ihneď</w:t>
            </w:r>
            <w:proofErr w:type="spellEnd"/>
            <w:r>
              <w:t xml:space="preserve"> po </w:t>
            </w:r>
            <w:proofErr w:type="spellStart"/>
            <w:r>
              <w:t>ukončení</w:t>
            </w:r>
            <w:proofErr w:type="spellEnd"/>
            <w:r>
              <w:t xml:space="preserve"> </w:t>
            </w:r>
            <w:proofErr w:type="spellStart"/>
            <w:r>
              <w:t>uvedenia</w:t>
            </w:r>
            <w:proofErr w:type="spellEnd"/>
            <w:r>
              <w:t xml:space="preserve"> do </w:t>
            </w:r>
            <w:proofErr w:type="spellStart"/>
            <w:r>
              <w:t>prevádzky</w:t>
            </w:r>
            <w:proofErr w:type="spellEnd"/>
            <w:r>
              <w:t xml:space="preserve"> a </w:t>
            </w:r>
            <w:proofErr w:type="spellStart"/>
            <w:r>
              <w:t>prác</w:t>
            </w:r>
            <w:proofErr w:type="spellEnd"/>
            <w:r>
              <w:t xml:space="preserve"> </w:t>
            </w:r>
            <w:proofErr w:type="spellStart"/>
            <w:r>
              <w:t>na</w:t>
            </w:r>
            <w:proofErr w:type="spellEnd"/>
            <w:r>
              <w:t xml:space="preserve"> </w:t>
            </w:r>
            <w:proofErr w:type="spellStart"/>
            <w:r>
              <w:t>spustení</w:t>
            </w:r>
            <w:proofErr w:type="spellEnd"/>
            <w:r>
              <w:t xml:space="preserve"> a </w:t>
            </w:r>
            <w:proofErr w:type="spellStart"/>
            <w:r>
              <w:t>nastavovaní</w:t>
            </w:r>
            <w:proofErr w:type="spellEnd"/>
            <w:r>
              <w:t xml:space="preserve"> </w:t>
            </w:r>
            <w:proofErr w:type="spellStart"/>
            <w:r>
              <w:t>uvedených</w:t>
            </w:r>
            <w:proofErr w:type="spellEnd"/>
            <w:r>
              <w:t xml:space="preserve"> v </w:t>
            </w:r>
            <w:proofErr w:type="spellStart"/>
            <w:r>
              <w:t>prílohách</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rsidRPr="004603AF">
              <w:t>Skúšky</w:t>
            </w:r>
            <w:proofErr w:type="spellEnd"/>
            <w:r w:rsidRPr="004603AF">
              <w:t xml:space="preserve"> </w:t>
            </w:r>
            <w:proofErr w:type="spellStart"/>
            <w:r w:rsidRPr="004603AF">
              <w:t>sa</w:t>
            </w:r>
            <w:proofErr w:type="spellEnd"/>
            <w:r w:rsidRPr="004603AF">
              <w:t xml:space="preserve"> </w:t>
            </w:r>
            <w:proofErr w:type="spellStart"/>
            <w:r w:rsidRPr="004603AF">
              <w:t>musia</w:t>
            </w:r>
            <w:proofErr w:type="spellEnd"/>
            <w:r w:rsidRPr="004603AF">
              <w:t xml:space="preserve"> </w:t>
            </w:r>
            <w:proofErr w:type="spellStart"/>
            <w:r w:rsidRPr="004603AF">
              <w:t>začať</w:t>
            </w:r>
            <w:proofErr w:type="spellEnd"/>
            <w:r w:rsidRPr="004603AF">
              <w:t xml:space="preserve"> </w:t>
            </w:r>
            <w:proofErr w:type="spellStart"/>
            <w:r w:rsidRPr="004603AF">
              <w:t>ihneď</w:t>
            </w:r>
            <w:proofErr w:type="spellEnd"/>
            <w:r w:rsidRPr="004603AF">
              <w:t xml:space="preserve"> po </w:t>
            </w:r>
            <w:proofErr w:type="spellStart"/>
            <w:r w:rsidRPr="004603AF">
              <w:t>uvedení</w:t>
            </w:r>
            <w:proofErr w:type="spellEnd"/>
            <w:r w:rsidRPr="004603AF">
              <w:t xml:space="preserve"> do </w:t>
            </w:r>
            <w:proofErr w:type="spellStart"/>
            <w:r w:rsidRPr="004603AF">
              <w:t>prevádzky</w:t>
            </w:r>
            <w:proofErr w:type="spellEnd"/>
            <w:r w:rsidRPr="004603AF">
              <w:t xml:space="preserve"> a </w:t>
            </w:r>
            <w:proofErr w:type="spellStart"/>
            <w:r w:rsidRPr="004603AF">
              <w:t>spustení</w:t>
            </w:r>
            <w:proofErr w:type="spellEnd"/>
            <w:r w:rsidRPr="004603AF">
              <w:t xml:space="preserve">. </w:t>
            </w:r>
            <w:proofErr w:type="spellStart"/>
            <w:r w:rsidRPr="004603AF">
              <w:t>Predávajúci</w:t>
            </w:r>
            <w:proofErr w:type="spellEnd"/>
            <w:r w:rsidRPr="004603AF">
              <w:t xml:space="preserve"> </w:t>
            </w:r>
            <w:proofErr w:type="spellStart"/>
            <w:r w:rsidRPr="004603AF">
              <w:t>bude</w:t>
            </w:r>
            <w:proofErr w:type="spellEnd"/>
            <w:r w:rsidRPr="004603AF">
              <w:t xml:space="preserve"> </w:t>
            </w:r>
            <w:proofErr w:type="spellStart"/>
            <w:r w:rsidRPr="004603AF">
              <w:t>kupujúceho</w:t>
            </w:r>
            <w:proofErr w:type="spellEnd"/>
            <w:r w:rsidRPr="004603AF">
              <w:t xml:space="preserve"> </w:t>
            </w:r>
            <w:proofErr w:type="spellStart"/>
            <w:r w:rsidRPr="004603AF">
              <w:t>písomne</w:t>
            </w:r>
            <w:proofErr w:type="spellEnd"/>
            <w:r w:rsidRPr="004603AF">
              <w:t xml:space="preserve"> ​​</w:t>
            </w:r>
            <w:proofErr w:type="spellStart"/>
            <w:r w:rsidRPr="004603AF">
              <w:t>informovať</w:t>
            </w:r>
            <w:proofErr w:type="spellEnd"/>
            <w:r w:rsidRPr="004603AF">
              <w:t xml:space="preserve"> o </w:t>
            </w:r>
            <w:proofErr w:type="spellStart"/>
            <w:r w:rsidRPr="004603AF">
              <w:t>čase</w:t>
            </w:r>
            <w:proofErr w:type="spellEnd"/>
            <w:r w:rsidRPr="004603AF">
              <w:t xml:space="preserve"> </w:t>
            </w:r>
            <w:proofErr w:type="spellStart"/>
            <w:r w:rsidRPr="004603AF">
              <w:t>pripravenosti</w:t>
            </w:r>
            <w:proofErr w:type="spellEnd"/>
            <w:r w:rsidRPr="004603AF">
              <w:t xml:space="preserve"> </w:t>
            </w:r>
            <w:proofErr w:type="spellStart"/>
            <w:r w:rsidRPr="004603AF">
              <w:t>zariadenia</w:t>
            </w:r>
            <w:proofErr w:type="spellEnd"/>
            <w:r w:rsidRPr="004603AF">
              <w:t xml:space="preserve"> </w:t>
            </w:r>
            <w:proofErr w:type="spellStart"/>
            <w:r w:rsidRPr="004603AF">
              <w:t>na</w:t>
            </w:r>
            <w:proofErr w:type="spellEnd"/>
            <w:r w:rsidRPr="004603AF">
              <w:t xml:space="preserve"> </w:t>
            </w:r>
            <w:proofErr w:type="spellStart"/>
            <w:r w:rsidRPr="004603AF">
              <w:t>odskúšanie</w:t>
            </w:r>
            <w:proofErr w:type="spellEnd"/>
            <w:r w:rsidRPr="004603AF">
              <w:t xml:space="preserve">. </w:t>
            </w:r>
            <w:proofErr w:type="spellStart"/>
            <w:r w:rsidRPr="004603AF">
              <w:t>Kupujúci</w:t>
            </w:r>
            <w:proofErr w:type="spellEnd"/>
            <w:r w:rsidRPr="004603AF">
              <w:t xml:space="preserve"> </w:t>
            </w:r>
            <w:proofErr w:type="spellStart"/>
            <w:r w:rsidRPr="004603AF">
              <w:t>môže</w:t>
            </w:r>
            <w:proofErr w:type="spellEnd"/>
            <w:r w:rsidRPr="004603AF">
              <w:t xml:space="preserve"> </w:t>
            </w:r>
            <w:proofErr w:type="spellStart"/>
            <w:r w:rsidRPr="004603AF">
              <w:t>presunúť</w:t>
            </w:r>
            <w:proofErr w:type="spellEnd"/>
            <w:r w:rsidRPr="004603AF">
              <w:t xml:space="preserve"> </w:t>
            </w:r>
            <w:proofErr w:type="spellStart"/>
            <w:r w:rsidRPr="004603AF">
              <w:t>začatie</w:t>
            </w:r>
            <w:proofErr w:type="spellEnd"/>
            <w:r w:rsidRPr="004603AF">
              <w:t xml:space="preserve"> </w:t>
            </w:r>
            <w:proofErr w:type="spellStart"/>
            <w:r w:rsidRPr="004603AF">
              <w:t>preberacích</w:t>
            </w:r>
            <w:proofErr w:type="spellEnd"/>
            <w:r w:rsidRPr="004603AF">
              <w:t xml:space="preserve"> </w:t>
            </w:r>
            <w:proofErr w:type="spellStart"/>
            <w:r w:rsidRPr="004603AF">
              <w:t>skúšok</w:t>
            </w:r>
            <w:proofErr w:type="spellEnd"/>
            <w:r w:rsidRPr="004603AF">
              <w:t xml:space="preserve"> </w:t>
            </w:r>
            <w:proofErr w:type="spellStart"/>
            <w:r w:rsidRPr="004603AF">
              <w:t>maximálne</w:t>
            </w:r>
            <w:proofErr w:type="spellEnd"/>
            <w:r w:rsidRPr="004603AF">
              <w:t xml:space="preserve"> o 4 </w:t>
            </w:r>
            <w:proofErr w:type="spellStart"/>
            <w:r w:rsidRPr="004603AF">
              <w:t>mesiace</w:t>
            </w:r>
            <w:proofErr w:type="spellEnd"/>
            <w:r w:rsidRPr="004603AF">
              <w:t xml:space="preserve">, </w:t>
            </w:r>
            <w:proofErr w:type="spellStart"/>
            <w:r w:rsidRPr="004603AF">
              <w:t>ak</w:t>
            </w:r>
            <w:proofErr w:type="spellEnd"/>
            <w:r w:rsidRPr="004603AF">
              <w:t xml:space="preserve"> </w:t>
            </w:r>
            <w:proofErr w:type="spellStart"/>
            <w:r w:rsidRPr="004603AF">
              <w:t>nie</w:t>
            </w:r>
            <w:proofErr w:type="spellEnd"/>
            <w:r w:rsidRPr="004603AF">
              <w:t xml:space="preserve"> je </w:t>
            </w:r>
            <w:proofErr w:type="spellStart"/>
            <w:r w:rsidRPr="004603AF">
              <w:t>schopný</w:t>
            </w:r>
            <w:proofErr w:type="spellEnd"/>
            <w:r w:rsidRPr="004603AF">
              <w:t xml:space="preserve"> </w:t>
            </w:r>
            <w:proofErr w:type="spellStart"/>
            <w:r w:rsidRPr="004603AF">
              <w:t>zabezpečiť</w:t>
            </w:r>
            <w:proofErr w:type="spellEnd"/>
            <w:r w:rsidRPr="004603AF">
              <w:t xml:space="preserve"> </w:t>
            </w:r>
            <w:proofErr w:type="spellStart"/>
            <w:r w:rsidRPr="004603AF">
              <w:t>všetky</w:t>
            </w:r>
            <w:proofErr w:type="spellEnd"/>
            <w:r w:rsidRPr="004603AF">
              <w:t xml:space="preserve"> </w:t>
            </w:r>
            <w:proofErr w:type="spellStart"/>
            <w:r w:rsidRPr="004603AF">
              <w:t>potrebné</w:t>
            </w:r>
            <w:proofErr w:type="spellEnd"/>
            <w:r w:rsidRPr="004603AF">
              <w:t xml:space="preserve"> </w:t>
            </w:r>
            <w:proofErr w:type="spellStart"/>
            <w:r w:rsidRPr="004603AF">
              <w:t>materiály</w:t>
            </w:r>
            <w:proofErr w:type="spellEnd"/>
            <w:r w:rsidRPr="004603AF">
              <w:t xml:space="preserve">, </w:t>
            </w:r>
            <w:proofErr w:type="spellStart"/>
            <w:r w:rsidRPr="004603AF">
              <w:t>povolenia</w:t>
            </w:r>
            <w:proofErr w:type="spellEnd"/>
            <w:r w:rsidRPr="004603AF">
              <w:t xml:space="preserve">, </w:t>
            </w:r>
            <w:proofErr w:type="spellStart"/>
            <w:r w:rsidRPr="004603AF">
              <w:t>prípojky</w:t>
            </w:r>
            <w:proofErr w:type="spellEnd"/>
            <w:r w:rsidRPr="004603AF">
              <w:t xml:space="preserve"> (</w:t>
            </w:r>
            <w:proofErr w:type="spellStart"/>
            <w:r w:rsidRPr="004603AF">
              <w:t>elektrina</w:t>
            </w:r>
            <w:proofErr w:type="spellEnd"/>
            <w:r w:rsidRPr="004603AF">
              <w:t xml:space="preserve">, para, </w:t>
            </w:r>
            <w:proofErr w:type="spellStart"/>
            <w:r w:rsidRPr="004603AF">
              <w:t>horúci</w:t>
            </w:r>
            <w:proofErr w:type="spellEnd"/>
            <w:r w:rsidRPr="004603AF">
              <w:t xml:space="preserve"> </w:t>
            </w:r>
            <w:proofErr w:type="spellStart"/>
            <w:r w:rsidRPr="004603AF">
              <w:t>olej</w:t>
            </w:r>
            <w:proofErr w:type="spellEnd"/>
            <w:r w:rsidRPr="004603AF">
              <w:t xml:space="preserve">, </w:t>
            </w:r>
            <w:proofErr w:type="spellStart"/>
            <w:r w:rsidRPr="004603AF">
              <w:t>voda</w:t>
            </w:r>
            <w:proofErr w:type="spellEnd"/>
            <w:r w:rsidRPr="004603AF">
              <w:t xml:space="preserve">, </w:t>
            </w:r>
            <w:proofErr w:type="spellStart"/>
            <w:r w:rsidRPr="004603AF">
              <w:t>odpadová</w:t>
            </w:r>
            <w:proofErr w:type="spellEnd"/>
            <w:r w:rsidRPr="004603AF">
              <w:t xml:space="preserve"> </w:t>
            </w:r>
            <w:proofErr w:type="spellStart"/>
            <w:r w:rsidRPr="004603AF">
              <w:t>voda</w:t>
            </w:r>
            <w:proofErr w:type="spellEnd"/>
            <w:r w:rsidRPr="004603AF">
              <w:t xml:space="preserve"> a pod.) </w:t>
            </w:r>
            <w:proofErr w:type="spellStart"/>
            <w:r w:rsidRPr="004603AF">
              <w:t>potrebné</w:t>
            </w:r>
            <w:proofErr w:type="spellEnd"/>
            <w:r w:rsidRPr="004603AF">
              <w:t xml:space="preserve"> </w:t>
            </w:r>
            <w:proofErr w:type="spellStart"/>
            <w:r w:rsidRPr="004603AF">
              <w:t>na</w:t>
            </w:r>
            <w:proofErr w:type="spellEnd"/>
            <w:r w:rsidRPr="004603AF">
              <w:t xml:space="preserve"> </w:t>
            </w:r>
            <w:proofErr w:type="spellStart"/>
            <w:r w:rsidRPr="004603AF">
              <w:t>spustenie</w:t>
            </w:r>
            <w:proofErr w:type="spellEnd"/>
            <w:r w:rsidRPr="004603AF">
              <w:t xml:space="preserve"> a </w:t>
            </w:r>
            <w:proofErr w:type="spellStart"/>
            <w:r w:rsidRPr="004603AF">
              <w:t>chod</w:t>
            </w:r>
            <w:proofErr w:type="spellEnd"/>
            <w:r w:rsidRPr="004603AF">
              <w:t xml:space="preserve"> </w:t>
            </w:r>
            <w:proofErr w:type="spellStart"/>
            <w:r w:rsidRPr="004603AF">
              <w:t>zariadenia</w:t>
            </w:r>
            <w:proofErr w:type="spellEnd"/>
            <w:r w:rsidRPr="004603AF">
              <w:t xml:space="preserve"> </w:t>
            </w:r>
            <w:proofErr w:type="spellStart"/>
            <w:r w:rsidRPr="004603AF">
              <w:t>dodaného</w:t>
            </w:r>
            <w:proofErr w:type="spellEnd"/>
            <w:r w:rsidRPr="004603AF">
              <w:t xml:space="preserve"> </w:t>
            </w:r>
            <w:proofErr w:type="spellStart"/>
            <w:r w:rsidRPr="004603AF">
              <w:t>predávajúcim</w:t>
            </w:r>
            <w:proofErr w:type="spellEnd"/>
            <w:r w:rsidRPr="004603AF">
              <w:t>.</w:t>
            </w:r>
          </w:p>
        </w:tc>
      </w:tr>
    </w:tbl>
    <w:p w14:paraId="162D9735" w14:textId="77777777" w:rsidR="003F413A" w:rsidRPr="004603AF"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3C2082" w14:paraId="42C84051" w14:textId="77777777">
        <w:trPr>
          <w:jc w:val="center"/>
        </w:trPr>
        <w:tc>
          <w:tcPr>
            <w:tcW w:w="5159" w:type="dxa"/>
            <w:tcMar>
              <w:top w:w="70" w:type="dxa"/>
              <w:left w:w="95" w:type="dxa"/>
              <w:bottom w:w="70" w:type="dxa"/>
              <w:right w:w="95" w:type="dxa"/>
            </w:tcMar>
          </w:tcPr>
          <w:p w14:paraId="29A501BB" w14:textId="503507FF" w:rsidR="003F413A" w:rsidRDefault="00000000">
            <w:pPr>
              <w:spacing w:after="40"/>
              <w:jc w:val="both"/>
            </w:pPr>
            <w:r>
              <w:t>7.2. The Buyer shall at his own expense provide availability of operators, raw materials, water, steam, electricity, any necessary lubrications and process consumables, necessary for the start-up and running of the equipment supplied by the Seller according to the technical documentation, presented by the Seller.</w:t>
            </w:r>
          </w:p>
        </w:tc>
        <w:tc>
          <w:tcPr>
            <w:tcW w:w="5159" w:type="dxa"/>
            <w:tcMar>
              <w:top w:w="70" w:type="dxa"/>
              <w:left w:w="95" w:type="dxa"/>
              <w:bottom w:w="70" w:type="dxa"/>
              <w:right w:w="95" w:type="dxa"/>
            </w:tcMar>
          </w:tcPr>
          <w:p w14:paraId="4C96730B" w14:textId="1D80B45B" w:rsidR="003F413A" w:rsidRPr="00B662DE" w:rsidRDefault="00000000">
            <w:pPr>
              <w:spacing w:after="40"/>
              <w:jc w:val="both"/>
              <w:rPr>
                <w:lang w:val="pl-PL"/>
              </w:rPr>
            </w:pPr>
            <w:r>
              <w:t xml:space="preserve">7.2. </w:t>
            </w:r>
            <w:proofErr w:type="spellStart"/>
            <w:r>
              <w:t>Kupujúci</w:t>
            </w:r>
            <w:proofErr w:type="spellEnd"/>
            <w:r>
              <w:t xml:space="preserve"> </w:t>
            </w:r>
            <w:proofErr w:type="spellStart"/>
            <w:r>
              <w:t>na</w:t>
            </w:r>
            <w:proofErr w:type="spellEnd"/>
            <w:r>
              <w:t xml:space="preserve"> </w:t>
            </w:r>
            <w:proofErr w:type="spellStart"/>
            <w:r>
              <w:t>vlastné</w:t>
            </w:r>
            <w:proofErr w:type="spellEnd"/>
            <w:r>
              <w:t xml:space="preserve"> </w:t>
            </w:r>
            <w:proofErr w:type="spellStart"/>
            <w:r>
              <w:t>náklady</w:t>
            </w:r>
            <w:proofErr w:type="spellEnd"/>
            <w:r>
              <w:t xml:space="preserve"> </w:t>
            </w:r>
            <w:proofErr w:type="spellStart"/>
            <w:r>
              <w:t>zabezpečí</w:t>
            </w:r>
            <w:proofErr w:type="spellEnd"/>
            <w:r>
              <w:t xml:space="preserve"> </w:t>
            </w:r>
            <w:proofErr w:type="spellStart"/>
            <w:r>
              <w:t>dostupnosť</w:t>
            </w:r>
            <w:proofErr w:type="spellEnd"/>
            <w:r>
              <w:t xml:space="preserve"> </w:t>
            </w:r>
            <w:proofErr w:type="spellStart"/>
            <w:r>
              <w:t>operátorov</w:t>
            </w:r>
            <w:proofErr w:type="spellEnd"/>
            <w:r>
              <w:t xml:space="preserve">, </w:t>
            </w:r>
            <w:proofErr w:type="spellStart"/>
            <w:r>
              <w:t>surovín</w:t>
            </w:r>
            <w:proofErr w:type="spellEnd"/>
            <w:r>
              <w:t xml:space="preserve">, </w:t>
            </w:r>
            <w:proofErr w:type="spellStart"/>
            <w:r>
              <w:t>vody</w:t>
            </w:r>
            <w:proofErr w:type="spellEnd"/>
            <w:r>
              <w:t xml:space="preserve">, </w:t>
            </w:r>
            <w:proofErr w:type="spellStart"/>
            <w:r>
              <w:t>pary</w:t>
            </w:r>
            <w:proofErr w:type="spellEnd"/>
            <w:r>
              <w:t xml:space="preserve">, </w:t>
            </w:r>
            <w:proofErr w:type="spellStart"/>
            <w:r>
              <w:t>elektriny</w:t>
            </w:r>
            <w:proofErr w:type="spellEnd"/>
            <w:r>
              <w:t xml:space="preserve">, </w:t>
            </w:r>
            <w:proofErr w:type="spellStart"/>
            <w:r>
              <w:t>všetkých</w:t>
            </w:r>
            <w:proofErr w:type="spellEnd"/>
            <w:r>
              <w:t xml:space="preserve"> </w:t>
            </w:r>
            <w:proofErr w:type="spellStart"/>
            <w:r>
              <w:t>potrebných</w:t>
            </w:r>
            <w:proofErr w:type="spellEnd"/>
            <w:r>
              <w:t xml:space="preserve"> </w:t>
            </w:r>
            <w:proofErr w:type="spellStart"/>
            <w:r>
              <w:t>mazív</w:t>
            </w:r>
            <w:proofErr w:type="spellEnd"/>
            <w:r>
              <w:t xml:space="preserve"> a </w:t>
            </w:r>
            <w:proofErr w:type="spellStart"/>
            <w:r>
              <w:t>spotrebného</w:t>
            </w:r>
            <w:proofErr w:type="spellEnd"/>
            <w:r>
              <w:t xml:space="preserve"> </w:t>
            </w:r>
            <w:proofErr w:type="spellStart"/>
            <w:r>
              <w:t>materiálu</w:t>
            </w:r>
            <w:proofErr w:type="spellEnd"/>
            <w:r>
              <w:t xml:space="preserve"> pre </w:t>
            </w:r>
            <w:proofErr w:type="spellStart"/>
            <w:r>
              <w:t>procesy</w:t>
            </w:r>
            <w:proofErr w:type="spellEnd"/>
            <w:r>
              <w:t xml:space="preserve">, </w:t>
            </w:r>
            <w:proofErr w:type="spellStart"/>
            <w:r>
              <w:t>potrebných</w:t>
            </w:r>
            <w:proofErr w:type="spellEnd"/>
            <w:r>
              <w:t xml:space="preserve"> </w:t>
            </w:r>
            <w:proofErr w:type="spellStart"/>
            <w:r>
              <w:t>na</w:t>
            </w:r>
            <w:proofErr w:type="spellEnd"/>
            <w:r>
              <w:t xml:space="preserve"> </w:t>
            </w:r>
            <w:proofErr w:type="spellStart"/>
            <w:r>
              <w:t>spustenie</w:t>
            </w:r>
            <w:proofErr w:type="spellEnd"/>
            <w:r>
              <w:t xml:space="preserve"> a </w:t>
            </w:r>
            <w:proofErr w:type="spellStart"/>
            <w:r>
              <w:t>chod</w:t>
            </w:r>
            <w:proofErr w:type="spellEnd"/>
            <w:r>
              <w:t xml:space="preserve"> </w:t>
            </w:r>
            <w:proofErr w:type="spellStart"/>
            <w:r>
              <w:t>zariadenia</w:t>
            </w:r>
            <w:proofErr w:type="spellEnd"/>
            <w:r>
              <w:t xml:space="preserve"> </w:t>
            </w:r>
            <w:proofErr w:type="spellStart"/>
            <w:r>
              <w:t>dodaného</w:t>
            </w:r>
            <w:proofErr w:type="spellEnd"/>
            <w:r>
              <w:t xml:space="preserve"> </w:t>
            </w:r>
            <w:proofErr w:type="spellStart"/>
            <w:r>
              <w:t>predávajúcim</w:t>
            </w:r>
            <w:proofErr w:type="spellEnd"/>
            <w:r>
              <w:t xml:space="preserve"> </w:t>
            </w:r>
            <w:proofErr w:type="spellStart"/>
            <w:r>
              <w:t>podľa</w:t>
            </w:r>
            <w:proofErr w:type="spellEnd"/>
            <w:r>
              <w:t xml:space="preserve"> </w:t>
            </w:r>
            <w:proofErr w:type="spellStart"/>
            <w:r>
              <w:t>predloženej</w:t>
            </w:r>
            <w:proofErr w:type="spellEnd"/>
            <w:r>
              <w:t xml:space="preserve"> </w:t>
            </w:r>
            <w:proofErr w:type="spellStart"/>
            <w:r>
              <w:t>technickej</w:t>
            </w:r>
            <w:proofErr w:type="spellEnd"/>
            <w:r>
              <w:t xml:space="preserve"> </w:t>
            </w:r>
            <w:proofErr w:type="spellStart"/>
            <w:r>
              <w:t>dokumentácie</w:t>
            </w:r>
            <w:proofErr w:type="spellEnd"/>
            <w:r>
              <w:t xml:space="preserve"> </w:t>
            </w:r>
            <w:proofErr w:type="spellStart"/>
            <w:r>
              <w:t>dodanej</w:t>
            </w:r>
            <w:proofErr w:type="spellEnd"/>
            <w:r>
              <w:t xml:space="preserve"> zo </w:t>
            </w:r>
            <w:proofErr w:type="spellStart"/>
            <w:r>
              <w:t>strany</w:t>
            </w:r>
            <w:proofErr w:type="spellEnd"/>
            <w:r>
              <w:t xml:space="preserve"> </w:t>
            </w:r>
            <w:proofErr w:type="spellStart"/>
            <w:r>
              <w:t>predávajúceho</w:t>
            </w:r>
            <w:proofErr w:type="spellEnd"/>
            <w:r>
              <w:t>.</w:t>
            </w:r>
          </w:p>
        </w:tc>
      </w:tr>
    </w:tbl>
    <w:p w14:paraId="17583CAB" w14:textId="77777777" w:rsidR="003F413A" w:rsidRPr="00B662DE" w:rsidRDefault="003F413A">
      <w:pPr>
        <w:spacing w:line="180" w:lineRule="auto"/>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F6D0C4E" w14:textId="77777777">
        <w:trPr>
          <w:jc w:val="center"/>
        </w:trPr>
        <w:tc>
          <w:tcPr>
            <w:tcW w:w="5159" w:type="dxa"/>
            <w:tcMar>
              <w:top w:w="70" w:type="dxa"/>
              <w:left w:w="95" w:type="dxa"/>
              <w:bottom w:w="70" w:type="dxa"/>
              <w:right w:w="95" w:type="dxa"/>
            </w:tcMar>
          </w:tcPr>
          <w:p w14:paraId="2F1C2C69" w14:textId="77777777" w:rsidR="003F413A" w:rsidRDefault="00000000">
            <w:pPr>
              <w:spacing w:after="40"/>
              <w:jc w:val="both"/>
            </w:pPr>
            <w:r>
              <w:t>7.3. In case the equipment achieved the guaranteed capacity and parameters, stated in Annexes of the present Contract, the Buyer shall sign a “Certificate of Acceptance of the equipment into operation”. When the equipment, supplied by the Seller, has been tested free of malfunctions in its operation, and the guaranteed parameters according to the Annexes are achieved, the equipment shall be considered as put into operation.  Minor defects that do not materially influence production are no ground to reject acceptance. However, Seller is obliged to remedy such defects during 2 calendar weeks (or a longer period if lead times of items require this provided these lead time may not exceed 4 calendar months), on the base of the protocol of inspection of defects, in the presence of the representatives of the Buyer and Seller together.</w:t>
            </w:r>
          </w:p>
        </w:tc>
        <w:tc>
          <w:tcPr>
            <w:tcW w:w="5159" w:type="dxa"/>
            <w:tcMar>
              <w:top w:w="70" w:type="dxa"/>
              <w:left w:w="95" w:type="dxa"/>
              <w:bottom w:w="70" w:type="dxa"/>
              <w:right w:w="95" w:type="dxa"/>
            </w:tcMar>
          </w:tcPr>
          <w:p w14:paraId="66E08C23" w14:textId="77777777" w:rsidR="003F413A" w:rsidRDefault="00000000">
            <w:pPr>
              <w:spacing w:after="40"/>
              <w:jc w:val="both"/>
            </w:pPr>
            <w:r>
              <w:t xml:space="preserve">7.3. V </w:t>
            </w:r>
            <w:proofErr w:type="spellStart"/>
            <w:r>
              <w:t>prípade</w:t>
            </w:r>
            <w:proofErr w:type="spellEnd"/>
            <w:r>
              <w:t xml:space="preserve">, </w:t>
            </w:r>
            <w:proofErr w:type="spellStart"/>
            <w:r>
              <w:t>že</w:t>
            </w:r>
            <w:proofErr w:type="spellEnd"/>
            <w:r>
              <w:t xml:space="preserve"> </w:t>
            </w:r>
            <w:proofErr w:type="spellStart"/>
            <w:r>
              <w:t>zariadenie</w:t>
            </w:r>
            <w:proofErr w:type="spellEnd"/>
            <w:r>
              <w:t xml:space="preserve"> </w:t>
            </w:r>
            <w:proofErr w:type="spellStart"/>
            <w:r>
              <w:t>dosiahne</w:t>
            </w:r>
            <w:proofErr w:type="spellEnd"/>
            <w:r>
              <w:t xml:space="preserve"> </w:t>
            </w:r>
            <w:proofErr w:type="spellStart"/>
            <w:r>
              <w:t>garantovanú</w:t>
            </w:r>
            <w:proofErr w:type="spellEnd"/>
            <w:r>
              <w:t xml:space="preserve"> </w:t>
            </w:r>
            <w:proofErr w:type="spellStart"/>
            <w:r>
              <w:t>kapacitu</w:t>
            </w:r>
            <w:proofErr w:type="spellEnd"/>
            <w:r>
              <w:t xml:space="preserve"> a </w:t>
            </w:r>
            <w:proofErr w:type="spellStart"/>
            <w:r>
              <w:t>parametre</w:t>
            </w:r>
            <w:proofErr w:type="spellEnd"/>
            <w:r>
              <w:t xml:space="preserve"> </w:t>
            </w:r>
            <w:proofErr w:type="spellStart"/>
            <w:r>
              <w:t>uvedené</w:t>
            </w:r>
            <w:proofErr w:type="spellEnd"/>
            <w:r>
              <w:t xml:space="preserve"> v </w:t>
            </w:r>
            <w:proofErr w:type="spellStart"/>
            <w:r>
              <w:t>prílohách</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kupujúci</w:t>
            </w:r>
            <w:proofErr w:type="spellEnd"/>
            <w:r>
              <w:t xml:space="preserve"> </w:t>
            </w:r>
            <w:proofErr w:type="spellStart"/>
            <w:r>
              <w:t>podpíše</w:t>
            </w:r>
            <w:proofErr w:type="spellEnd"/>
            <w:r>
              <w:t xml:space="preserve"> „</w:t>
            </w:r>
            <w:proofErr w:type="spellStart"/>
            <w:r>
              <w:t>Protokol</w:t>
            </w:r>
            <w:proofErr w:type="spellEnd"/>
            <w:r>
              <w:t xml:space="preserve"> o </w:t>
            </w:r>
            <w:proofErr w:type="spellStart"/>
            <w:r>
              <w:t>prevzatí</w:t>
            </w:r>
            <w:proofErr w:type="spellEnd"/>
            <w:r>
              <w:t xml:space="preserve"> </w:t>
            </w:r>
            <w:proofErr w:type="spellStart"/>
            <w:r>
              <w:t>zariadenia</w:t>
            </w:r>
            <w:proofErr w:type="spellEnd"/>
            <w:r>
              <w:t xml:space="preserve"> do </w:t>
            </w:r>
            <w:proofErr w:type="spellStart"/>
            <w:proofErr w:type="gramStart"/>
            <w:r>
              <w:t>prevádzky</w:t>
            </w:r>
            <w:proofErr w:type="spellEnd"/>
            <w:r>
              <w:t>“</w:t>
            </w:r>
            <w:proofErr w:type="gramEnd"/>
            <w:r>
              <w:t xml:space="preserve">. Po </w:t>
            </w:r>
            <w:proofErr w:type="spellStart"/>
            <w:r>
              <w:t>preskúšaní</w:t>
            </w:r>
            <w:proofErr w:type="spellEnd"/>
            <w:r>
              <w:t xml:space="preserve"> </w:t>
            </w:r>
            <w:proofErr w:type="spellStart"/>
            <w:r>
              <w:t>zariadenia</w:t>
            </w:r>
            <w:proofErr w:type="spellEnd"/>
            <w:r>
              <w:t xml:space="preserve"> </w:t>
            </w:r>
            <w:proofErr w:type="spellStart"/>
            <w:r>
              <w:t>dodaného</w:t>
            </w:r>
            <w:proofErr w:type="spellEnd"/>
            <w:r>
              <w:t xml:space="preserve"> </w:t>
            </w:r>
            <w:proofErr w:type="spellStart"/>
            <w:r>
              <w:t>predávajúcim</w:t>
            </w:r>
            <w:proofErr w:type="spellEnd"/>
            <w:r>
              <w:t xml:space="preserve"> v </w:t>
            </w:r>
            <w:proofErr w:type="spellStart"/>
            <w:r>
              <w:t>súvislosti</w:t>
            </w:r>
            <w:proofErr w:type="spellEnd"/>
            <w:r>
              <w:t xml:space="preserve"> s </w:t>
            </w:r>
            <w:proofErr w:type="spellStart"/>
            <w:r>
              <w:t>funkčnými</w:t>
            </w:r>
            <w:proofErr w:type="spellEnd"/>
            <w:r>
              <w:t xml:space="preserve"> </w:t>
            </w:r>
            <w:proofErr w:type="spellStart"/>
            <w:r>
              <w:t>poruchami</w:t>
            </w:r>
            <w:proofErr w:type="spellEnd"/>
            <w:r>
              <w:t xml:space="preserve"> </w:t>
            </w:r>
            <w:proofErr w:type="spellStart"/>
            <w:r>
              <w:t>počas</w:t>
            </w:r>
            <w:proofErr w:type="spellEnd"/>
            <w:r>
              <w:t xml:space="preserve"> </w:t>
            </w:r>
            <w:proofErr w:type="spellStart"/>
            <w:r>
              <w:t>jeho</w:t>
            </w:r>
            <w:proofErr w:type="spellEnd"/>
            <w:r>
              <w:t xml:space="preserve"> </w:t>
            </w:r>
            <w:proofErr w:type="spellStart"/>
            <w:r>
              <w:t>prevádzky</w:t>
            </w:r>
            <w:proofErr w:type="spellEnd"/>
            <w:r>
              <w:t xml:space="preserve"> a </w:t>
            </w:r>
            <w:proofErr w:type="spellStart"/>
            <w:r>
              <w:t>dosiahnutí</w:t>
            </w:r>
            <w:proofErr w:type="spellEnd"/>
            <w:r>
              <w:t xml:space="preserve"> </w:t>
            </w:r>
            <w:proofErr w:type="spellStart"/>
            <w:r>
              <w:t>garantovaných</w:t>
            </w:r>
            <w:proofErr w:type="spellEnd"/>
            <w:r>
              <w:t xml:space="preserve"> </w:t>
            </w:r>
            <w:proofErr w:type="spellStart"/>
            <w:r>
              <w:t>parametrov</w:t>
            </w:r>
            <w:proofErr w:type="spellEnd"/>
            <w:r>
              <w:t xml:space="preserve"> </w:t>
            </w:r>
            <w:proofErr w:type="spellStart"/>
            <w:r>
              <w:t>podľa</w:t>
            </w:r>
            <w:proofErr w:type="spellEnd"/>
            <w:r>
              <w:t xml:space="preserve"> </w:t>
            </w:r>
            <w:proofErr w:type="spellStart"/>
            <w:r>
              <w:t>príloh</w:t>
            </w:r>
            <w:proofErr w:type="spellEnd"/>
            <w:r>
              <w:t xml:space="preserve"> </w:t>
            </w:r>
            <w:proofErr w:type="spellStart"/>
            <w:r>
              <w:t>sa</w:t>
            </w:r>
            <w:proofErr w:type="spellEnd"/>
            <w:r>
              <w:t xml:space="preserve"> </w:t>
            </w:r>
            <w:proofErr w:type="spellStart"/>
            <w:r>
              <w:t>zariadenie</w:t>
            </w:r>
            <w:proofErr w:type="spellEnd"/>
            <w:r>
              <w:t xml:space="preserve"> </w:t>
            </w:r>
            <w:proofErr w:type="spellStart"/>
            <w:r>
              <w:t>považuje</w:t>
            </w:r>
            <w:proofErr w:type="spellEnd"/>
            <w:r>
              <w:t xml:space="preserve"> za </w:t>
            </w:r>
            <w:proofErr w:type="spellStart"/>
            <w:r>
              <w:t>uvedené</w:t>
            </w:r>
            <w:proofErr w:type="spellEnd"/>
            <w:r>
              <w:t xml:space="preserve"> do </w:t>
            </w:r>
            <w:proofErr w:type="spellStart"/>
            <w:r>
              <w:t>prevádzky</w:t>
            </w:r>
            <w:proofErr w:type="spellEnd"/>
            <w:r>
              <w:t xml:space="preserve">. </w:t>
            </w:r>
            <w:proofErr w:type="spellStart"/>
            <w:r>
              <w:t>Drobné</w:t>
            </w:r>
            <w:proofErr w:type="spellEnd"/>
            <w:r>
              <w:t xml:space="preserve"> </w:t>
            </w:r>
            <w:proofErr w:type="spellStart"/>
            <w:r>
              <w:t>nedostatky</w:t>
            </w:r>
            <w:proofErr w:type="spellEnd"/>
            <w:r>
              <w:t xml:space="preserve">, </w:t>
            </w:r>
            <w:proofErr w:type="spellStart"/>
            <w:r>
              <w:t>ktoré</w:t>
            </w:r>
            <w:proofErr w:type="spellEnd"/>
            <w:r>
              <w:t xml:space="preserve"> </w:t>
            </w:r>
            <w:proofErr w:type="spellStart"/>
            <w:r>
              <w:t>podstatne</w:t>
            </w:r>
            <w:proofErr w:type="spellEnd"/>
            <w:r>
              <w:t xml:space="preserve"> </w:t>
            </w:r>
            <w:proofErr w:type="spellStart"/>
            <w:r>
              <w:t>neovplyvňujú</w:t>
            </w:r>
            <w:proofErr w:type="spellEnd"/>
            <w:r>
              <w:t xml:space="preserve"> </w:t>
            </w:r>
            <w:proofErr w:type="spellStart"/>
            <w:r>
              <w:t>výrobu</w:t>
            </w:r>
            <w:proofErr w:type="spellEnd"/>
            <w:r>
              <w:t xml:space="preserve">, </w:t>
            </w:r>
            <w:proofErr w:type="spellStart"/>
            <w:r>
              <w:t>nie</w:t>
            </w:r>
            <w:proofErr w:type="spellEnd"/>
            <w:r>
              <w:t xml:space="preserve"> </w:t>
            </w:r>
            <w:proofErr w:type="spellStart"/>
            <w:r>
              <w:t>sú</w:t>
            </w:r>
            <w:proofErr w:type="spellEnd"/>
            <w:r>
              <w:t xml:space="preserve"> </w:t>
            </w:r>
            <w:proofErr w:type="spellStart"/>
            <w:r>
              <w:t>dôvodom</w:t>
            </w:r>
            <w:proofErr w:type="spellEnd"/>
            <w:r>
              <w:t xml:space="preserve"> </w:t>
            </w:r>
            <w:proofErr w:type="spellStart"/>
            <w:r>
              <w:t>na</w:t>
            </w:r>
            <w:proofErr w:type="spellEnd"/>
            <w:r>
              <w:t xml:space="preserve"> </w:t>
            </w:r>
            <w:proofErr w:type="spellStart"/>
            <w:r>
              <w:t>odmietnutie</w:t>
            </w:r>
            <w:proofErr w:type="spellEnd"/>
            <w:r>
              <w:t xml:space="preserve"> </w:t>
            </w:r>
            <w:proofErr w:type="spellStart"/>
            <w:r>
              <w:t>prevzatia</w:t>
            </w:r>
            <w:proofErr w:type="spellEnd"/>
            <w:r>
              <w:t xml:space="preserve">. </w:t>
            </w:r>
            <w:proofErr w:type="spellStart"/>
            <w:r>
              <w:t>Predávajúci</w:t>
            </w:r>
            <w:proofErr w:type="spellEnd"/>
            <w:r>
              <w:t xml:space="preserve"> je </w:t>
            </w:r>
            <w:proofErr w:type="spellStart"/>
            <w:r>
              <w:t>však</w:t>
            </w:r>
            <w:proofErr w:type="spellEnd"/>
            <w:r>
              <w:t xml:space="preserve"> </w:t>
            </w:r>
            <w:proofErr w:type="spellStart"/>
            <w:r>
              <w:t>povinný</w:t>
            </w:r>
            <w:proofErr w:type="spellEnd"/>
            <w:r>
              <w:t xml:space="preserve"> </w:t>
            </w:r>
            <w:proofErr w:type="spellStart"/>
            <w:r>
              <w:t>tieto</w:t>
            </w:r>
            <w:proofErr w:type="spellEnd"/>
            <w:r>
              <w:t xml:space="preserve"> </w:t>
            </w:r>
            <w:proofErr w:type="spellStart"/>
            <w:r>
              <w:t>nedostatky</w:t>
            </w:r>
            <w:proofErr w:type="spellEnd"/>
            <w:r>
              <w:t xml:space="preserve"> </w:t>
            </w:r>
            <w:proofErr w:type="spellStart"/>
            <w:r>
              <w:t>odstrániť</w:t>
            </w:r>
            <w:proofErr w:type="spellEnd"/>
            <w:r>
              <w:t xml:space="preserve"> do 2 </w:t>
            </w:r>
            <w:proofErr w:type="spellStart"/>
            <w:r>
              <w:t>kalendárnych</w:t>
            </w:r>
            <w:proofErr w:type="spellEnd"/>
            <w:r>
              <w:t xml:space="preserve"> </w:t>
            </w:r>
            <w:proofErr w:type="spellStart"/>
            <w:r>
              <w:t>týždňov</w:t>
            </w:r>
            <w:proofErr w:type="spellEnd"/>
            <w:r>
              <w:t xml:space="preserve"> (</w:t>
            </w:r>
            <w:proofErr w:type="spellStart"/>
            <w:r>
              <w:t>alebo</w:t>
            </w:r>
            <w:proofErr w:type="spellEnd"/>
            <w:r>
              <w:t xml:space="preserve"> </w:t>
            </w:r>
            <w:proofErr w:type="spellStart"/>
            <w:r>
              <w:t>aj</w:t>
            </w:r>
            <w:proofErr w:type="spellEnd"/>
            <w:r>
              <w:t xml:space="preserve"> </w:t>
            </w:r>
            <w:proofErr w:type="spellStart"/>
            <w:r>
              <w:t>dlhšej</w:t>
            </w:r>
            <w:proofErr w:type="spellEnd"/>
            <w:r>
              <w:t xml:space="preserve"> </w:t>
            </w:r>
            <w:proofErr w:type="spellStart"/>
            <w:r>
              <w:t>lehoty</w:t>
            </w:r>
            <w:proofErr w:type="spellEnd"/>
            <w:r>
              <w:t xml:space="preserve">, </w:t>
            </w:r>
            <w:proofErr w:type="spellStart"/>
            <w:r>
              <w:t>ak</w:t>
            </w:r>
            <w:proofErr w:type="spellEnd"/>
            <w:r>
              <w:t xml:space="preserve"> </w:t>
            </w:r>
            <w:proofErr w:type="spellStart"/>
            <w:r>
              <w:t>si</w:t>
            </w:r>
            <w:proofErr w:type="spellEnd"/>
            <w:r>
              <w:t xml:space="preserve"> to </w:t>
            </w:r>
            <w:proofErr w:type="spellStart"/>
            <w:r>
              <w:t>vyžadujú</w:t>
            </w:r>
            <w:proofErr w:type="spellEnd"/>
            <w:r>
              <w:t xml:space="preserve"> </w:t>
            </w:r>
            <w:proofErr w:type="spellStart"/>
            <w:r>
              <w:t>dodacie</w:t>
            </w:r>
            <w:proofErr w:type="spellEnd"/>
            <w:r>
              <w:t xml:space="preserve"> </w:t>
            </w:r>
            <w:proofErr w:type="spellStart"/>
            <w:r>
              <w:t>lehoty</w:t>
            </w:r>
            <w:proofErr w:type="spellEnd"/>
            <w:r>
              <w:t xml:space="preserve"> </w:t>
            </w:r>
            <w:proofErr w:type="spellStart"/>
            <w:r>
              <w:t>položiek</w:t>
            </w:r>
            <w:proofErr w:type="spellEnd"/>
            <w:r>
              <w:t xml:space="preserve">, </w:t>
            </w:r>
            <w:proofErr w:type="spellStart"/>
            <w:r>
              <w:t>pričom</w:t>
            </w:r>
            <w:proofErr w:type="spellEnd"/>
            <w:r>
              <w:t xml:space="preserve"> </w:t>
            </w:r>
            <w:proofErr w:type="spellStart"/>
            <w:r>
              <w:t>táto</w:t>
            </w:r>
            <w:proofErr w:type="spellEnd"/>
            <w:r>
              <w:t xml:space="preserve"> </w:t>
            </w:r>
            <w:proofErr w:type="spellStart"/>
            <w:r>
              <w:t>dodacia</w:t>
            </w:r>
            <w:proofErr w:type="spellEnd"/>
            <w:r>
              <w:t xml:space="preserve"> </w:t>
            </w:r>
            <w:proofErr w:type="spellStart"/>
            <w:r>
              <w:t>lehota</w:t>
            </w:r>
            <w:proofErr w:type="spellEnd"/>
            <w:r>
              <w:t xml:space="preserve"> </w:t>
            </w:r>
            <w:proofErr w:type="spellStart"/>
            <w:r>
              <w:t>nesmie</w:t>
            </w:r>
            <w:proofErr w:type="spellEnd"/>
            <w:r>
              <w:t xml:space="preserve"> </w:t>
            </w:r>
            <w:proofErr w:type="spellStart"/>
            <w:r>
              <w:t>presiahnuť</w:t>
            </w:r>
            <w:proofErr w:type="spellEnd"/>
            <w:r>
              <w:t xml:space="preserve"> 4 </w:t>
            </w:r>
            <w:proofErr w:type="spellStart"/>
            <w:r>
              <w:t>kalendárne</w:t>
            </w:r>
            <w:proofErr w:type="spellEnd"/>
            <w:r>
              <w:t xml:space="preserve"> </w:t>
            </w:r>
            <w:proofErr w:type="spellStart"/>
            <w:r>
              <w:t>mesiace</w:t>
            </w:r>
            <w:proofErr w:type="spellEnd"/>
            <w:r>
              <w:t xml:space="preserve">), a to </w:t>
            </w:r>
            <w:proofErr w:type="spellStart"/>
            <w:r>
              <w:t>na</w:t>
            </w:r>
            <w:proofErr w:type="spellEnd"/>
            <w:r>
              <w:t xml:space="preserve"> </w:t>
            </w:r>
            <w:proofErr w:type="spellStart"/>
            <w:r>
              <w:t>základe</w:t>
            </w:r>
            <w:proofErr w:type="spellEnd"/>
            <w:r>
              <w:t xml:space="preserve"> </w:t>
            </w:r>
            <w:proofErr w:type="spellStart"/>
            <w:r>
              <w:t>protokolu</w:t>
            </w:r>
            <w:proofErr w:type="spellEnd"/>
            <w:r>
              <w:t xml:space="preserve"> o </w:t>
            </w:r>
            <w:proofErr w:type="spellStart"/>
            <w:r>
              <w:t>kontrole</w:t>
            </w:r>
            <w:proofErr w:type="spellEnd"/>
            <w:r>
              <w:t xml:space="preserve"> </w:t>
            </w:r>
            <w:proofErr w:type="spellStart"/>
            <w:r>
              <w:t>chýb</w:t>
            </w:r>
            <w:proofErr w:type="spellEnd"/>
            <w:r>
              <w:t xml:space="preserve">, za </w:t>
            </w:r>
            <w:proofErr w:type="spellStart"/>
            <w:r>
              <w:t>prítomnosti</w:t>
            </w:r>
            <w:proofErr w:type="spellEnd"/>
            <w:r>
              <w:t xml:space="preserve"> </w:t>
            </w:r>
            <w:proofErr w:type="spellStart"/>
            <w:r>
              <w:t>zástupcov</w:t>
            </w:r>
            <w:proofErr w:type="spellEnd"/>
            <w:r>
              <w:t xml:space="preserve"> </w:t>
            </w:r>
            <w:proofErr w:type="spellStart"/>
            <w:r>
              <w:t>kupujúceho</w:t>
            </w:r>
            <w:proofErr w:type="spellEnd"/>
            <w:r>
              <w:t xml:space="preserve"> a </w:t>
            </w:r>
            <w:proofErr w:type="spellStart"/>
            <w:r>
              <w:t>predávajúceho</w:t>
            </w:r>
            <w:proofErr w:type="spellEnd"/>
            <w:r>
              <w:t xml:space="preserve"> </w:t>
            </w:r>
            <w:proofErr w:type="spellStart"/>
            <w:r>
              <w:t>spoločne</w:t>
            </w:r>
            <w:proofErr w:type="spellEnd"/>
            <w:r>
              <w:t>.</w:t>
            </w:r>
          </w:p>
        </w:tc>
      </w:tr>
    </w:tbl>
    <w:p w14:paraId="257DF443"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C97C8AD" w14:textId="77777777">
        <w:trPr>
          <w:jc w:val="center"/>
        </w:trPr>
        <w:tc>
          <w:tcPr>
            <w:tcW w:w="5159" w:type="dxa"/>
            <w:tcMar>
              <w:top w:w="70" w:type="dxa"/>
              <w:left w:w="95" w:type="dxa"/>
              <w:bottom w:w="70" w:type="dxa"/>
              <w:right w:w="95" w:type="dxa"/>
            </w:tcMar>
          </w:tcPr>
          <w:p w14:paraId="6C1085B4" w14:textId="77777777" w:rsidR="003F413A" w:rsidRDefault="00000000">
            <w:pPr>
              <w:spacing w:after="40"/>
              <w:jc w:val="both"/>
            </w:pPr>
            <w:r>
              <w:t>7.4. The procedure of acceptance of the equipment into operation is realized according to Annexes to the present Contract but will comply with the terms of this Contract.</w:t>
            </w:r>
          </w:p>
        </w:tc>
        <w:tc>
          <w:tcPr>
            <w:tcW w:w="5159" w:type="dxa"/>
            <w:tcMar>
              <w:top w:w="70" w:type="dxa"/>
              <w:left w:w="95" w:type="dxa"/>
              <w:bottom w:w="70" w:type="dxa"/>
              <w:right w:w="95" w:type="dxa"/>
            </w:tcMar>
          </w:tcPr>
          <w:p w14:paraId="50E642A6" w14:textId="77777777" w:rsidR="003F413A" w:rsidRDefault="00000000">
            <w:pPr>
              <w:spacing w:after="40"/>
              <w:jc w:val="both"/>
            </w:pPr>
            <w:r>
              <w:t xml:space="preserve">7.4. </w:t>
            </w:r>
            <w:proofErr w:type="spellStart"/>
            <w:r>
              <w:t>Proces</w:t>
            </w:r>
            <w:proofErr w:type="spellEnd"/>
            <w:r>
              <w:t xml:space="preserve"> </w:t>
            </w:r>
            <w:proofErr w:type="spellStart"/>
            <w:r>
              <w:t>prevzatia</w:t>
            </w:r>
            <w:proofErr w:type="spellEnd"/>
            <w:r>
              <w:t xml:space="preserve"> </w:t>
            </w:r>
            <w:proofErr w:type="spellStart"/>
            <w:r>
              <w:t>zariadenia</w:t>
            </w:r>
            <w:proofErr w:type="spellEnd"/>
            <w:r>
              <w:t xml:space="preserve"> do </w:t>
            </w:r>
            <w:proofErr w:type="spellStart"/>
            <w:r>
              <w:t>prevádzky</w:t>
            </w:r>
            <w:proofErr w:type="spellEnd"/>
            <w:r>
              <w:t xml:space="preserve"> </w:t>
            </w:r>
            <w:proofErr w:type="spellStart"/>
            <w:r>
              <w:t>sa</w:t>
            </w:r>
            <w:proofErr w:type="spellEnd"/>
            <w:r>
              <w:t xml:space="preserve"> </w:t>
            </w:r>
            <w:proofErr w:type="spellStart"/>
            <w:r>
              <w:t>zrealizuje</w:t>
            </w:r>
            <w:proofErr w:type="spellEnd"/>
            <w:r>
              <w:t xml:space="preserve"> </w:t>
            </w:r>
            <w:proofErr w:type="spellStart"/>
            <w:r>
              <w:t>podľa</w:t>
            </w:r>
            <w:proofErr w:type="spellEnd"/>
            <w:r>
              <w:t xml:space="preserve"> </w:t>
            </w:r>
            <w:proofErr w:type="spellStart"/>
            <w:r>
              <w:t>príloh</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avšak</w:t>
            </w:r>
            <w:proofErr w:type="spellEnd"/>
            <w:r>
              <w:t xml:space="preserve"> </w:t>
            </w:r>
            <w:proofErr w:type="spellStart"/>
            <w:r>
              <w:t>bude</w:t>
            </w:r>
            <w:proofErr w:type="spellEnd"/>
            <w:r>
              <w:t xml:space="preserve"> v </w:t>
            </w:r>
            <w:proofErr w:type="spellStart"/>
            <w:r>
              <w:t>súlade</w:t>
            </w:r>
            <w:proofErr w:type="spellEnd"/>
            <w:r>
              <w:t xml:space="preserve"> s </w:t>
            </w:r>
            <w:proofErr w:type="spellStart"/>
            <w:r>
              <w:t>podmienkami</w:t>
            </w:r>
            <w:proofErr w:type="spellEnd"/>
            <w:r>
              <w:t xml:space="preserve"> </w:t>
            </w:r>
            <w:proofErr w:type="spellStart"/>
            <w:r>
              <w:t>tejto</w:t>
            </w:r>
            <w:proofErr w:type="spellEnd"/>
            <w:r>
              <w:t xml:space="preserve"> </w:t>
            </w:r>
            <w:proofErr w:type="spellStart"/>
            <w:r>
              <w:t>zmluvy</w:t>
            </w:r>
            <w:proofErr w:type="spellEnd"/>
            <w:r>
              <w:t>.</w:t>
            </w:r>
          </w:p>
        </w:tc>
      </w:tr>
    </w:tbl>
    <w:p w14:paraId="55FA5DAD"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8EFC703" w14:textId="77777777">
        <w:trPr>
          <w:jc w:val="center"/>
        </w:trPr>
        <w:tc>
          <w:tcPr>
            <w:tcW w:w="5159" w:type="dxa"/>
            <w:tcMar>
              <w:top w:w="70" w:type="dxa"/>
              <w:left w:w="95" w:type="dxa"/>
              <w:bottom w:w="70" w:type="dxa"/>
              <w:right w:w="95" w:type="dxa"/>
            </w:tcMar>
          </w:tcPr>
          <w:p w14:paraId="00E8A4F8" w14:textId="77777777" w:rsidR="003F413A" w:rsidRDefault="00000000">
            <w:pPr>
              <w:spacing w:after="40"/>
              <w:jc w:val="both"/>
            </w:pPr>
            <w:r>
              <w:t>7.5. If during first acceptance of the equipment into operation 100% or more percent of the guaranteed capacity and guaranteed parameters are achieved according to Annex of the present Contract, the equipment shall be considered as accepted by the Buyer.</w:t>
            </w:r>
          </w:p>
        </w:tc>
        <w:tc>
          <w:tcPr>
            <w:tcW w:w="5159" w:type="dxa"/>
            <w:tcMar>
              <w:top w:w="70" w:type="dxa"/>
              <w:left w:w="95" w:type="dxa"/>
              <w:bottom w:w="70" w:type="dxa"/>
              <w:right w:w="95" w:type="dxa"/>
            </w:tcMar>
          </w:tcPr>
          <w:p w14:paraId="780D7FE1" w14:textId="77777777" w:rsidR="003F413A" w:rsidRDefault="00000000">
            <w:pPr>
              <w:spacing w:after="40"/>
              <w:jc w:val="both"/>
            </w:pPr>
            <w:r>
              <w:t xml:space="preserve">7.5. Ak </w:t>
            </w:r>
            <w:proofErr w:type="spellStart"/>
            <w:r>
              <w:t>sa</w:t>
            </w:r>
            <w:proofErr w:type="spellEnd"/>
            <w:r>
              <w:t xml:space="preserve"> </w:t>
            </w:r>
            <w:proofErr w:type="spellStart"/>
            <w:r>
              <w:t>pri</w:t>
            </w:r>
            <w:proofErr w:type="spellEnd"/>
            <w:r>
              <w:t xml:space="preserve"> </w:t>
            </w:r>
            <w:proofErr w:type="spellStart"/>
            <w:r>
              <w:t>prvom</w:t>
            </w:r>
            <w:proofErr w:type="spellEnd"/>
            <w:r>
              <w:t xml:space="preserve"> </w:t>
            </w:r>
            <w:proofErr w:type="spellStart"/>
            <w:r>
              <w:t>prevzatí</w:t>
            </w:r>
            <w:proofErr w:type="spellEnd"/>
            <w:r>
              <w:t xml:space="preserve"> </w:t>
            </w:r>
            <w:proofErr w:type="spellStart"/>
            <w:r>
              <w:t>zariadenia</w:t>
            </w:r>
            <w:proofErr w:type="spellEnd"/>
            <w:r>
              <w:t xml:space="preserve"> do </w:t>
            </w:r>
            <w:proofErr w:type="spellStart"/>
            <w:r>
              <w:t>prevádzky</w:t>
            </w:r>
            <w:proofErr w:type="spellEnd"/>
            <w:r>
              <w:t xml:space="preserve"> </w:t>
            </w:r>
            <w:proofErr w:type="spellStart"/>
            <w:r>
              <w:t>dosiahne</w:t>
            </w:r>
            <w:proofErr w:type="spellEnd"/>
            <w:r>
              <w:t xml:space="preserve"> 100% a </w:t>
            </w:r>
            <w:proofErr w:type="spellStart"/>
            <w:r>
              <w:t>viac</w:t>
            </w:r>
            <w:proofErr w:type="spellEnd"/>
            <w:r>
              <w:t xml:space="preserve"> </w:t>
            </w:r>
            <w:proofErr w:type="spellStart"/>
            <w:r>
              <w:t>garantovanej</w:t>
            </w:r>
            <w:proofErr w:type="spellEnd"/>
            <w:r>
              <w:t xml:space="preserve"> </w:t>
            </w:r>
            <w:proofErr w:type="spellStart"/>
            <w:r>
              <w:t>kapacity</w:t>
            </w:r>
            <w:proofErr w:type="spellEnd"/>
            <w:r>
              <w:t xml:space="preserve"> a </w:t>
            </w:r>
            <w:proofErr w:type="spellStart"/>
            <w:r>
              <w:t>garantovaných</w:t>
            </w:r>
            <w:proofErr w:type="spellEnd"/>
            <w:r>
              <w:t xml:space="preserve"> </w:t>
            </w:r>
            <w:proofErr w:type="spellStart"/>
            <w:r>
              <w:t>parametrov</w:t>
            </w:r>
            <w:proofErr w:type="spellEnd"/>
            <w:r>
              <w:t xml:space="preserve"> </w:t>
            </w:r>
            <w:proofErr w:type="spellStart"/>
            <w:r>
              <w:t>podľa</w:t>
            </w:r>
            <w:proofErr w:type="spellEnd"/>
            <w:r>
              <w:t xml:space="preserve"> </w:t>
            </w:r>
            <w:proofErr w:type="spellStart"/>
            <w:r>
              <w:t>prílohy</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zariadenie</w:t>
            </w:r>
            <w:proofErr w:type="spellEnd"/>
            <w:r>
              <w:t xml:space="preserve"> </w:t>
            </w:r>
            <w:proofErr w:type="spellStart"/>
            <w:r>
              <w:t>sa</w:t>
            </w:r>
            <w:proofErr w:type="spellEnd"/>
            <w:r>
              <w:t xml:space="preserve"> </w:t>
            </w:r>
            <w:proofErr w:type="spellStart"/>
            <w:r>
              <w:t>považuje</w:t>
            </w:r>
            <w:proofErr w:type="spellEnd"/>
            <w:r>
              <w:t xml:space="preserve"> za </w:t>
            </w:r>
            <w:proofErr w:type="spellStart"/>
            <w:r>
              <w:t>prevzaté</w:t>
            </w:r>
            <w:proofErr w:type="spellEnd"/>
            <w:r>
              <w:t xml:space="preserve"> </w:t>
            </w:r>
            <w:proofErr w:type="spellStart"/>
            <w:r>
              <w:t>kupujúcim</w:t>
            </w:r>
            <w:proofErr w:type="spellEnd"/>
            <w:r>
              <w:t>.</w:t>
            </w:r>
          </w:p>
        </w:tc>
      </w:tr>
    </w:tbl>
    <w:p w14:paraId="61B28F3C"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7F1CBBB" w14:textId="77777777">
        <w:trPr>
          <w:jc w:val="center"/>
        </w:trPr>
        <w:tc>
          <w:tcPr>
            <w:tcW w:w="5159" w:type="dxa"/>
            <w:tcMar>
              <w:top w:w="70" w:type="dxa"/>
              <w:left w:w="95" w:type="dxa"/>
              <w:bottom w:w="70" w:type="dxa"/>
              <w:right w:w="95" w:type="dxa"/>
            </w:tcMar>
          </w:tcPr>
          <w:p w14:paraId="1A2DE623" w14:textId="77777777" w:rsidR="003F413A" w:rsidRDefault="00000000">
            <w:pPr>
              <w:spacing w:after="40"/>
              <w:jc w:val="both"/>
            </w:pPr>
            <w:r>
              <w:t xml:space="preserve">7.6. If 100% of the guaranteed capacity and guaranteed parameters, in accordance with Annexes are not achieved during the first acceptance of the equipment into operation the Seller should at its own expense during a period of 90 days make necessary adaptations and before expiry of this period carry out </w:t>
            </w:r>
            <w:r>
              <w:lastRenderedPageBreak/>
              <w:t>one or more new acceptance tests within the duration of above mentioned 90 days’ term, on the same conditions as given in Annexes to the present Contract. During the above-mentioned period of 90 days the Buyer shall not claim compensation for damages against the Seller. In case this new acceptance of the equipment into operation does not take place within the period of ninety (90) days, for reasons attributed to the Seller, the Buyer may claim a liquidated damages according to Article 11 of the present Contract, unless the two Parties mutually agree to a different solution in writing.</w:t>
            </w:r>
          </w:p>
        </w:tc>
        <w:tc>
          <w:tcPr>
            <w:tcW w:w="5159" w:type="dxa"/>
            <w:tcMar>
              <w:top w:w="70" w:type="dxa"/>
              <w:left w:w="95" w:type="dxa"/>
              <w:bottom w:w="70" w:type="dxa"/>
              <w:right w:w="95" w:type="dxa"/>
            </w:tcMar>
          </w:tcPr>
          <w:p w14:paraId="6DE2916C" w14:textId="77777777" w:rsidR="003F413A" w:rsidRDefault="00000000">
            <w:pPr>
              <w:spacing w:after="40"/>
              <w:jc w:val="both"/>
            </w:pPr>
            <w:r>
              <w:lastRenderedPageBreak/>
              <w:t xml:space="preserve">7.6. Ak </w:t>
            </w:r>
            <w:proofErr w:type="spellStart"/>
            <w:r>
              <w:t>sa</w:t>
            </w:r>
            <w:proofErr w:type="spellEnd"/>
            <w:r>
              <w:t xml:space="preserve"> </w:t>
            </w:r>
            <w:proofErr w:type="spellStart"/>
            <w:r>
              <w:t>pri</w:t>
            </w:r>
            <w:proofErr w:type="spellEnd"/>
            <w:r>
              <w:t xml:space="preserve"> </w:t>
            </w:r>
            <w:proofErr w:type="spellStart"/>
            <w:r>
              <w:t>prvom</w:t>
            </w:r>
            <w:proofErr w:type="spellEnd"/>
            <w:r>
              <w:t xml:space="preserve"> </w:t>
            </w:r>
            <w:proofErr w:type="spellStart"/>
            <w:r>
              <w:t>prevzatí</w:t>
            </w:r>
            <w:proofErr w:type="spellEnd"/>
            <w:r>
              <w:t xml:space="preserve"> </w:t>
            </w:r>
            <w:proofErr w:type="spellStart"/>
            <w:r>
              <w:t>zariadenia</w:t>
            </w:r>
            <w:proofErr w:type="spellEnd"/>
            <w:r>
              <w:t xml:space="preserve"> do </w:t>
            </w:r>
            <w:proofErr w:type="spellStart"/>
            <w:r>
              <w:t>prevádzky</w:t>
            </w:r>
            <w:proofErr w:type="spellEnd"/>
            <w:r>
              <w:t xml:space="preserve"> </w:t>
            </w:r>
            <w:proofErr w:type="spellStart"/>
            <w:r>
              <w:t>nedosiahne</w:t>
            </w:r>
            <w:proofErr w:type="spellEnd"/>
            <w:r>
              <w:t xml:space="preserve"> 100% </w:t>
            </w:r>
            <w:proofErr w:type="spellStart"/>
            <w:r>
              <w:t>garantovanej</w:t>
            </w:r>
            <w:proofErr w:type="spellEnd"/>
            <w:r>
              <w:t xml:space="preserve"> </w:t>
            </w:r>
            <w:proofErr w:type="spellStart"/>
            <w:r>
              <w:t>kapacity</w:t>
            </w:r>
            <w:proofErr w:type="spellEnd"/>
            <w:r>
              <w:t xml:space="preserve"> a </w:t>
            </w:r>
            <w:proofErr w:type="spellStart"/>
            <w:r>
              <w:t>garantovaných</w:t>
            </w:r>
            <w:proofErr w:type="spellEnd"/>
            <w:r>
              <w:t xml:space="preserve"> </w:t>
            </w:r>
            <w:proofErr w:type="spellStart"/>
            <w:r>
              <w:t>parametrov</w:t>
            </w:r>
            <w:proofErr w:type="spellEnd"/>
            <w:r>
              <w:t xml:space="preserve"> v </w:t>
            </w:r>
            <w:proofErr w:type="spellStart"/>
            <w:r>
              <w:t>súlade</w:t>
            </w:r>
            <w:proofErr w:type="spellEnd"/>
            <w:r>
              <w:t xml:space="preserve"> s </w:t>
            </w:r>
            <w:proofErr w:type="spellStart"/>
            <w:r>
              <w:t>prílohami</w:t>
            </w:r>
            <w:proofErr w:type="spellEnd"/>
            <w:r>
              <w:t xml:space="preserve">, </w:t>
            </w:r>
            <w:proofErr w:type="spellStart"/>
            <w:r>
              <w:t>predávajúci</w:t>
            </w:r>
            <w:proofErr w:type="spellEnd"/>
            <w:r>
              <w:t xml:space="preserve"> by mal </w:t>
            </w:r>
            <w:proofErr w:type="spellStart"/>
            <w:r>
              <w:t>na</w:t>
            </w:r>
            <w:proofErr w:type="spellEnd"/>
            <w:r>
              <w:t xml:space="preserve"> </w:t>
            </w:r>
            <w:proofErr w:type="spellStart"/>
            <w:r>
              <w:t>vlastné</w:t>
            </w:r>
            <w:proofErr w:type="spellEnd"/>
            <w:r>
              <w:t xml:space="preserve"> </w:t>
            </w:r>
            <w:proofErr w:type="spellStart"/>
            <w:r>
              <w:t>náklady</w:t>
            </w:r>
            <w:proofErr w:type="spellEnd"/>
            <w:r>
              <w:t xml:space="preserve"> v </w:t>
            </w:r>
            <w:proofErr w:type="spellStart"/>
            <w:r>
              <w:t>lehote</w:t>
            </w:r>
            <w:proofErr w:type="spellEnd"/>
            <w:r>
              <w:t xml:space="preserve"> do 90 </w:t>
            </w:r>
            <w:proofErr w:type="spellStart"/>
            <w:r>
              <w:t>dní</w:t>
            </w:r>
            <w:proofErr w:type="spellEnd"/>
            <w:r>
              <w:t xml:space="preserve"> </w:t>
            </w:r>
            <w:proofErr w:type="spellStart"/>
            <w:r>
              <w:t>vykonať</w:t>
            </w:r>
            <w:proofErr w:type="spellEnd"/>
            <w:r>
              <w:t xml:space="preserve"> </w:t>
            </w:r>
            <w:proofErr w:type="spellStart"/>
            <w:r>
              <w:t>potrebné</w:t>
            </w:r>
            <w:proofErr w:type="spellEnd"/>
            <w:r>
              <w:t xml:space="preserve"> </w:t>
            </w:r>
            <w:proofErr w:type="spellStart"/>
            <w:r>
              <w:t>úpravy</w:t>
            </w:r>
            <w:proofErr w:type="spellEnd"/>
            <w:r>
              <w:t xml:space="preserve"> a pred </w:t>
            </w:r>
            <w:proofErr w:type="spellStart"/>
            <w:r>
              <w:t>uplynutím</w:t>
            </w:r>
            <w:proofErr w:type="spellEnd"/>
            <w:r>
              <w:t xml:space="preserve"> </w:t>
            </w:r>
            <w:proofErr w:type="spellStart"/>
            <w:r>
              <w:t>tejto</w:t>
            </w:r>
            <w:proofErr w:type="spellEnd"/>
            <w:r>
              <w:t xml:space="preserve"> </w:t>
            </w:r>
            <w:proofErr w:type="spellStart"/>
            <w:r>
              <w:t>lehoty</w:t>
            </w:r>
            <w:proofErr w:type="spellEnd"/>
            <w:r>
              <w:t xml:space="preserve"> </w:t>
            </w:r>
            <w:proofErr w:type="spellStart"/>
            <w:r>
              <w:t>vykonať</w:t>
            </w:r>
            <w:proofErr w:type="spellEnd"/>
            <w:r>
              <w:t xml:space="preserve"> </w:t>
            </w:r>
            <w:proofErr w:type="spellStart"/>
            <w:r>
              <w:t>jednu</w:t>
            </w:r>
            <w:proofErr w:type="spellEnd"/>
            <w:r>
              <w:t xml:space="preserve"> </w:t>
            </w:r>
            <w:proofErr w:type="spellStart"/>
            <w:r>
              <w:t>alebo</w:t>
            </w:r>
            <w:proofErr w:type="spellEnd"/>
            <w:r>
              <w:t xml:space="preserve"> </w:t>
            </w:r>
            <w:proofErr w:type="spellStart"/>
            <w:r>
              <w:t>viacero</w:t>
            </w:r>
            <w:proofErr w:type="spellEnd"/>
            <w:r>
              <w:t xml:space="preserve"> </w:t>
            </w:r>
            <w:proofErr w:type="spellStart"/>
            <w:r>
              <w:t>nových</w:t>
            </w:r>
            <w:proofErr w:type="spellEnd"/>
            <w:r>
              <w:t xml:space="preserve"> </w:t>
            </w:r>
            <w:proofErr w:type="spellStart"/>
            <w:r>
              <w:t>preberacích</w:t>
            </w:r>
            <w:proofErr w:type="spellEnd"/>
            <w:r>
              <w:t xml:space="preserve"> </w:t>
            </w:r>
            <w:proofErr w:type="spellStart"/>
            <w:r>
              <w:t>skúšok</w:t>
            </w:r>
            <w:proofErr w:type="spellEnd"/>
            <w:r>
              <w:t xml:space="preserve"> v </w:t>
            </w:r>
            <w:proofErr w:type="spellStart"/>
            <w:r>
              <w:t>trvaní</w:t>
            </w:r>
            <w:proofErr w:type="spellEnd"/>
            <w:r>
              <w:t xml:space="preserve"> </w:t>
            </w:r>
            <w:proofErr w:type="spellStart"/>
            <w:r>
              <w:t>vyššie</w:t>
            </w:r>
            <w:proofErr w:type="spellEnd"/>
            <w:r>
              <w:t xml:space="preserve"> </w:t>
            </w:r>
            <w:proofErr w:type="spellStart"/>
            <w:r>
              <w:lastRenderedPageBreak/>
              <w:t>uvedenej</w:t>
            </w:r>
            <w:proofErr w:type="spellEnd"/>
            <w:r>
              <w:t xml:space="preserve"> 90-dňovej </w:t>
            </w:r>
            <w:proofErr w:type="spellStart"/>
            <w:r>
              <w:t>lehoty</w:t>
            </w:r>
            <w:proofErr w:type="spellEnd"/>
            <w:r>
              <w:t xml:space="preserve"> za </w:t>
            </w:r>
            <w:proofErr w:type="spellStart"/>
            <w:r>
              <w:t>rovnakých</w:t>
            </w:r>
            <w:proofErr w:type="spellEnd"/>
            <w:r>
              <w:t xml:space="preserve"> </w:t>
            </w:r>
            <w:proofErr w:type="spellStart"/>
            <w:r>
              <w:t>podmienok</w:t>
            </w:r>
            <w:proofErr w:type="spellEnd"/>
            <w:r>
              <w:t xml:space="preserve">, </w:t>
            </w:r>
            <w:proofErr w:type="spellStart"/>
            <w:r>
              <w:t>ako</w:t>
            </w:r>
            <w:proofErr w:type="spellEnd"/>
            <w:r>
              <w:t xml:space="preserve"> </w:t>
            </w:r>
            <w:proofErr w:type="spellStart"/>
            <w:r>
              <w:t>sú</w:t>
            </w:r>
            <w:proofErr w:type="spellEnd"/>
            <w:r>
              <w:t xml:space="preserve"> </w:t>
            </w:r>
            <w:proofErr w:type="spellStart"/>
            <w:r>
              <w:t>uvedené</w:t>
            </w:r>
            <w:proofErr w:type="spellEnd"/>
            <w:r>
              <w:t xml:space="preserve"> v </w:t>
            </w:r>
            <w:proofErr w:type="spellStart"/>
            <w:r>
              <w:t>prílohách</w:t>
            </w:r>
            <w:proofErr w:type="spellEnd"/>
            <w:r>
              <w:t xml:space="preserve"> k </w:t>
            </w:r>
            <w:proofErr w:type="spellStart"/>
            <w:r>
              <w:t>tejto</w:t>
            </w:r>
            <w:proofErr w:type="spellEnd"/>
            <w:r>
              <w:t xml:space="preserve"> </w:t>
            </w:r>
            <w:proofErr w:type="spellStart"/>
            <w:r>
              <w:t>zmluve</w:t>
            </w:r>
            <w:proofErr w:type="spellEnd"/>
            <w:r>
              <w:t xml:space="preserve">. </w:t>
            </w:r>
            <w:proofErr w:type="spellStart"/>
            <w:r>
              <w:t>Počas</w:t>
            </w:r>
            <w:proofErr w:type="spellEnd"/>
            <w:r>
              <w:t xml:space="preserve"> </w:t>
            </w:r>
            <w:proofErr w:type="spellStart"/>
            <w:r>
              <w:t>vyššie</w:t>
            </w:r>
            <w:proofErr w:type="spellEnd"/>
            <w:r>
              <w:t xml:space="preserve"> </w:t>
            </w:r>
            <w:proofErr w:type="spellStart"/>
            <w:r>
              <w:t>uvedenej</w:t>
            </w:r>
            <w:proofErr w:type="spellEnd"/>
            <w:r>
              <w:t xml:space="preserve"> </w:t>
            </w:r>
            <w:proofErr w:type="spellStart"/>
            <w:r>
              <w:t>lehoty</w:t>
            </w:r>
            <w:proofErr w:type="spellEnd"/>
            <w:r>
              <w:t xml:space="preserve"> 90 </w:t>
            </w:r>
            <w:proofErr w:type="spellStart"/>
            <w:r>
              <w:t>dní</w:t>
            </w:r>
            <w:proofErr w:type="spellEnd"/>
            <w:r>
              <w:t xml:space="preserve"> </w:t>
            </w:r>
            <w:proofErr w:type="spellStart"/>
            <w:r>
              <w:t>si</w:t>
            </w:r>
            <w:proofErr w:type="spellEnd"/>
            <w:r>
              <w:t xml:space="preserve"> </w:t>
            </w:r>
            <w:proofErr w:type="spellStart"/>
            <w:r>
              <w:t>kupujúci</w:t>
            </w:r>
            <w:proofErr w:type="spellEnd"/>
            <w:r>
              <w:t xml:space="preserve"> </w:t>
            </w:r>
            <w:proofErr w:type="spellStart"/>
            <w:r>
              <w:t>voči</w:t>
            </w:r>
            <w:proofErr w:type="spellEnd"/>
            <w:r>
              <w:t xml:space="preserve"> </w:t>
            </w:r>
            <w:proofErr w:type="spellStart"/>
            <w:r>
              <w:t>predávajúcemu</w:t>
            </w:r>
            <w:proofErr w:type="spellEnd"/>
            <w:r>
              <w:t xml:space="preserve"> </w:t>
            </w:r>
            <w:proofErr w:type="spellStart"/>
            <w:r>
              <w:t>neuplatní</w:t>
            </w:r>
            <w:proofErr w:type="spellEnd"/>
            <w:r>
              <w:t xml:space="preserve"> </w:t>
            </w:r>
            <w:proofErr w:type="spellStart"/>
            <w:r>
              <w:t>náhradu</w:t>
            </w:r>
            <w:proofErr w:type="spellEnd"/>
            <w:r>
              <w:t xml:space="preserve"> </w:t>
            </w:r>
            <w:proofErr w:type="spellStart"/>
            <w:r>
              <w:t>škody</w:t>
            </w:r>
            <w:proofErr w:type="spellEnd"/>
            <w:r>
              <w:t xml:space="preserve">. V </w:t>
            </w:r>
            <w:proofErr w:type="spellStart"/>
            <w:r>
              <w:t>prípade</w:t>
            </w:r>
            <w:proofErr w:type="spellEnd"/>
            <w:r>
              <w:t xml:space="preserve">, </w:t>
            </w:r>
            <w:proofErr w:type="spellStart"/>
            <w:r>
              <w:t>že</w:t>
            </w:r>
            <w:proofErr w:type="spellEnd"/>
            <w:r>
              <w:t xml:space="preserve"> k </w:t>
            </w:r>
            <w:proofErr w:type="spellStart"/>
            <w:r>
              <w:t>novému</w:t>
            </w:r>
            <w:proofErr w:type="spellEnd"/>
            <w:r>
              <w:t xml:space="preserve"> </w:t>
            </w:r>
            <w:proofErr w:type="spellStart"/>
            <w:r>
              <w:t>prevzatiu</w:t>
            </w:r>
            <w:proofErr w:type="spellEnd"/>
            <w:r>
              <w:t xml:space="preserve"> </w:t>
            </w:r>
            <w:proofErr w:type="spellStart"/>
            <w:r>
              <w:t>zariadenia</w:t>
            </w:r>
            <w:proofErr w:type="spellEnd"/>
            <w:r>
              <w:t xml:space="preserve"> do </w:t>
            </w:r>
            <w:proofErr w:type="spellStart"/>
            <w:r>
              <w:t>prevádzky</w:t>
            </w:r>
            <w:proofErr w:type="spellEnd"/>
            <w:r>
              <w:t xml:space="preserve"> </w:t>
            </w:r>
            <w:proofErr w:type="spellStart"/>
            <w:r>
              <w:t>nedôjde</w:t>
            </w:r>
            <w:proofErr w:type="spellEnd"/>
            <w:r>
              <w:t xml:space="preserve"> v </w:t>
            </w:r>
            <w:proofErr w:type="spellStart"/>
            <w:r>
              <w:t>lehote</w:t>
            </w:r>
            <w:proofErr w:type="spellEnd"/>
            <w:r>
              <w:t xml:space="preserve"> </w:t>
            </w:r>
            <w:proofErr w:type="spellStart"/>
            <w:r>
              <w:t>deväťdesiatich</w:t>
            </w:r>
            <w:proofErr w:type="spellEnd"/>
            <w:r>
              <w:t xml:space="preserve"> (90) </w:t>
            </w:r>
            <w:proofErr w:type="spellStart"/>
            <w:r>
              <w:t>dní</w:t>
            </w:r>
            <w:proofErr w:type="spellEnd"/>
            <w:r>
              <w:t xml:space="preserve">, z </w:t>
            </w:r>
            <w:proofErr w:type="spellStart"/>
            <w:r>
              <w:t>dôvodov</w:t>
            </w:r>
            <w:proofErr w:type="spellEnd"/>
            <w:r>
              <w:t xml:space="preserve"> </w:t>
            </w:r>
            <w:proofErr w:type="spellStart"/>
            <w:r>
              <w:t>na</w:t>
            </w:r>
            <w:proofErr w:type="spellEnd"/>
            <w:r>
              <w:t xml:space="preserve"> </w:t>
            </w:r>
            <w:proofErr w:type="spellStart"/>
            <w:r>
              <w:t>strane</w:t>
            </w:r>
            <w:proofErr w:type="spellEnd"/>
            <w:r>
              <w:t xml:space="preserve"> </w:t>
            </w:r>
            <w:proofErr w:type="spellStart"/>
            <w:r>
              <w:t>predávajúceho</w:t>
            </w:r>
            <w:proofErr w:type="spellEnd"/>
            <w:r>
              <w:t xml:space="preserve">, </w:t>
            </w:r>
            <w:proofErr w:type="spellStart"/>
            <w:r>
              <w:t>môže</w:t>
            </w:r>
            <w:proofErr w:type="spellEnd"/>
            <w:r>
              <w:t xml:space="preserve"> </w:t>
            </w:r>
            <w:proofErr w:type="spellStart"/>
            <w:r>
              <w:t>si</w:t>
            </w:r>
            <w:proofErr w:type="spellEnd"/>
            <w:r>
              <w:t xml:space="preserve"> </w:t>
            </w:r>
            <w:proofErr w:type="spellStart"/>
            <w:r>
              <w:t>kupujúci</w:t>
            </w:r>
            <w:proofErr w:type="spellEnd"/>
            <w:r>
              <w:t xml:space="preserve"> </w:t>
            </w:r>
            <w:proofErr w:type="spellStart"/>
            <w:r>
              <w:t>uplatniť</w:t>
            </w:r>
            <w:proofErr w:type="spellEnd"/>
            <w:r>
              <w:t xml:space="preserve"> </w:t>
            </w:r>
            <w:proofErr w:type="spellStart"/>
            <w:r>
              <w:t>nárok</w:t>
            </w:r>
            <w:proofErr w:type="spellEnd"/>
            <w:r>
              <w:t xml:space="preserve"> </w:t>
            </w:r>
            <w:proofErr w:type="spellStart"/>
            <w:r>
              <w:t>na</w:t>
            </w:r>
            <w:proofErr w:type="spellEnd"/>
            <w:r>
              <w:t xml:space="preserve"> </w:t>
            </w:r>
            <w:proofErr w:type="spellStart"/>
            <w:r>
              <w:t>zmluvnú</w:t>
            </w:r>
            <w:proofErr w:type="spellEnd"/>
            <w:r>
              <w:t xml:space="preserve"> </w:t>
            </w:r>
            <w:proofErr w:type="spellStart"/>
            <w:r>
              <w:t>pokutu</w:t>
            </w:r>
            <w:proofErr w:type="spellEnd"/>
            <w:r>
              <w:t xml:space="preserve"> </w:t>
            </w:r>
            <w:proofErr w:type="spellStart"/>
            <w:r>
              <w:t>podľa</w:t>
            </w:r>
            <w:proofErr w:type="spellEnd"/>
            <w:r>
              <w:t xml:space="preserve"> </w:t>
            </w:r>
            <w:proofErr w:type="spellStart"/>
            <w:r>
              <w:t>článku</w:t>
            </w:r>
            <w:proofErr w:type="spellEnd"/>
            <w:r>
              <w:t xml:space="preserve"> 11 </w:t>
            </w:r>
            <w:proofErr w:type="spellStart"/>
            <w:r>
              <w:t>tejto</w:t>
            </w:r>
            <w:proofErr w:type="spellEnd"/>
            <w:r>
              <w:t xml:space="preserve"> </w:t>
            </w:r>
            <w:proofErr w:type="spellStart"/>
            <w:r>
              <w:t>zmluvy</w:t>
            </w:r>
            <w:proofErr w:type="spellEnd"/>
            <w:r>
              <w:t xml:space="preserve">, </w:t>
            </w:r>
            <w:proofErr w:type="spellStart"/>
            <w:r>
              <w:t>pokiaľ</w:t>
            </w:r>
            <w:proofErr w:type="spellEnd"/>
            <w:r>
              <w:t xml:space="preserve"> </w:t>
            </w:r>
            <w:proofErr w:type="spellStart"/>
            <w:r>
              <w:t>sa</w:t>
            </w:r>
            <w:proofErr w:type="spellEnd"/>
            <w:r>
              <w:t xml:space="preserve"> </w:t>
            </w:r>
            <w:proofErr w:type="spellStart"/>
            <w:r>
              <w:t>obe</w:t>
            </w:r>
            <w:proofErr w:type="spellEnd"/>
            <w:r>
              <w:t xml:space="preserve"> </w:t>
            </w:r>
            <w:proofErr w:type="spellStart"/>
            <w:r>
              <w:t>zmluvné</w:t>
            </w:r>
            <w:proofErr w:type="spellEnd"/>
            <w:r>
              <w:t xml:space="preserve"> </w:t>
            </w:r>
            <w:proofErr w:type="spellStart"/>
            <w:r>
              <w:t>strany</w:t>
            </w:r>
            <w:proofErr w:type="spellEnd"/>
            <w:r>
              <w:t xml:space="preserve"> </w:t>
            </w:r>
            <w:proofErr w:type="spellStart"/>
            <w:r>
              <w:t>vzájomne</w:t>
            </w:r>
            <w:proofErr w:type="spellEnd"/>
            <w:r>
              <w:t xml:space="preserve"> </w:t>
            </w:r>
            <w:proofErr w:type="spellStart"/>
            <w:r>
              <w:t>písomne</w:t>
            </w:r>
            <w:proofErr w:type="spellEnd"/>
            <w:r>
              <w:t xml:space="preserve"> </w:t>
            </w:r>
            <w:proofErr w:type="spellStart"/>
            <w:r>
              <w:t>nedohodnú</w:t>
            </w:r>
            <w:proofErr w:type="spellEnd"/>
            <w:r>
              <w:t xml:space="preserve"> </w:t>
            </w:r>
            <w:proofErr w:type="spellStart"/>
            <w:r>
              <w:t>na</w:t>
            </w:r>
            <w:proofErr w:type="spellEnd"/>
            <w:r>
              <w:t xml:space="preserve"> </w:t>
            </w:r>
            <w:proofErr w:type="spellStart"/>
            <w:r>
              <w:t>inom</w:t>
            </w:r>
            <w:proofErr w:type="spellEnd"/>
            <w:r>
              <w:t xml:space="preserve"> </w:t>
            </w:r>
            <w:proofErr w:type="spellStart"/>
            <w:r>
              <w:t>riešení</w:t>
            </w:r>
            <w:proofErr w:type="spellEnd"/>
            <w:r>
              <w:t>.</w:t>
            </w:r>
          </w:p>
        </w:tc>
      </w:tr>
    </w:tbl>
    <w:p w14:paraId="02218334"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C5ED1DB" w14:textId="77777777">
        <w:trPr>
          <w:jc w:val="center"/>
        </w:trPr>
        <w:tc>
          <w:tcPr>
            <w:tcW w:w="5159" w:type="dxa"/>
            <w:tcMar>
              <w:top w:w="70" w:type="dxa"/>
              <w:left w:w="95" w:type="dxa"/>
              <w:bottom w:w="70" w:type="dxa"/>
              <w:right w:w="95" w:type="dxa"/>
            </w:tcMar>
          </w:tcPr>
          <w:p w14:paraId="5AB31331" w14:textId="77777777" w:rsidR="003F413A" w:rsidRDefault="00000000">
            <w:pPr>
              <w:spacing w:after="40"/>
              <w:jc w:val="both"/>
            </w:pPr>
            <w:r>
              <w:t>7.7. The performance and parameters guarantee as stipulated in Annexes to the present Contract is the only performance and parameters guarantee made. If the guaranteed parameters and capacity as stated in Annexes to the present Contract cannot be proven during the test, the Seller must repair and/or replace the defective equipment. If a performance test and guaranteed parameters failed solely for reasons attributable to the Seller, the test shall be repeated for the line and the parameter that failed. After successful performance test and achievement of guaranteed parameters the equipment shall be considered fully and wholly accepted.</w:t>
            </w:r>
          </w:p>
        </w:tc>
        <w:tc>
          <w:tcPr>
            <w:tcW w:w="5159" w:type="dxa"/>
            <w:tcMar>
              <w:top w:w="70" w:type="dxa"/>
              <w:left w:w="95" w:type="dxa"/>
              <w:bottom w:w="70" w:type="dxa"/>
              <w:right w:w="95" w:type="dxa"/>
            </w:tcMar>
          </w:tcPr>
          <w:p w14:paraId="22F42C93" w14:textId="77777777" w:rsidR="003F413A" w:rsidRDefault="00000000">
            <w:pPr>
              <w:spacing w:after="40"/>
              <w:jc w:val="both"/>
            </w:pPr>
            <w:r>
              <w:t xml:space="preserve">7.7. </w:t>
            </w:r>
            <w:proofErr w:type="spellStart"/>
            <w:r>
              <w:t>Záruka</w:t>
            </w:r>
            <w:proofErr w:type="spellEnd"/>
            <w:r>
              <w:t xml:space="preserve"> </w:t>
            </w:r>
            <w:proofErr w:type="spellStart"/>
            <w:r>
              <w:t>na</w:t>
            </w:r>
            <w:proofErr w:type="spellEnd"/>
            <w:r>
              <w:t xml:space="preserve"> </w:t>
            </w:r>
            <w:proofErr w:type="spellStart"/>
            <w:r>
              <w:t>výkon</w:t>
            </w:r>
            <w:proofErr w:type="spellEnd"/>
            <w:r>
              <w:t xml:space="preserve"> a </w:t>
            </w:r>
            <w:proofErr w:type="spellStart"/>
            <w:r>
              <w:t>parametre</w:t>
            </w:r>
            <w:proofErr w:type="spellEnd"/>
            <w:r>
              <w:t xml:space="preserve"> </w:t>
            </w:r>
            <w:proofErr w:type="spellStart"/>
            <w:r>
              <w:t>uvedená</w:t>
            </w:r>
            <w:proofErr w:type="spellEnd"/>
            <w:r>
              <w:t xml:space="preserve"> v </w:t>
            </w:r>
            <w:proofErr w:type="spellStart"/>
            <w:r>
              <w:t>prílohách</w:t>
            </w:r>
            <w:proofErr w:type="spellEnd"/>
            <w:r>
              <w:t xml:space="preserve"> k </w:t>
            </w:r>
            <w:proofErr w:type="spellStart"/>
            <w:r>
              <w:t>tejto</w:t>
            </w:r>
            <w:proofErr w:type="spellEnd"/>
            <w:r>
              <w:t xml:space="preserve"> </w:t>
            </w:r>
            <w:proofErr w:type="spellStart"/>
            <w:r>
              <w:t>zmluve</w:t>
            </w:r>
            <w:proofErr w:type="spellEnd"/>
            <w:r>
              <w:t xml:space="preserve"> je </w:t>
            </w:r>
            <w:proofErr w:type="spellStart"/>
            <w:r>
              <w:t>jedinou</w:t>
            </w:r>
            <w:proofErr w:type="spellEnd"/>
            <w:r>
              <w:t xml:space="preserve"> </w:t>
            </w:r>
            <w:proofErr w:type="spellStart"/>
            <w:r>
              <w:t>poskytovanou</w:t>
            </w:r>
            <w:proofErr w:type="spellEnd"/>
            <w:r>
              <w:t xml:space="preserve"> </w:t>
            </w:r>
            <w:proofErr w:type="spellStart"/>
            <w:r>
              <w:t>zárukou</w:t>
            </w:r>
            <w:proofErr w:type="spellEnd"/>
            <w:r>
              <w:t xml:space="preserve"> </w:t>
            </w:r>
            <w:proofErr w:type="spellStart"/>
            <w:r>
              <w:t>na</w:t>
            </w:r>
            <w:proofErr w:type="spellEnd"/>
            <w:r>
              <w:t xml:space="preserve"> </w:t>
            </w:r>
            <w:proofErr w:type="spellStart"/>
            <w:r>
              <w:t>výkon</w:t>
            </w:r>
            <w:proofErr w:type="spellEnd"/>
            <w:r>
              <w:t xml:space="preserve"> a </w:t>
            </w:r>
            <w:proofErr w:type="spellStart"/>
            <w:r>
              <w:t>parametre</w:t>
            </w:r>
            <w:proofErr w:type="spellEnd"/>
            <w:r>
              <w:t xml:space="preserve">. Ak </w:t>
            </w:r>
            <w:proofErr w:type="spellStart"/>
            <w:r>
              <w:t>nie</w:t>
            </w:r>
            <w:proofErr w:type="spellEnd"/>
            <w:r>
              <w:t xml:space="preserve"> je </w:t>
            </w:r>
            <w:proofErr w:type="spellStart"/>
            <w:r>
              <w:t>možné</w:t>
            </w:r>
            <w:proofErr w:type="spellEnd"/>
            <w:r>
              <w:t xml:space="preserve"> </w:t>
            </w:r>
            <w:proofErr w:type="spellStart"/>
            <w:r>
              <w:t>pri</w:t>
            </w:r>
            <w:proofErr w:type="spellEnd"/>
            <w:r>
              <w:t xml:space="preserve"> </w:t>
            </w:r>
            <w:proofErr w:type="spellStart"/>
            <w:r>
              <w:t>skúške</w:t>
            </w:r>
            <w:proofErr w:type="spellEnd"/>
            <w:r>
              <w:t xml:space="preserve"> </w:t>
            </w:r>
            <w:proofErr w:type="spellStart"/>
            <w:r>
              <w:t>preukázať</w:t>
            </w:r>
            <w:proofErr w:type="spellEnd"/>
            <w:r>
              <w:t xml:space="preserve"> </w:t>
            </w:r>
            <w:proofErr w:type="spellStart"/>
            <w:r>
              <w:t>garantované</w:t>
            </w:r>
            <w:proofErr w:type="spellEnd"/>
            <w:r>
              <w:t xml:space="preserve"> </w:t>
            </w:r>
            <w:proofErr w:type="spellStart"/>
            <w:r>
              <w:t>parametre</w:t>
            </w:r>
            <w:proofErr w:type="spellEnd"/>
            <w:r>
              <w:t xml:space="preserve"> a </w:t>
            </w:r>
            <w:proofErr w:type="spellStart"/>
            <w:r>
              <w:t>kapacitu</w:t>
            </w:r>
            <w:proofErr w:type="spellEnd"/>
            <w:r>
              <w:t xml:space="preserve">, </w:t>
            </w:r>
            <w:proofErr w:type="spellStart"/>
            <w:r>
              <w:t>ako</w:t>
            </w:r>
            <w:proofErr w:type="spellEnd"/>
            <w:r>
              <w:t xml:space="preserve"> </w:t>
            </w:r>
            <w:proofErr w:type="spellStart"/>
            <w:r>
              <w:t>sú</w:t>
            </w:r>
            <w:proofErr w:type="spellEnd"/>
            <w:r>
              <w:t xml:space="preserve"> </w:t>
            </w:r>
            <w:proofErr w:type="spellStart"/>
            <w:r>
              <w:t>uvedené</w:t>
            </w:r>
            <w:proofErr w:type="spellEnd"/>
            <w:r>
              <w:t xml:space="preserve"> v </w:t>
            </w:r>
            <w:proofErr w:type="spellStart"/>
            <w:r>
              <w:t>prílohách</w:t>
            </w:r>
            <w:proofErr w:type="spellEnd"/>
            <w:r>
              <w:t xml:space="preserve"> k </w:t>
            </w:r>
            <w:proofErr w:type="spellStart"/>
            <w:r>
              <w:t>tejto</w:t>
            </w:r>
            <w:proofErr w:type="spellEnd"/>
            <w:r>
              <w:t xml:space="preserve"> </w:t>
            </w:r>
            <w:proofErr w:type="spellStart"/>
            <w:r>
              <w:t>zmluve</w:t>
            </w:r>
            <w:proofErr w:type="spellEnd"/>
            <w:r>
              <w:t xml:space="preserve">, </w:t>
            </w:r>
            <w:proofErr w:type="spellStart"/>
            <w:r>
              <w:t>predávajúci</w:t>
            </w:r>
            <w:proofErr w:type="spellEnd"/>
            <w:r>
              <w:t xml:space="preserve"> je </w:t>
            </w:r>
            <w:proofErr w:type="spellStart"/>
            <w:r>
              <w:t>povinný</w:t>
            </w:r>
            <w:proofErr w:type="spellEnd"/>
            <w:r>
              <w:t xml:space="preserve"> </w:t>
            </w:r>
            <w:proofErr w:type="spellStart"/>
            <w:r>
              <w:t>chybné</w:t>
            </w:r>
            <w:proofErr w:type="spellEnd"/>
            <w:r>
              <w:t xml:space="preserve"> </w:t>
            </w:r>
            <w:proofErr w:type="spellStart"/>
            <w:r>
              <w:t>zariadenie</w:t>
            </w:r>
            <w:proofErr w:type="spellEnd"/>
            <w:r>
              <w:t xml:space="preserve"> </w:t>
            </w:r>
            <w:proofErr w:type="spellStart"/>
            <w:r>
              <w:t>opraviť</w:t>
            </w:r>
            <w:proofErr w:type="spellEnd"/>
            <w:r>
              <w:t xml:space="preserve"> a/</w:t>
            </w:r>
            <w:proofErr w:type="spellStart"/>
            <w:r>
              <w:t>alebo</w:t>
            </w:r>
            <w:proofErr w:type="spellEnd"/>
            <w:r>
              <w:t xml:space="preserve"> </w:t>
            </w:r>
            <w:proofErr w:type="spellStart"/>
            <w:r>
              <w:t>vymeniť</w:t>
            </w:r>
            <w:proofErr w:type="spellEnd"/>
            <w:r>
              <w:t xml:space="preserve">. Ak bola </w:t>
            </w:r>
            <w:proofErr w:type="spellStart"/>
            <w:r>
              <w:t>skúška</w:t>
            </w:r>
            <w:proofErr w:type="spellEnd"/>
            <w:r>
              <w:t xml:space="preserve"> </w:t>
            </w:r>
            <w:proofErr w:type="spellStart"/>
            <w:r>
              <w:t>výkonu</w:t>
            </w:r>
            <w:proofErr w:type="spellEnd"/>
            <w:r>
              <w:t xml:space="preserve"> </w:t>
            </w:r>
            <w:proofErr w:type="spellStart"/>
            <w:r>
              <w:t>neúspešná</w:t>
            </w:r>
            <w:proofErr w:type="spellEnd"/>
            <w:r>
              <w:t xml:space="preserve"> a </w:t>
            </w:r>
            <w:proofErr w:type="spellStart"/>
            <w:r>
              <w:t>garantované</w:t>
            </w:r>
            <w:proofErr w:type="spellEnd"/>
            <w:r>
              <w:t xml:space="preserve"> </w:t>
            </w:r>
            <w:proofErr w:type="spellStart"/>
            <w:r>
              <w:t>parametre</w:t>
            </w:r>
            <w:proofErr w:type="spellEnd"/>
            <w:r>
              <w:t xml:space="preserve"> </w:t>
            </w:r>
            <w:proofErr w:type="spellStart"/>
            <w:r>
              <w:t>sa</w:t>
            </w:r>
            <w:proofErr w:type="spellEnd"/>
            <w:r>
              <w:t xml:space="preserve"> </w:t>
            </w:r>
            <w:proofErr w:type="spellStart"/>
            <w:r>
              <w:t>nedosiahli</w:t>
            </w:r>
            <w:proofErr w:type="spellEnd"/>
            <w:r>
              <w:t xml:space="preserve"> </w:t>
            </w:r>
            <w:proofErr w:type="spellStart"/>
            <w:r>
              <w:t>výlučne</w:t>
            </w:r>
            <w:proofErr w:type="spellEnd"/>
            <w:r>
              <w:t xml:space="preserve"> z </w:t>
            </w:r>
            <w:proofErr w:type="spellStart"/>
            <w:r>
              <w:t>dôvodov</w:t>
            </w:r>
            <w:proofErr w:type="spellEnd"/>
            <w:r>
              <w:t xml:space="preserve">, </w:t>
            </w:r>
            <w:proofErr w:type="spellStart"/>
            <w:r>
              <w:t>ktoré</w:t>
            </w:r>
            <w:proofErr w:type="spellEnd"/>
            <w:r>
              <w:t xml:space="preserve"> </w:t>
            </w:r>
            <w:proofErr w:type="spellStart"/>
            <w:r>
              <w:t>možno</w:t>
            </w:r>
            <w:proofErr w:type="spellEnd"/>
            <w:r>
              <w:t xml:space="preserve"> </w:t>
            </w:r>
            <w:proofErr w:type="spellStart"/>
            <w:r>
              <w:t>pripísať</w:t>
            </w:r>
            <w:proofErr w:type="spellEnd"/>
            <w:r>
              <w:t xml:space="preserve"> </w:t>
            </w:r>
            <w:proofErr w:type="spellStart"/>
            <w:r>
              <w:t>predávajúcemu</w:t>
            </w:r>
            <w:proofErr w:type="spellEnd"/>
            <w:r>
              <w:t xml:space="preserve">, </w:t>
            </w:r>
            <w:proofErr w:type="spellStart"/>
            <w:r>
              <w:t>skúška</w:t>
            </w:r>
            <w:proofErr w:type="spellEnd"/>
            <w:r>
              <w:t xml:space="preserve"> </w:t>
            </w:r>
            <w:proofErr w:type="spellStart"/>
            <w:r>
              <w:t>sa</w:t>
            </w:r>
            <w:proofErr w:type="spellEnd"/>
            <w:r>
              <w:t xml:space="preserve"> </w:t>
            </w:r>
            <w:proofErr w:type="spellStart"/>
            <w:r>
              <w:t>zopakuje</w:t>
            </w:r>
            <w:proofErr w:type="spellEnd"/>
            <w:r>
              <w:t xml:space="preserve"> pre </w:t>
            </w:r>
            <w:proofErr w:type="spellStart"/>
            <w:r>
              <w:t>linku</w:t>
            </w:r>
            <w:proofErr w:type="spellEnd"/>
            <w:r>
              <w:t xml:space="preserve"> a parameter, </w:t>
            </w:r>
            <w:proofErr w:type="spellStart"/>
            <w:r>
              <w:t>ktorý</w:t>
            </w:r>
            <w:proofErr w:type="spellEnd"/>
            <w:r>
              <w:t xml:space="preserve"> </w:t>
            </w:r>
            <w:proofErr w:type="spellStart"/>
            <w:r>
              <w:t>nebol</w:t>
            </w:r>
            <w:proofErr w:type="spellEnd"/>
            <w:r>
              <w:t xml:space="preserve"> </w:t>
            </w:r>
            <w:proofErr w:type="spellStart"/>
            <w:r>
              <w:t>splnený</w:t>
            </w:r>
            <w:proofErr w:type="spellEnd"/>
            <w:r>
              <w:t xml:space="preserve">. Po </w:t>
            </w:r>
            <w:proofErr w:type="spellStart"/>
            <w:r>
              <w:t>úspešnej</w:t>
            </w:r>
            <w:proofErr w:type="spellEnd"/>
            <w:r>
              <w:t xml:space="preserve"> </w:t>
            </w:r>
            <w:proofErr w:type="spellStart"/>
            <w:r>
              <w:t>skúške</w:t>
            </w:r>
            <w:proofErr w:type="spellEnd"/>
            <w:r>
              <w:t xml:space="preserve"> </w:t>
            </w:r>
            <w:proofErr w:type="spellStart"/>
            <w:r>
              <w:t>výkonu</w:t>
            </w:r>
            <w:proofErr w:type="spellEnd"/>
            <w:r>
              <w:t xml:space="preserve"> a </w:t>
            </w:r>
            <w:proofErr w:type="spellStart"/>
            <w:r>
              <w:t>splnení</w:t>
            </w:r>
            <w:proofErr w:type="spellEnd"/>
            <w:r>
              <w:t xml:space="preserve"> </w:t>
            </w:r>
            <w:proofErr w:type="spellStart"/>
            <w:r>
              <w:t>garantovaných</w:t>
            </w:r>
            <w:proofErr w:type="spellEnd"/>
            <w:r>
              <w:t xml:space="preserve"> </w:t>
            </w:r>
            <w:proofErr w:type="spellStart"/>
            <w:r>
              <w:t>parametrov</w:t>
            </w:r>
            <w:proofErr w:type="spellEnd"/>
            <w:r>
              <w:t xml:space="preserve"> </w:t>
            </w:r>
            <w:proofErr w:type="spellStart"/>
            <w:r>
              <w:t>sa</w:t>
            </w:r>
            <w:proofErr w:type="spellEnd"/>
            <w:r>
              <w:t xml:space="preserve"> </w:t>
            </w:r>
            <w:proofErr w:type="spellStart"/>
            <w:r>
              <w:t>zariadenie</w:t>
            </w:r>
            <w:proofErr w:type="spellEnd"/>
            <w:r>
              <w:t xml:space="preserve"> </w:t>
            </w:r>
            <w:proofErr w:type="spellStart"/>
            <w:r>
              <w:t>považuje</w:t>
            </w:r>
            <w:proofErr w:type="spellEnd"/>
            <w:r>
              <w:t xml:space="preserve"> za </w:t>
            </w:r>
            <w:proofErr w:type="spellStart"/>
            <w:r>
              <w:t>plne</w:t>
            </w:r>
            <w:proofErr w:type="spellEnd"/>
            <w:r>
              <w:t xml:space="preserve"> </w:t>
            </w:r>
            <w:proofErr w:type="spellStart"/>
            <w:r>
              <w:t>akceptované</w:t>
            </w:r>
            <w:proofErr w:type="spellEnd"/>
            <w:r>
              <w:t>.</w:t>
            </w:r>
          </w:p>
        </w:tc>
      </w:tr>
    </w:tbl>
    <w:p w14:paraId="2CA578DB"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C0B003B" w14:textId="77777777">
        <w:trPr>
          <w:jc w:val="center"/>
        </w:trPr>
        <w:tc>
          <w:tcPr>
            <w:tcW w:w="5159" w:type="dxa"/>
            <w:tcMar>
              <w:top w:w="70" w:type="dxa"/>
              <w:left w:w="95" w:type="dxa"/>
              <w:bottom w:w="70" w:type="dxa"/>
              <w:right w:w="95" w:type="dxa"/>
            </w:tcMar>
          </w:tcPr>
          <w:p w14:paraId="631A292C" w14:textId="77777777" w:rsidR="003F413A" w:rsidRDefault="00000000">
            <w:pPr>
              <w:spacing w:after="40"/>
              <w:jc w:val="both"/>
            </w:pPr>
            <w:r>
              <w:t xml:space="preserve">7.8. Limitations in the capacity of the equipment, supplied by the Seller, </w:t>
            </w:r>
            <w:proofErr w:type="gramStart"/>
            <w:r>
              <w:t>as a result of</w:t>
            </w:r>
            <w:proofErr w:type="gramEnd"/>
            <w:r>
              <w:t xml:space="preserve"> insufficient capacity of preceding or subsequent equipment in the line, or due to failure in control, energy supply or other circumstances, related to the responsibility of the Buyer or of the 3rd party, cannot be blamed on the Seller and are no ground to reject acceptance.</w:t>
            </w:r>
          </w:p>
        </w:tc>
        <w:tc>
          <w:tcPr>
            <w:tcW w:w="5159" w:type="dxa"/>
            <w:tcMar>
              <w:top w:w="70" w:type="dxa"/>
              <w:left w:w="95" w:type="dxa"/>
              <w:bottom w:w="70" w:type="dxa"/>
              <w:right w:w="95" w:type="dxa"/>
            </w:tcMar>
          </w:tcPr>
          <w:p w14:paraId="7DAA5EFD" w14:textId="77777777" w:rsidR="003F413A" w:rsidRDefault="00000000">
            <w:pPr>
              <w:spacing w:after="40"/>
              <w:jc w:val="both"/>
            </w:pPr>
            <w:r>
              <w:t xml:space="preserve">7.8. Za </w:t>
            </w:r>
            <w:proofErr w:type="spellStart"/>
            <w:r>
              <w:t>obmedzenia</w:t>
            </w:r>
            <w:proofErr w:type="spellEnd"/>
            <w:r>
              <w:t xml:space="preserve"> </w:t>
            </w:r>
            <w:proofErr w:type="spellStart"/>
            <w:r>
              <w:t>kapacity</w:t>
            </w:r>
            <w:proofErr w:type="spellEnd"/>
            <w:r>
              <w:t xml:space="preserve"> </w:t>
            </w:r>
            <w:proofErr w:type="spellStart"/>
            <w:r>
              <w:t>zariadení</w:t>
            </w:r>
            <w:proofErr w:type="spellEnd"/>
            <w:r>
              <w:t xml:space="preserve"> </w:t>
            </w:r>
            <w:proofErr w:type="spellStart"/>
            <w:r>
              <w:t>dodávaných</w:t>
            </w:r>
            <w:proofErr w:type="spellEnd"/>
            <w:r>
              <w:t xml:space="preserve"> </w:t>
            </w:r>
            <w:proofErr w:type="spellStart"/>
            <w:r>
              <w:t>predávajúcim</w:t>
            </w:r>
            <w:proofErr w:type="spellEnd"/>
            <w:r>
              <w:t xml:space="preserve"> v </w:t>
            </w:r>
            <w:proofErr w:type="spellStart"/>
            <w:r>
              <w:t>dôsledku</w:t>
            </w:r>
            <w:proofErr w:type="spellEnd"/>
            <w:r>
              <w:t xml:space="preserve"> </w:t>
            </w:r>
            <w:proofErr w:type="spellStart"/>
            <w:r>
              <w:t>nedostatočnej</w:t>
            </w:r>
            <w:proofErr w:type="spellEnd"/>
            <w:r>
              <w:t xml:space="preserve"> </w:t>
            </w:r>
            <w:proofErr w:type="spellStart"/>
            <w:r>
              <w:t>kapacity</w:t>
            </w:r>
            <w:proofErr w:type="spellEnd"/>
            <w:r>
              <w:t xml:space="preserve"> </w:t>
            </w:r>
            <w:proofErr w:type="spellStart"/>
            <w:r>
              <w:t>predchádzajúceho</w:t>
            </w:r>
            <w:proofErr w:type="spellEnd"/>
            <w:r>
              <w:t xml:space="preserve"> </w:t>
            </w:r>
            <w:proofErr w:type="spellStart"/>
            <w:r>
              <w:t>alebo</w:t>
            </w:r>
            <w:proofErr w:type="spellEnd"/>
            <w:r>
              <w:t xml:space="preserve"> </w:t>
            </w:r>
            <w:proofErr w:type="spellStart"/>
            <w:r>
              <w:t>nasledujúceho</w:t>
            </w:r>
            <w:proofErr w:type="spellEnd"/>
            <w:r>
              <w:t xml:space="preserve"> </w:t>
            </w:r>
            <w:proofErr w:type="spellStart"/>
            <w:r>
              <w:t>zariadenia</w:t>
            </w:r>
            <w:proofErr w:type="spellEnd"/>
            <w:r>
              <w:t xml:space="preserve"> v </w:t>
            </w:r>
            <w:proofErr w:type="spellStart"/>
            <w:r>
              <w:t>linke</w:t>
            </w:r>
            <w:proofErr w:type="spellEnd"/>
            <w:r>
              <w:t xml:space="preserve">, </w:t>
            </w:r>
            <w:proofErr w:type="spellStart"/>
            <w:r>
              <w:t>alebo</w:t>
            </w:r>
            <w:proofErr w:type="spellEnd"/>
            <w:r>
              <w:t xml:space="preserve"> z </w:t>
            </w:r>
            <w:proofErr w:type="spellStart"/>
            <w:r>
              <w:t>dôvodu</w:t>
            </w:r>
            <w:proofErr w:type="spellEnd"/>
            <w:r>
              <w:t xml:space="preserve"> </w:t>
            </w:r>
            <w:proofErr w:type="spellStart"/>
            <w:r>
              <w:t>zlyhania</w:t>
            </w:r>
            <w:proofErr w:type="spellEnd"/>
            <w:r>
              <w:t xml:space="preserve"> </w:t>
            </w:r>
            <w:proofErr w:type="spellStart"/>
            <w:r>
              <w:t>riadenia</w:t>
            </w:r>
            <w:proofErr w:type="spellEnd"/>
            <w:r>
              <w:t xml:space="preserve">, </w:t>
            </w:r>
            <w:proofErr w:type="spellStart"/>
            <w:r>
              <w:t>dodávky</w:t>
            </w:r>
            <w:proofErr w:type="spellEnd"/>
            <w:r>
              <w:t xml:space="preserve"> </w:t>
            </w:r>
            <w:proofErr w:type="spellStart"/>
            <w:r>
              <w:t>energie</w:t>
            </w:r>
            <w:proofErr w:type="spellEnd"/>
            <w:r>
              <w:t xml:space="preserve"> </w:t>
            </w:r>
            <w:proofErr w:type="spellStart"/>
            <w:r>
              <w:t>alebo</w:t>
            </w:r>
            <w:proofErr w:type="spellEnd"/>
            <w:r>
              <w:t xml:space="preserve"> </w:t>
            </w:r>
            <w:proofErr w:type="spellStart"/>
            <w:r>
              <w:t>iných</w:t>
            </w:r>
            <w:proofErr w:type="spellEnd"/>
            <w:r>
              <w:t xml:space="preserve"> </w:t>
            </w:r>
            <w:proofErr w:type="spellStart"/>
            <w:r>
              <w:t>okolností</w:t>
            </w:r>
            <w:proofErr w:type="spellEnd"/>
            <w:r>
              <w:t xml:space="preserve">, </w:t>
            </w:r>
            <w:proofErr w:type="spellStart"/>
            <w:r>
              <w:t>ktoré</w:t>
            </w:r>
            <w:proofErr w:type="spellEnd"/>
            <w:r>
              <w:t xml:space="preserve"> </w:t>
            </w:r>
            <w:proofErr w:type="spellStart"/>
            <w:r>
              <w:t>súvisia</w:t>
            </w:r>
            <w:proofErr w:type="spellEnd"/>
            <w:r>
              <w:t xml:space="preserve"> so </w:t>
            </w:r>
            <w:proofErr w:type="spellStart"/>
            <w:r>
              <w:t>zodpovednosťou</w:t>
            </w:r>
            <w:proofErr w:type="spellEnd"/>
            <w:r>
              <w:t xml:space="preserve"> </w:t>
            </w:r>
            <w:proofErr w:type="spellStart"/>
            <w:r>
              <w:t>kupujúceho</w:t>
            </w:r>
            <w:proofErr w:type="spellEnd"/>
            <w:r>
              <w:t xml:space="preserve"> resp. </w:t>
            </w:r>
            <w:proofErr w:type="spellStart"/>
            <w:r>
              <w:t>tretej</w:t>
            </w:r>
            <w:proofErr w:type="spellEnd"/>
            <w:r>
              <w:t xml:space="preserve"> </w:t>
            </w:r>
            <w:proofErr w:type="spellStart"/>
            <w:r>
              <w:t>strany</w:t>
            </w:r>
            <w:proofErr w:type="spellEnd"/>
            <w:r>
              <w:t xml:space="preserve">, </w:t>
            </w:r>
            <w:proofErr w:type="spellStart"/>
            <w:r>
              <w:t>nenesie</w:t>
            </w:r>
            <w:proofErr w:type="spellEnd"/>
            <w:r>
              <w:t xml:space="preserve"> </w:t>
            </w:r>
            <w:proofErr w:type="spellStart"/>
            <w:r>
              <w:t>zodpovednosť</w:t>
            </w:r>
            <w:proofErr w:type="spellEnd"/>
            <w:r>
              <w:t xml:space="preserve"> </w:t>
            </w:r>
            <w:proofErr w:type="spellStart"/>
            <w:r>
              <w:t>predávajúci</w:t>
            </w:r>
            <w:proofErr w:type="spellEnd"/>
            <w:r>
              <w:t xml:space="preserve"> a </w:t>
            </w:r>
            <w:proofErr w:type="spellStart"/>
            <w:r>
              <w:t>nie</w:t>
            </w:r>
            <w:proofErr w:type="spellEnd"/>
            <w:r>
              <w:t xml:space="preserve"> </w:t>
            </w:r>
            <w:proofErr w:type="spellStart"/>
            <w:r>
              <w:t>sú</w:t>
            </w:r>
            <w:proofErr w:type="spellEnd"/>
            <w:r>
              <w:t xml:space="preserve"> </w:t>
            </w:r>
            <w:proofErr w:type="spellStart"/>
            <w:r>
              <w:t>dôvodom</w:t>
            </w:r>
            <w:proofErr w:type="spellEnd"/>
            <w:r>
              <w:t xml:space="preserve"> </w:t>
            </w:r>
            <w:proofErr w:type="spellStart"/>
            <w:r>
              <w:t>na</w:t>
            </w:r>
            <w:proofErr w:type="spellEnd"/>
            <w:r>
              <w:t xml:space="preserve"> </w:t>
            </w:r>
            <w:proofErr w:type="spellStart"/>
            <w:r>
              <w:t>odmietnutie</w:t>
            </w:r>
            <w:proofErr w:type="spellEnd"/>
            <w:r>
              <w:t xml:space="preserve"> </w:t>
            </w:r>
            <w:proofErr w:type="spellStart"/>
            <w:r>
              <w:t>prevzatia</w:t>
            </w:r>
            <w:proofErr w:type="spellEnd"/>
            <w:r>
              <w:t>.</w:t>
            </w:r>
          </w:p>
        </w:tc>
      </w:tr>
    </w:tbl>
    <w:p w14:paraId="1D1495B4"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912175A" w14:textId="77777777">
        <w:trPr>
          <w:jc w:val="center"/>
        </w:trPr>
        <w:tc>
          <w:tcPr>
            <w:tcW w:w="5159" w:type="dxa"/>
            <w:tcMar>
              <w:top w:w="70" w:type="dxa"/>
              <w:left w:w="95" w:type="dxa"/>
              <w:bottom w:w="70" w:type="dxa"/>
              <w:right w:w="95" w:type="dxa"/>
            </w:tcMar>
          </w:tcPr>
          <w:p w14:paraId="39BFCBB2" w14:textId="77777777" w:rsidR="003F413A" w:rsidRDefault="00000000">
            <w:pPr>
              <w:spacing w:after="40"/>
              <w:jc w:val="both"/>
            </w:pPr>
            <w:r>
              <w:t>7.9. In case the non-conformity of quality of the equipment to the Contract terms or the technical documentation will be found out after the completion of the installation and start-up and adjustment works of the equipment under supervision and the signing of the Certificate of Acceptance of the Equipment into operation, Article 9 “Mechanical Guarantee” becomes effective.</w:t>
            </w:r>
          </w:p>
        </w:tc>
        <w:tc>
          <w:tcPr>
            <w:tcW w:w="5159" w:type="dxa"/>
            <w:tcMar>
              <w:top w:w="70" w:type="dxa"/>
              <w:left w:w="95" w:type="dxa"/>
              <w:bottom w:w="70" w:type="dxa"/>
              <w:right w:w="95" w:type="dxa"/>
            </w:tcMar>
          </w:tcPr>
          <w:p w14:paraId="0DF63313" w14:textId="77777777" w:rsidR="003F413A" w:rsidRDefault="00000000">
            <w:pPr>
              <w:spacing w:after="40"/>
              <w:jc w:val="both"/>
            </w:pPr>
            <w:r>
              <w:t xml:space="preserve">7.9. V </w:t>
            </w:r>
            <w:proofErr w:type="spellStart"/>
            <w:r>
              <w:t>prípade</w:t>
            </w:r>
            <w:proofErr w:type="spellEnd"/>
            <w:r>
              <w:t xml:space="preserve">, </w:t>
            </w:r>
            <w:proofErr w:type="spellStart"/>
            <w:r>
              <w:t>že</w:t>
            </w:r>
            <w:proofErr w:type="spellEnd"/>
            <w:r>
              <w:t xml:space="preserve"> </w:t>
            </w:r>
            <w:proofErr w:type="spellStart"/>
            <w:r>
              <w:t>sa</w:t>
            </w:r>
            <w:proofErr w:type="spellEnd"/>
            <w:r>
              <w:t xml:space="preserve"> </w:t>
            </w:r>
            <w:proofErr w:type="spellStart"/>
            <w:r>
              <w:t>zistí</w:t>
            </w:r>
            <w:proofErr w:type="spellEnd"/>
            <w:r>
              <w:t xml:space="preserve"> </w:t>
            </w:r>
            <w:proofErr w:type="spellStart"/>
            <w:r>
              <w:t>nesplnenie</w:t>
            </w:r>
            <w:proofErr w:type="spellEnd"/>
            <w:r>
              <w:t xml:space="preserve"> </w:t>
            </w:r>
            <w:proofErr w:type="spellStart"/>
            <w:r>
              <w:t>kvality</w:t>
            </w:r>
            <w:proofErr w:type="spellEnd"/>
            <w:r>
              <w:t xml:space="preserve"> </w:t>
            </w:r>
            <w:proofErr w:type="spellStart"/>
            <w:r>
              <w:t>zariadenia</w:t>
            </w:r>
            <w:proofErr w:type="spellEnd"/>
            <w:r>
              <w:t xml:space="preserve"> </w:t>
            </w:r>
            <w:proofErr w:type="spellStart"/>
            <w:r>
              <w:t>oproti</w:t>
            </w:r>
            <w:proofErr w:type="spellEnd"/>
            <w:r>
              <w:t xml:space="preserve"> </w:t>
            </w:r>
            <w:proofErr w:type="spellStart"/>
            <w:r>
              <w:t>zmluvným</w:t>
            </w:r>
            <w:proofErr w:type="spellEnd"/>
            <w:r>
              <w:t xml:space="preserve"> </w:t>
            </w:r>
            <w:proofErr w:type="spellStart"/>
            <w:r>
              <w:t>podmienkam</w:t>
            </w:r>
            <w:proofErr w:type="spellEnd"/>
            <w:r>
              <w:t xml:space="preserve"> </w:t>
            </w:r>
            <w:proofErr w:type="spellStart"/>
            <w:r>
              <w:t>alebo</w:t>
            </w:r>
            <w:proofErr w:type="spellEnd"/>
            <w:r>
              <w:t xml:space="preserve"> </w:t>
            </w:r>
            <w:proofErr w:type="spellStart"/>
            <w:r>
              <w:t>technickej</w:t>
            </w:r>
            <w:proofErr w:type="spellEnd"/>
            <w:r>
              <w:t xml:space="preserve"> </w:t>
            </w:r>
            <w:proofErr w:type="spellStart"/>
            <w:r>
              <w:t>dokumentácii</w:t>
            </w:r>
            <w:proofErr w:type="spellEnd"/>
            <w:r>
              <w:t xml:space="preserve"> po </w:t>
            </w:r>
            <w:proofErr w:type="spellStart"/>
            <w:r>
              <w:t>skončení</w:t>
            </w:r>
            <w:proofErr w:type="spellEnd"/>
            <w:r>
              <w:t xml:space="preserve"> </w:t>
            </w:r>
            <w:proofErr w:type="spellStart"/>
            <w:r>
              <w:t>inštalácie</w:t>
            </w:r>
            <w:proofErr w:type="spellEnd"/>
            <w:r>
              <w:t xml:space="preserve"> a </w:t>
            </w:r>
            <w:proofErr w:type="spellStart"/>
            <w:r>
              <w:t>prác</w:t>
            </w:r>
            <w:proofErr w:type="spellEnd"/>
            <w:r>
              <w:t xml:space="preserve"> </w:t>
            </w:r>
            <w:proofErr w:type="spellStart"/>
            <w:r>
              <w:t>na</w:t>
            </w:r>
            <w:proofErr w:type="spellEnd"/>
            <w:r>
              <w:t xml:space="preserve"> </w:t>
            </w:r>
            <w:proofErr w:type="spellStart"/>
            <w:r>
              <w:t>spustení</w:t>
            </w:r>
            <w:proofErr w:type="spellEnd"/>
            <w:r>
              <w:t xml:space="preserve"> a </w:t>
            </w:r>
            <w:proofErr w:type="spellStart"/>
            <w:r>
              <w:t>nastavovaní</w:t>
            </w:r>
            <w:proofErr w:type="spellEnd"/>
            <w:r>
              <w:t xml:space="preserve"> </w:t>
            </w:r>
            <w:proofErr w:type="spellStart"/>
            <w:r>
              <w:t>zariadenia</w:t>
            </w:r>
            <w:proofErr w:type="spellEnd"/>
            <w:r>
              <w:t xml:space="preserve"> pod </w:t>
            </w:r>
            <w:proofErr w:type="spellStart"/>
            <w:r>
              <w:t>dozorom</w:t>
            </w:r>
            <w:proofErr w:type="spellEnd"/>
            <w:r>
              <w:t xml:space="preserve"> a po </w:t>
            </w:r>
            <w:proofErr w:type="spellStart"/>
            <w:r>
              <w:t>podpísaní</w:t>
            </w:r>
            <w:proofErr w:type="spellEnd"/>
            <w:r>
              <w:t xml:space="preserve"> </w:t>
            </w:r>
            <w:proofErr w:type="spellStart"/>
            <w:r>
              <w:t>Protokolu</w:t>
            </w:r>
            <w:proofErr w:type="spellEnd"/>
            <w:r>
              <w:t xml:space="preserve"> o </w:t>
            </w:r>
            <w:proofErr w:type="spellStart"/>
            <w:r>
              <w:t>prevzatí</w:t>
            </w:r>
            <w:proofErr w:type="spellEnd"/>
            <w:r>
              <w:t xml:space="preserve"> </w:t>
            </w:r>
            <w:proofErr w:type="spellStart"/>
            <w:r>
              <w:t>zariadenia</w:t>
            </w:r>
            <w:proofErr w:type="spellEnd"/>
            <w:r>
              <w:t xml:space="preserve"> do </w:t>
            </w:r>
            <w:proofErr w:type="spellStart"/>
            <w:r>
              <w:t>prevádzky</w:t>
            </w:r>
            <w:proofErr w:type="spellEnd"/>
            <w:r>
              <w:t xml:space="preserve">, </w:t>
            </w:r>
            <w:proofErr w:type="spellStart"/>
            <w:r>
              <w:t>nadobúda</w:t>
            </w:r>
            <w:proofErr w:type="spellEnd"/>
            <w:r>
              <w:t xml:space="preserve"> </w:t>
            </w:r>
            <w:proofErr w:type="spellStart"/>
            <w:r>
              <w:t>účinnosť</w:t>
            </w:r>
            <w:proofErr w:type="spellEnd"/>
            <w:r>
              <w:t xml:space="preserve"> </w:t>
            </w:r>
            <w:proofErr w:type="spellStart"/>
            <w:r>
              <w:t>článok</w:t>
            </w:r>
            <w:proofErr w:type="spellEnd"/>
            <w:r>
              <w:t xml:space="preserve"> 9 „</w:t>
            </w:r>
            <w:proofErr w:type="spellStart"/>
            <w:r>
              <w:t>Mechanická</w:t>
            </w:r>
            <w:proofErr w:type="spellEnd"/>
            <w:r>
              <w:t xml:space="preserve"> </w:t>
            </w:r>
            <w:proofErr w:type="spellStart"/>
            <w:proofErr w:type="gramStart"/>
            <w:r>
              <w:t>záruka</w:t>
            </w:r>
            <w:proofErr w:type="spellEnd"/>
            <w:r>
              <w:t>“</w:t>
            </w:r>
            <w:proofErr w:type="gramEnd"/>
            <w:r>
              <w:t>.</w:t>
            </w:r>
          </w:p>
        </w:tc>
      </w:tr>
    </w:tbl>
    <w:p w14:paraId="06169B0F"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11CEBE73" w14:textId="77777777">
        <w:trPr>
          <w:jc w:val="center"/>
        </w:trPr>
        <w:tc>
          <w:tcPr>
            <w:tcW w:w="5159" w:type="dxa"/>
            <w:shd w:val="clear" w:color="auto" w:fill="EDEDED"/>
            <w:tcMar>
              <w:top w:w="90" w:type="dxa"/>
              <w:left w:w="95" w:type="dxa"/>
              <w:bottom w:w="90" w:type="dxa"/>
              <w:right w:w="95" w:type="dxa"/>
            </w:tcMar>
          </w:tcPr>
          <w:p w14:paraId="2C474D3E" w14:textId="77777777" w:rsidR="003F413A" w:rsidRDefault="00000000">
            <w:pPr>
              <w:keepNext/>
              <w:spacing w:after="40"/>
              <w:jc w:val="center"/>
            </w:pPr>
            <w:r>
              <w:rPr>
                <w:b/>
                <w:sz w:val="18"/>
              </w:rPr>
              <w:t>Article 8. Obligations of the Seller and the Buyer</w:t>
            </w:r>
          </w:p>
        </w:tc>
        <w:tc>
          <w:tcPr>
            <w:tcW w:w="5159" w:type="dxa"/>
            <w:shd w:val="clear" w:color="auto" w:fill="EDEDED"/>
            <w:tcMar>
              <w:top w:w="90" w:type="dxa"/>
              <w:left w:w="95" w:type="dxa"/>
              <w:bottom w:w="90" w:type="dxa"/>
              <w:right w:w="95" w:type="dxa"/>
            </w:tcMar>
          </w:tcPr>
          <w:p w14:paraId="466AFF3E" w14:textId="77777777" w:rsidR="003F413A" w:rsidRDefault="00000000">
            <w:pPr>
              <w:keepNext/>
              <w:spacing w:after="40"/>
              <w:jc w:val="center"/>
            </w:pPr>
            <w:proofErr w:type="spellStart"/>
            <w:r>
              <w:rPr>
                <w:b/>
                <w:sz w:val="18"/>
              </w:rPr>
              <w:t>Článok</w:t>
            </w:r>
            <w:proofErr w:type="spellEnd"/>
            <w:r>
              <w:rPr>
                <w:b/>
                <w:sz w:val="18"/>
              </w:rPr>
              <w:t xml:space="preserve"> 8. </w:t>
            </w:r>
            <w:proofErr w:type="spellStart"/>
            <w:r>
              <w:rPr>
                <w:b/>
                <w:sz w:val="18"/>
              </w:rPr>
              <w:t>Povinnosti</w:t>
            </w:r>
            <w:proofErr w:type="spellEnd"/>
            <w:r>
              <w:rPr>
                <w:b/>
                <w:sz w:val="18"/>
              </w:rPr>
              <w:t xml:space="preserve"> </w:t>
            </w:r>
            <w:proofErr w:type="spellStart"/>
            <w:r>
              <w:rPr>
                <w:b/>
                <w:sz w:val="18"/>
              </w:rPr>
              <w:t>predávajúceho</w:t>
            </w:r>
            <w:proofErr w:type="spellEnd"/>
            <w:r>
              <w:rPr>
                <w:b/>
                <w:sz w:val="18"/>
              </w:rPr>
              <w:t xml:space="preserve"> a </w:t>
            </w:r>
            <w:proofErr w:type="spellStart"/>
            <w:r>
              <w:rPr>
                <w:b/>
                <w:sz w:val="18"/>
              </w:rPr>
              <w:t>kupujúceho</w:t>
            </w:r>
            <w:proofErr w:type="spellEnd"/>
          </w:p>
        </w:tc>
      </w:tr>
    </w:tbl>
    <w:p w14:paraId="436CFBD9"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4603AF" w14:paraId="19B75FB7" w14:textId="77777777">
        <w:trPr>
          <w:jc w:val="center"/>
        </w:trPr>
        <w:tc>
          <w:tcPr>
            <w:tcW w:w="5159" w:type="dxa"/>
            <w:tcMar>
              <w:top w:w="70" w:type="dxa"/>
              <w:left w:w="95" w:type="dxa"/>
              <w:bottom w:w="70" w:type="dxa"/>
              <w:right w:w="95" w:type="dxa"/>
            </w:tcMar>
          </w:tcPr>
          <w:p w14:paraId="470684E8" w14:textId="77777777" w:rsidR="003F413A" w:rsidRDefault="00000000">
            <w:pPr>
              <w:spacing w:after="40"/>
              <w:jc w:val="both"/>
            </w:pPr>
            <w:r>
              <w:t>8.1. The Buyer shall provide, next to what has been described elsewhere in this Contract, the following free of charge in a timely manner:</w:t>
            </w:r>
          </w:p>
        </w:tc>
        <w:tc>
          <w:tcPr>
            <w:tcW w:w="5159" w:type="dxa"/>
            <w:tcMar>
              <w:top w:w="70" w:type="dxa"/>
              <w:left w:w="95" w:type="dxa"/>
              <w:bottom w:w="70" w:type="dxa"/>
              <w:right w:w="95" w:type="dxa"/>
            </w:tcMar>
          </w:tcPr>
          <w:p w14:paraId="60258049" w14:textId="77777777" w:rsidR="003F413A" w:rsidRPr="004603AF" w:rsidRDefault="00000000">
            <w:pPr>
              <w:spacing w:after="40"/>
              <w:jc w:val="both"/>
            </w:pPr>
            <w:r w:rsidRPr="004603AF">
              <w:t xml:space="preserve">8.1. </w:t>
            </w:r>
            <w:proofErr w:type="spellStart"/>
            <w:r w:rsidRPr="004603AF">
              <w:t>Kupujúci</w:t>
            </w:r>
            <w:proofErr w:type="spellEnd"/>
            <w:r w:rsidRPr="004603AF">
              <w:t xml:space="preserve"> </w:t>
            </w:r>
            <w:proofErr w:type="spellStart"/>
            <w:r w:rsidRPr="004603AF">
              <w:t>zabezpečí</w:t>
            </w:r>
            <w:proofErr w:type="spellEnd"/>
            <w:r w:rsidRPr="004603AF">
              <w:t xml:space="preserve"> </w:t>
            </w:r>
            <w:proofErr w:type="spellStart"/>
            <w:r w:rsidRPr="004603AF">
              <w:t>okrem</w:t>
            </w:r>
            <w:proofErr w:type="spellEnd"/>
            <w:r w:rsidRPr="004603AF">
              <w:t xml:space="preserve"> toho, </w:t>
            </w:r>
            <w:proofErr w:type="spellStart"/>
            <w:r w:rsidRPr="004603AF">
              <w:t>čo</w:t>
            </w:r>
            <w:proofErr w:type="spellEnd"/>
            <w:r w:rsidRPr="004603AF">
              <w:t xml:space="preserve"> je </w:t>
            </w:r>
            <w:proofErr w:type="spellStart"/>
            <w:r w:rsidRPr="004603AF">
              <w:t>popísané</w:t>
            </w:r>
            <w:proofErr w:type="spellEnd"/>
            <w:r w:rsidRPr="004603AF">
              <w:t xml:space="preserve"> </w:t>
            </w:r>
            <w:proofErr w:type="spellStart"/>
            <w:r w:rsidRPr="004603AF">
              <w:t>inde</w:t>
            </w:r>
            <w:proofErr w:type="spellEnd"/>
            <w:r w:rsidRPr="004603AF">
              <w:t xml:space="preserve"> v </w:t>
            </w:r>
            <w:proofErr w:type="spellStart"/>
            <w:r w:rsidRPr="004603AF">
              <w:t>tejto</w:t>
            </w:r>
            <w:proofErr w:type="spellEnd"/>
            <w:r w:rsidRPr="004603AF">
              <w:t xml:space="preserve"> </w:t>
            </w:r>
            <w:proofErr w:type="spellStart"/>
            <w:r w:rsidRPr="004603AF">
              <w:t>zmluve</w:t>
            </w:r>
            <w:proofErr w:type="spellEnd"/>
            <w:r w:rsidRPr="004603AF">
              <w:t xml:space="preserve">, </w:t>
            </w:r>
            <w:proofErr w:type="spellStart"/>
            <w:r w:rsidRPr="004603AF">
              <w:t>bezplatne</w:t>
            </w:r>
            <w:proofErr w:type="spellEnd"/>
            <w:r w:rsidRPr="004603AF">
              <w:t xml:space="preserve"> a </w:t>
            </w:r>
            <w:proofErr w:type="spellStart"/>
            <w:r w:rsidRPr="004603AF">
              <w:t>včas</w:t>
            </w:r>
            <w:proofErr w:type="spellEnd"/>
            <w:r w:rsidRPr="004603AF">
              <w:t>:</w:t>
            </w:r>
          </w:p>
        </w:tc>
      </w:tr>
    </w:tbl>
    <w:p w14:paraId="2ADFB83D" w14:textId="77777777" w:rsidR="003F413A" w:rsidRPr="004603AF"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872CBF8" w14:textId="77777777">
        <w:trPr>
          <w:jc w:val="center"/>
        </w:trPr>
        <w:tc>
          <w:tcPr>
            <w:tcW w:w="5159" w:type="dxa"/>
            <w:tcMar>
              <w:top w:w="70" w:type="dxa"/>
              <w:left w:w="95" w:type="dxa"/>
              <w:bottom w:w="70" w:type="dxa"/>
              <w:right w:w="95" w:type="dxa"/>
            </w:tcMar>
          </w:tcPr>
          <w:p w14:paraId="63ABBDF2" w14:textId="7F5891C1" w:rsidR="003F413A" w:rsidRDefault="00000000">
            <w:pPr>
              <w:spacing w:after="40"/>
              <w:jc w:val="both"/>
            </w:pPr>
            <w:r>
              <w:t xml:space="preserve">8.1.1. Availability of hydraulic lifting jacks, lifting equipment (with operators), acetylene and electric welding equipment, generators, etc. required by the Seller. Not later than </w:t>
            </w:r>
            <w:r w:rsidR="00722294">
              <w:t xml:space="preserve">15 </w:t>
            </w:r>
            <w:r>
              <w:t xml:space="preserve">calendar days before the beginning of installation work the Seller will provide the Buyer with a complete list of required equipment and support materials necessary during the installation, which </w:t>
            </w:r>
            <w:proofErr w:type="gramStart"/>
            <w:r>
              <w:t>has to</w:t>
            </w:r>
            <w:proofErr w:type="gramEnd"/>
            <w:r>
              <w:t xml:space="preserve"> be agreed with the Buyer.</w:t>
            </w:r>
          </w:p>
        </w:tc>
        <w:tc>
          <w:tcPr>
            <w:tcW w:w="5159" w:type="dxa"/>
            <w:tcMar>
              <w:top w:w="70" w:type="dxa"/>
              <w:left w:w="95" w:type="dxa"/>
              <w:bottom w:w="70" w:type="dxa"/>
              <w:right w:w="95" w:type="dxa"/>
            </w:tcMar>
          </w:tcPr>
          <w:p w14:paraId="4EA2D92F" w14:textId="3686947A" w:rsidR="003F413A" w:rsidRDefault="00000000">
            <w:pPr>
              <w:spacing w:after="40"/>
              <w:jc w:val="both"/>
            </w:pPr>
            <w:r>
              <w:t xml:space="preserve">8.1.1. </w:t>
            </w:r>
            <w:proofErr w:type="spellStart"/>
            <w:r>
              <w:t>dostupnosť</w:t>
            </w:r>
            <w:proofErr w:type="spellEnd"/>
            <w:r>
              <w:t xml:space="preserve"> </w:t>
            </w:r>
            <w:proofErr w:type="spellStart"/>
            <w:r>
              <w:t>hydraulických</w:t>
            </w:r>
            <w:proofErr w:type="spellEnd"/>
            <w:r>
              <w:t xml:space="preserve"> </w:t>
            </w:r>
            <w:proofErr w:type="spellStart"/>
            <w:r>
              <w:t>zdvihákov</w:t>
            </w:r>
            <w:proofErr w:type="spellEnd"/>
            <w:r>
              <w:t xml:space="preserve">, </w:t>
            </w:r>
            <w:proofErr w:type="spellStart"/>
            <w:r>
              <w:t>zdvíhacích</w:t>
            </w:r>
            <w:proofErr w:type="spellEnd"/>
            <w:r>
              <w:t xml:space="preserve"> </w:t>
            </w:r>
            <w:proofErr w:type="spellStart"/>
            <w:r>
              <w:t>zariadení</w:t>
            </w:r>
            <w:proofErr w:type="spellEnd"/>
            <w:r>
              <w:t xml:space="preserve"> (s </w:t>
            </w:r>
            <w:proofErr w:type="spellStart"/>
            <w:r>
              <w:t>operátormi</w:t>
            </w:r>
            <w:proofErr w:type="spellEnd"/>
            <w:r>
              <w:t xml:space="preserve">), </w:t>
            </w:r>
            <w:proofErr w:type="spellStart"/>
            <w:r>
              <w:t>acetylénu</w:t>
            </w:r>
            <w:proofErr w:type="spellEnd"/>
            <w:r>
              <w:t xml:space="preserve"> </w:t>
            </w:r>
            <w:proofErr w:type="gramStart"/>
            <w:r>
              <w:t>a</w:t>
            </w:r>
            <w:proofErr w:type="gramEnd"/>
            <w:r>
              <w:t xml:space="preserve"> </w:t>
            </w:r>
            <w:proofErr w:type="spellStart"/>
            <w:r>
              <w:t>elektrických</w:t>
            </w:r>
            <w:proofErr w:type="spellEnd"/>
            <w:r>
              <w:t xml:space="preserve"> </w:t>
            </w:r>
            <w:proofErr w:type="spellStart"/>
            <w:r>
              <w:t>zváracích</w:t>
            </w:r>
            <w:proofErr w:type="spellEnd"/>
            <w:r>
              <w:t xml:space="preserve"> </w:t>
            </w:r>
            <w:proofErr w:type="spellStart"/>
            <w:r>
              <w:t>zariadení</w:t>
            </w:r>
            <w:proofErr w:type="spellEnd"/>
            <w:r>
              <w:t xml:space="preserve">, </w:t>
            </w:r>
            <w:proofErr w:type="spellStart"/>
            <w:r>
              <w:t>generátorov</w:t>
            </w:r>
            <w:proofErr w:type="spellEnd"/>
            <w:r>
              <w:t xml:space="preserve"> </w:t>
            </w:r>
            <w:proofErr w:type="spellStart"/>
            <w:r>
              <w:t>atď</w:t>
            </w:r>
            <w:proofErr w:type="spellEnd"/>
            <w:r>
              <w:t xml:space="preserve">. </w:t>
            </w:r>
            <w:proofErr w:type="spellStart"/>
            <w:r>
              <w:t>vyžadovaných</w:t>
            </w:r>
            <w:proofErr w:type="spellEnd"/>
            <w:r>
              <w:t xml:space="preserve"> </w:t>
            </w:r>
            <w:proofErr w:type="spellStart"/>
            <w:r>
              <w:t>predávajúcim</w:t>
            </w:r>
            <w:proofErr w:type="spellEnd"/>
            <w:r>
              <w:t xml:space="preserve">. </w:t>
            </w:r>
            <w:proofErr w:type="spellStart"/>
            <w:r>
              <w:t>Najneskôr</w:t>
            </w:r>
            <w:proofErr w:type="spellEnd"/>
            <w:r>
              <w:t xml:space="preserve"> </w:t>
            </w:r>
            <w:r w:rsidR="00CB2EA3">
              <w:t>15</w:t>
            </w:r>
            <w:r>
              <w:t xml:space="preserve"> </w:t>
            </w:r>
            <w:proofErr w:type="spellStart"/>
            <w:r>
              <w:t>kalendárnych</w:t>
            </w:r>
            <w:proofErr w:type="spellEnd"/>
            <w:r>
              <w:t xml:space="preserve"> </w:t>
            </w:r>
            <w:proofErr w:type="spellStart"/>
            <w:r>
              <w:t>dní</w:t>
            </w:r>
            <w:proofErr w:type="spellEnd"/>
            <w:r>
              <w:t xml:space="preserve"> pred </w:t>
            </w:r>
            <w:proofErr w:type="spellStart"/>
            <w:r>
              <w:t>začatím</w:t>
            </w:r>
            <w:proofErr w:type="spellEnd"/>
            <w:r>
              <w:t xml:space="preserve"> </w:t>
            </w:r>
            <w:proofErr w:type="spellStart"/>
            <w:r>
              <w:t>inštalačných</w:t>
            </w:r>
            <w:proofErr w:type="spellEnd"/>
            <w:r>
              <w:t xml:space="preserve"> </w:t>
            </w:r>
            <w:proofErr w:type="spellStart"/>
            <w:r>
              <w:t>prác</w:t>
            </w:r>
            <w:proofErr w:type="spellEnd"/>
            <w:r>
              <w:t xml:space="preserve"> </w:t>
            </w:r>
            <w:proofErr w:type="spellStart"/>
            <w:r>
              <w:t>predávajúci</w:t>
            </w:r>
            <w:proofErr w:type="spellEnd"/>
            <w:r>
              <w:t xml:space="preserve"> </w:t>
            </w:r>
            <w:proofErr w:type="spellStart"/>
            <w:r>
              <w:t>poskytne</w:t>
            </w:r>
            <w:proofErr w:type="spellEnd"/>
            <w:r>
              <w:t xml:space="preserve"> </w:t>
            </w:r>
            <w:proofErr w:type="spellStart"/>
            <w:r>
              <w:t>kupujúcemu</w:t>
            </w:r>
            <w:proofErr w:type="spellEnd"/>
            <w:r>
              <w:t xml:space="preserve"> </w:t>
            </w:r>
            <w:proofErr w:type="spellStart"/>
            <w:r>
              <w:t>kompletný</w:t>
            </w:r>
            <w:proofErr w:type="spellEnd"/>
            <w:r>
              <w:t xml:space="preserve"> </w:t>
            </w:r>
            <w:proofErr w:type="spellStart"/>
            <w:r>
              <w:t>zoznam</w:t>
            </w:r>
            <w:proofErr w:type="spellEnd"/>
            <w:r>
              <w:t xml:space="preserve"> </w:t>
            </w:r>
            <w:proofErr w:type="spellStart"/>
            <w:r>
              <w:t>požadovaného</w:t>
            </w:r>
            <w:proofErr w:type="spellEnd"/>
            <w:r>
              <w:t xml:space="preserve"> </w:t>
            </w:r>
            <w:proofErr w:type="spellStart"/>
            <w:r>
              <w:t>vybavenia</w:t>
            </w:r>
            <w:proofErr w:type="spellEnd"/>
            <w:r>
              <w:t xml:space="preserve"> a </w:t>
            </w:r>
            <w:proofErr w:type="spellStart"/>
            <w:r>
              <w:t>pomocných</w:t>
            </w:r>
            <w:proofErr w:type="spellEnd"/>
            <w:r>
              <w:t xml:space="preserve"> </w:t>
            </w:r>
            <w:proofErr w:type="spellStart"/>
            <w:r>
              <w:t>materiálov</w:t>
            </w:r>
            <w:proofErr w:type="spellEnd"/>
            <w:r>
              <w:t xml:space="preserve"> </w:t>
            </w:r>
            <w:proofErr w:type="spellStart"/>
            <w:r>
              <w:t>potrebných</w:t>
            </w:r>
            <w:proofErr w:type="spellEnd"/>
            <w:r>
              <w:t xml:space="preserve"> </w:t>
            </w:r>
            <w:proofErr w:type="spellStart"/>
            <w:r>
              <w:t>pri</w:t>
            </w:r>
            <w:proofErr w:type="spellEnd"/>
            <w:r>
              <w:t xml:space="preserve"> </w:t>
            </w:r>
            <w:proofErr w:type="spellStart"/>
            <w:r>
              <w:t>inštalácii</w:t>
            </w:r>
            <w:proofErr w:type="spellEnd"/>
            <w:r>
              <w:t xml:space="preserve">, </w:t>
            </w:r>
            <w:proofErr w:type="spellStart"/>
            <w:r>
              <w:t>ktoré</w:t>
            </w:r>
            <w:proofErr w:type="spellEnd"/>
            <w:r>
              <w:t xml:space="preserve"> je </w:t>
            </w:r>
            <w:proofErr w:type="spellStart"/>
            <w:r>
              <w:t>potrebné</w:t>
            </w:r>
            <w:proofErr w:type="spellEnd"/>
            <w:r>
              <w:t xml:space="preserve"> </w:t>
            </w:r>
            <w:proofErr w:type="spellStart"/>
            <w:r>
              <w:t>dohodnúť</w:t>
            </w:r>
            <w:proofErr w:type="spellEnd"/>
            <w:r>
              <w:t xml:space="preserve"> s </w:t>
            </w:r>
            <w:proofErr w:type="spellStart"/>
            <w:r>
              <w:t>kupujúcim</w:t>
            </w:r>
            <w:proofErr w:type="spellEnd"/>
            <w:r>
              <w:t>.</w:t>
            </w:r>
          </w:p>
        </w:tc>
      </w:tr>
    </w:tbl>
    <w:p w14:paraId="4707D883"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33043B4" w14:textId="77777777">
        <w:trPr>
          <w:jc w:val="center"/>
        </w:trPr>
        <w:tc>
          <w:tcPr>
            <w:tcW w:w="5159" w:type="dxa"/>
            <w:tcMar>
              <w:top w:w="70" w:type="dxa"/>
              <w:left w:w="95" w:type="dxa"/>
              <w:bottom w:w="70" w:type="dxa"/>
              <w:right w:w="95" w:type="dxa"/>
            </w:tcMar>
          </w:tcPr>
          <w:p w14:paraId="1309F741" w14:textId="77777777" w:rsidR="003F413A" w:rsidRDefault="00000000">
            <w:pPr>
              <w:spacing w:after="40"/>
              <w:jc w:val="both"/>
            </w:pPr>
            <w:r>
              <w:t>8.1.2. Civil work, auxiliary steel constructions and other necessary construction work.</w:t>
            </w:r>
          </w:p>
          <w:p w14:paraId="005F2E0B" w14:textId="77777777" w:rsidR="003F413A" w:rsidRDefault="00000000">
            <w:pPr>
              <w:spacing w:after="40"/>
              <w:jc w:val="both"/>
            </w:pPr>
            <w:r>
              <w:t xml:space="preserve">All above mentioned work shall be finished prior to the start of the installation work and must be done in accordance with the specifications and relevant drawings given by the Seller. The Seller </w:t>
            </w:r>
            <w:r>
              <w:lastRenderedPageBreak/>
              <w:t>in no way can be held responsible for the progress and quality of the civil works.</w:t>
            </w:r>
          </w:p>
        </w:tc>
        <w:tc>
          <w:tcPr>
            <w:tcW w:w="5159" w:type="dxa"/>
            <w:tcMar>
              <w:top w:w="70" w:type="dxa"/>
              <w:left w:w="95" w:type="dxa"/>
              <w:bottom w:w="70" w:type="dxa"/>
              <w:right w:w="95" w:type="dxa"/>
            </w:tcMar>
          </w:tcPr>
          <w:p w14:paraId="5E75FCAA" w14:textId="77777777" w:rsidR="003F413A" w:rsidRDefault="00000000">
            <w:pPr>
              <w:spacing w:after="40"/>
              <w:jc w:val="both"/>
            </w:pPr>
            <w:r>
              <w:lastRenderedPageBreak/>
              <w:t xml:space="preserve">8.1.2. </w:t>
            </w:r>
            <w:proofErr w:type="spellStart"/>
            <w:r>
              <w:t>stavebné</w:t>
            </w:r>
            <w:proofErr w:type="spellEnd"/>
            <w:r>
              <w:t xml:space="preserve"> </w:t>
            </w:r>
            <w:proofErr w:type="spellStart"/>
            <w:r>
              <w:t>práce</w:t>
            </w:r>
            <w:proofErr w:type="spellEnd"/>
            <w:r>
              <w:t xml:space="preserve">, </w:t>
            </w:r>
            <w:proofErr w:type="spellStart"/>
            <w:r>
              <w:t>pomocné</w:t>
            </w:r>
            <w:proofErr w:type="spellEnd"/>
            <w:r>
              <w:t xml:space="preserve"> </w:t>
            </w:r>
            <w:proofErr w:type="spellStart"/>
            <w:r>
              <w:t>oceľové</w:t>
            </w:r>
            <w:proofErr w:type="spellEnd"/>
            <w:r>
              <w:t xml:space="preserve"> </w:t>
            </w:r>
            <w:proofErr w:type="spellStart"/>
            <w:r>
              <w:t>konštrukcie</w:t>
            </w:r>
            <w:proofErr w:type="spellEnd"/>
            <w:r>
              <w:t xml:space="preserve"> </w:t>
            </w:r>
            <w:proofErr w:type="gramStart"/>
            <w:r>
              <w:t>a</w:t>
            </w:r>
            <w:proofErr w:type="gramEnd"/>
            <w:r>
              <w:t xml:space="preserve"> </w:t>
            </w:r>
            <w:proofErr w:type="spellStart"/>
            <w:r>
              <w:t>iné</w:t>
            </w:r>
            <w:proofErr w:type="spellEnd"/>
            <w:r>
              <w:t xml:space="preserve"> </w:t>
            </w:r>
            <w:proofErr w:type="spellStart"/>
            <w:r>
              <w:t>potrebné</w:t>
            </w:r>
            <w:proofErr w:type="spellEnd"/>
            <w:r>
              <w:t xml:space="preserve"> </w:t>
            </w:r>
            <w:proofErr w:type="spellStart"/>
            <w:r>
              <w:t>stavebné</w:t>
            </w:r>
            <w:proofErr w:type="spellEnd"/>
            <w:r>
              <w:t xml:space="preserve"> </w:t>
            </w:r>
            <w:proofErr w:type="spellStart"/>
            <w:r>
              <w:t>práce</w:t>
            </w:r>
            <w:proofErr w:type="spellEnd"/>
            <w:r>
              <w:t>.</w:t>
            </w:r>
          </w:p>
          <w:p w14:paraId="6F6AE717" w14:textId="77777777" w:rsidR="003F413A" w:rsidRDefault="00000000">
            <w:pPr>
              <w:spacing w:after="40"/>
              <w:jc w:val="both"/>
            </w:pPr>
            <w:proofErr w:type="spellStart"/>
            <w:r>
              <w:t>Všetky</w:t>
            </w:r>
            <w:proofErr w:type="spellEnd"/>
            <w:r>
              <w:t xml:space="preserve"> </w:t>
            </w:r>
            <w:proofErr w:type="spellStart"/>
            <w:r>
              <w:t>vyššie</w:t>
            </w:r>
            <w:proofErr w:type="spellEnd"/>
            <w:r>
              <w:t xml:space="preserve"> </w:t>
            </w:r>
            <w:proofErr w:type="spellStart"/>
            <w:r>
              <w:t>uvedené</w:t>
            </w:r>
            <w:proofErr w:type="spellEnd"/>
            <w:r>
              <w:t xml:space="preserve"> </w:t>
            </w:r>
            <w:proofErr w:type="spellStart"/>
            <w:r>
              <w:t>práce</w:t>
            </w:r>
            <w:proofErr w:type="spellEnd"/>
            <w:r>
              <w:t xml:space="preserve"> </w:t>
            </w:r>
            <w:proofErr w:type="spellStart"/>
            <w:r>
              <w:t>musia</w:t>
            </w:r>
            <w:proofErr w:type="spellEnd"/>
            <w:r>
              <w:t xml:space="preserve"> </w:t>
            </w:r>
            <w:proofErr w:type="spellStart"/>
            <w:r>
              <w:t>byť</w:t>
            </w:r>
            <w:proofErr w:type="spellEnd"/>
            <w:r>
              <w:t xml:space="preserve"> </w:t>
            </w:r>
            <w:proofErr w:type="spellStart"/>
            <w:r>
              <w:t>dokončené</w:t>
            </w:r>
            <w:proofErr w:type="spellEnd"/>
            <w:r>
              <w:t xml:space="preserve"> pred </w:t>
            </w:r>
            <w:proofErr w:type="spellStart"/>
            <w:r>
              <w:t>začatím</w:t>
            </w:r>
            <w:proofErr w:type="spellEnd"/>
            <w:r>
              <w:t xml:space="preserve"> </w:t>
            </w:r>
            <w:proofErr w:type="spellStart"/>
            <w:r>
              <w:t>inštalačných</w:t>
            </w:r>
            <w:proofErr w:type="spellEnd"/>
            <w:r>
              <w:t xml:space="preserve"> </w:t>
            </w:r>
            <w:proofErr w:type="spellStart"/>
            <w:r>
              <w:t>prác</w:t>
            </w:r>
            <w:proofErr w:type="spellEnd"/>
            <w:r>
              <w:t xml:space="preserve"> a </w:t>
            </w:r>
            <w:proofErr w:type="spellStart"/>
            <w:r>
              <w:t>musia</w:t>
            </w:r>
            <w:proofErr w:type="spellEnd"/>
            <w:r>
              <w:t xml:space="preserve"> </w:t>
            </w:r>
            <w:proofErr w:type="spellStart"/>
            <w:r>
              <w:t>byť</w:t>
            </w:r>
            <w:proofErr w:type="spellEnd"/>
            <w:r>
              <w:t xml:space="preserve"> </w:t>
            </w:r>
            <w:proofErr w:type="spellStart"/>
            <w:r>
              <w:t>vykonané</w:t>
            </w:r>
            <w:proofErr w:type="spellEnd"/>
            <w:r>
              <w:t xml:space="preserve"> v </w:t>
            </w:r>
            <w:proofErr w:type="spellStart"/>
            <w:r>
              <w:t>súlade</w:t>
            </w:r>
            <w:proofErr w:type="spellEnd"/>
            <w:r>
              <w:t xml:space="preserve"> so </w:t>
            </w:r>
            <w:proofErr w:type="spellStart"/>
            <w:r>
              <w:t>špecifikáciami</w:t>
            </w:r>
            <w:proofErr w:type="spellEnd"/>
            <w:r>
              <w:t xml:space="preserve"> a </w:t>
            </w:r>
            <w:proofErr w:type="spellStart"/>
            <w:r>
              <w:t>príslušnými</w:t>
            </w:r>
            <w:proofErr w:type="spellEnd"/>
            <w:r>
              <w:t xml:space="preserve"> </w:t>
            </w:r>
            <w:proofErr w:type="spellStart"/>
            <w:r>
              <w:t>výkresmi</w:t>
            </w:r>
            <w:proofErr w:type="spellEnd"/>
            <w:r>
              <w:t xml:space="preserve"> </w:t>
            </w:r>
            <w:proofErr w:type="spellStart"/>
            <w:r>
              <w:t>poskytnutými</w:t>
            </w:r>
            <w:proofErr w:type="spellEnd"/>
            <w:r>
              <w:t xml:space="preserve"> </w:t>
            </w:r>
            <w:proofErr w:type="spellStart"/>
            <w:r>
              <w:t>predávajúcim</w:t>
            </w:r>
            <w:proofErr w:type="spellEnd"/>
            <w:r>
              <w:t xml:space="preserve">. </w:t>
            </w:r>
            <w:proofErr w:type="spellStart"/>
            <w:r>
              <w:t>Predávajúci</w:t>
            </w:r>
            <w:proofErr w:type="spellEnd"/>
            <w:r>
              <w:t xml:space="preserve"> v </w:t>
            </w:r>
            <w:proofErr w:type="spellStart"/>
            <w:r>
              <w:lastRenderedPageBreak/>
              <w:t>žiadnom</w:t>
            </w:r>
            <w:proofErr w:type="spellEnd"/>
            <w:r>
              <w:t xml:space="preserve"> </w:t>
            </w:r>
            <w:proofErr w:type="spellStart"/>
            <w:r>
              <w:t>prípade</w:t>
            </w:r>
            <w:proofErr w:type="spellEnd"/>
            <w:r>
              <w:t xml:space="preserve"> </w:t>
            </w:r>
            <w:proofErr w:type="spellStart"/>
            <w:r>
              <w:t>nezodpovedá</w:t>
            </w:r>
            <w:proofErr w:type="spellEnd"/>
            <w:r>
              <w:t xml:space="preserve"> za </w:t>
            </w:r>
            <w:proofErr w:type="spellStart"/>
            <w:r>
              <w:t>priebeh</w:t>
            </w:r>
            <w:proofErr w:type="spellEnd"/>
            <w:r>
              <w:t xml:space="preserve"> a </w:t>
            </w:r>
            <w:proofErr w:type="spellStart"/>
            <w:r>
              <w:t>kvalitu</w:t>
            </w:r>
            <w:proofErr w:type="spellEnd"/>
            <w:r>
              <w:t xml:space="preserve"> </w:t>
            </w:r>
            <w:proofErr w:type="spellStart"/>
            <w:r>
              <w:t>stavebných</w:t>
            </w:r>
            <w:proofErr w:type="spellEnd"/>
            <w:r>
              <w:t xml:space="preserve"> </w:t>
            </w:r>
            <w:proofErr w:type="spellStart"/>
            <w:r>
              <w:t>prác</w:t>
            </w:r>
            <w:proofErr w:type="spellEnd"/>
            <w:r>
              <w:t>.</w:t>
            </w:r>
          </w:p>
        </w:tc>
      </w:tr>
    </w:tbl>
    <w:p w14:paraId="1DA25564"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7F20597" w14:textId="77777777">
        <w:trPr>
          <w:jc w:val="center"/>
        </w:trPr>
        <w:tc>
          <w:tcPr>
            <w:tcW w:w="5159" w:type="dxa"/>
            <w:tcMar>
              <w:top w:w="70" w:type="dxa"/>
              <w:left w:w="95" w:type="dxa"/>
              <w:bottom w:w="70" w:type="dxa"/>
              <w:right w:w="95" w:type="dxa"/>
            </w:tcMar>
          </w:tcPr>
          <w:p w14:paraId="77B2A0B0" w14:textId="77777777" w:rsidR="003F413A" w:rsidRDefault="00000000">
            <w:pPr>
              <w:spacing w:after="40"/>
              <w:jc w:val="both"/>
            </w:pPr>
            <w:r>
              <w:t>8.1.3. The required working permits, construction and operations permits, import licenses, customs clearance, and warehouse fees, import duties, local taxes, loading and unloading for customs purposes in the Buyer country.</w:t>
            </w:r>
          </w:p>
        </w:tc>
        <w:tc>
          <w:tcPr>
            <w:tcW w:w="5159" w:type="dxa"/>
            <w:tcMar>
              <w:top w:w="70" w:type="dxa"/>
              <w:left w:w="95" w:type="dxa"/>
              <w:bottom w:w="70" w:type="dxa"/>
              <w:right w:w="95" w:type="dxa"/>
            </w:tcMar>
          </w:tcPr>
          <w:p w14:paraId="1ACB6518" w14:textId="77777777" w:rsidR="003F413A" w:rsidRDefault="00000000">
            <w:pPr>
              <w:spacing w:after="40"/>
              <w:jc w:val="both"/>
            </w:pPr>
            <w:r>
              <w:t xml:space="preserve">8.1.3. </w:t>
            </w:r>
            <w:proofErr w:type="spellStart"/>
            <w:r>
              <w:t>potrebné</w:t>
            </w:r>
            <w:proofErr w:type="spellEnd"/>
            <w:r>
              <w:t xml:space="preserve"> </w:t>
            </w:r>
            <w:proofErr w:type="spellStart"/>
            <w:r>
              <w:t>pracovné</w:t>
            </w:r>
            <w:proofErr w:type="spellEnd"/>
            <w:r>
              <w:t xml:space="preserve"> </w:t>
            </w:r>
            <w:proofErr w:type="spellStart"/>
            <w:r>
              <w:t>povolenia</w:t>
            </w:r>
            <w:proofErr w:type="spellEnd"/>
            <w:r>
              <w:t xml:space="preserve">, </w:t>
            </w:r>
            <w:proofErr w:type="spellStart"/>
            <w:r>
              <w:t>stavebné</w:t>
            </w:r>
            <w:proofErr w:type="spellEnd"/>
            <w:r>
              <w:t xml:space="preserve"> a </w:t>
            </w:r>
            <w:proofErr w:type="spellStart"/>
            <w:r>
              <w:t>prevádzkové</w:t>
            </w:r>
            <w:proofErr w:type="spellEnd"/>
            <w:r>
              <w:t xml:space="preserve"> </w:t>
            </w:r>
            <w:proofErr w:type="spellStart"/>
            <w:r>
              <w:t>povolenia</w:t>
            </w:r>
            <w:proofErr w:type="spellEnd"/>
            <w:r>
              <w:t xml:space="preserve">, </w:t>
            </w:r>
            <w:proofErr w:type="spellStart"/>
            <w:r>
              <w:t>dovozné</w:t>
            </w:r>
            <w:proofErr w:type="spellEnd"/>
            <w:r>
              <w:t xml:space="preserve"> </w:t>
            </w:r>
            <w:proofErr w:type="spellStart"/>
            <w:r>
              <w:t>licencie</w:t>
            </w:r>
            <w:proofErr w:type="spellEnd"/>
            <w:r>
              <w:t xml:space="preserve">, </w:t>
            </w:r>
            <w:proofErr w:type="spellStart"/>
            <w:r>
              <w:t>colné</w:t>
            </w:r>
            <w:proofErr w:type="spellEnd"/>
            <w:r>
              <w:t xml:space="preserve"> </w:t>
            </w:r>
            <w:proofErr w:type="spellStart"/>
            <w:r>
              <w:t>vybavenie</w:t>
            </w:r>
            <w:proofErr w:type="spellEnd"/>
            <w:r>
              <w:t xml:space="preserve"> a </w:t>
            </w:r>
            <w:proofErr w:type="spellStart"/>
            <w:r>
              <w:t>skladovacie</w:t>
            </w:r>
            <w:proofErr w:type="spellEnd"/>
            <w:r>
              <w:t xml:space="preserve"> </w:t>
            </w:r>
            <w:proofErr w:type="spellStart"/>
            <w:r>
              <w:t>poplatky</w:t>
            </w:r>
            <w:proofErr w:type="spellEnd"/>
            <w:r>
              <w:t xml:space="preserve">, </w:t>
            </w:r>
            <w:proofErr w:type="spellStart"/>
            <w:r>
              <w:t>dovozné</w:t>
            </w:r>
            <w:proofErr w:type="spellEnd"/>
            <w:r>
              <w:t xml:space="preserve"> </w:t>
            </w:r>
            <w:proofErr w:type="spellStart"/>
            <w:r>
              <w:t>clá</w:t>
            </w:r>
            <w:proofErr w:type="spellEnd"/>
            <w:r>
              <w:t xml:space="preserve">, </w:t>
            </w:r>
            <w:proofErr w:type="spellStart"/>
            <w:r>
              <w:t>miestne</w:t>
            </w:r>
            <w:proofErr w:type="spellEnd"/>
            <w:r>
              <w:t xml:space="preserve"> </w:t>
            </w:r>
            <w:proofErr w:type="spellStart"/>
            <w:r>
              <w:t>dane</w:t>
            </w:r>
            <w:proofErr w:type="spellEnd"/>
            <w:r>
              <w:t xml:space="preserve">, </w:t>
            </w:r>
            <w:proofErr w:type="spellStart"/>
            <w:r>
              <w:t>nakládka</w:t>
            </w:r>
            <w:proofErr w:type="spellEnd"/>
            <w:r>
              <w:t xml:space="preserve"> a </w:t>
            </w:r>
            <w:proofErr w:type="spellStart"/>
            <w:r>
              <w:t>vykládka</w:t>
            </w:r>
            <w:proofErr w:type="spellEnd"/>
            <w:r>
              <w:t xml:space="preserve"> </w:t>
            </w:r>
            <w:proofErr w:type="spellStart"/>
            <w:r>
              <w:t>na</w:t>
            </w:r>
            <w:proofErr w:type="spellEnd"/>
            <w:r>
              <w:t xml:space="preserve"> </w:t>
            </w:r>
            <w:proofErr w:type="spellStart"/>
            <w:r>
              <w:t>colné</w:t>
            </w:r>
            <w:proofErr w:type="spellEnd"/>
            <w:r>
              <w:t xml:space="preserve"> </w:t>
            </w:r>
            <w:proofErr w:type="spellStart"/>
            <w:r>
              <w:t>účely</w:t>
            </w:r>
            <w:proofErr w:type="spellEnd"/>
            <w:r>
              <w:t xml:space="preserve"> v </w:t>
            </w:r>
            <w:proofErr w:type="spellStart"/>
            <w:r>
              <w:t>krajine</w:t>
            </w:r>
            <w:proofErr w:type="spellEnd"/>
            <w:r>
              <w:t xml:space="preserve"> </w:t>
            </w:r>
            <w:proofErr w:type="spellStart"/>
            <w:r>
              <w:t>kupujúceho</w:t>
            </w:r>
            <w:proofErr w:type="spellEnd"/>
            <w:r>
              <w:t>.</w:t>
            </w:r>
          </w:p>
        </w:tc>
      </w:tr>
    </w:tbl>
    <w:p w14:paraId="6ACD2A59"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F643BB7" w14:textId="77777777">
        <w:trPr>
          <w:jc w:val="center"/>
        </w:trPr>
        <w:tc>
          <w:tcPr>
            <w:tcW w:w="5159" w:type="dxa"/>
            <w:tcMar>
              <w:top w:w="70" w:type="dxa"/>
              <w:left w:w="95" w:type="dxa"/>
              <w:bottom w:w="70" w:type="dxa"/>
              <w:right w:w="95" w:type="dxa"/>
            </w:tcMar>
          </w:tcPr>
          <w:p w14:paraId="5BDE96E2" w14:textId="77777777" w:rsidR="003F413A" w:rsidRDefault="00000000">
            <w:pPr>
              <w:spacing w:after="40"/>
              <w:jc w:val="both"/>
            </w:pPr>
            <w:r>
              <w:t>8.1.4. The required utilities such as electric power, compressed air, pressurized water, steam and gas as per the specifications of the Seller.</w:t>
            </w:r>
          </w:p>
        </w:tc>
        <w:tc>
          <w:tcPr>
            <w:tcW w:w="5159" w:type="dxa"/>
            <w:tcMar>
              <w:top w:w="70" w:type="dxa"/>
              <w:left w:w="95" w:type="dxa"/>
              <w:bottom w:w="70" w:type="dxa"/>
              <w:right w:w="95" w:type="dxa"/>
            </w:tcMar>
          </w:tcPr>
          <w:p w14:paraId="054F545E" w14:textId="77777777" w:rsidR="003F413A" w:rsidRDefault="00000000">
            <w:pPr>
              <w:spacing w:after="40"/>
              <w:jc w:val="both"/>
            </w:pPr>
            <w:r>
              <w:t xml:space="preserve">8.1.4. </w:t>
            </w:r>
            <w:proofErr w:type="spellStart"/>
            <w:r>
              <w:t>potrebné</w:t>
            </w:r>
            <w:proofErr w:type="spellEnd"/>
            <w:r>
              <w:t xml:space="preserve"> </w:t>
            </w:r>
            <w:proofErr w:type="spellStart"/>
            <w:r>
              <w:t>verejné</w:t>
            </w:r>
            <w:proofErr w:type="spellEnd"/>
            <w:r>
              <w:t xml:space="preserve"> </w:t>
            </w:r>
            <w:proofErr w:type="spellStart"/>
            <w:r>
              <w:t>služby</w:t>
            </w:r>
            <w:proofErr w:type="spellEnd"/>
            <w:r>
              <w:t xml:space="preserve"> </w:t>
            </w:r>
            <w:proofErr w:type="spellStart"/>
            <w:r>
              <w:t>ako</w:t>
            </w:r>
            <w:proofErr w:type="spellEnd"/>
            <w:r>
              <w:t xml:space="preserve"> </w:t>
            </w:r>
            <w:proofErr w:type="spellStart"/>
            <w:r>
              <w:t>elektrická</w:t>
            </w:r>
            <w:proofErr w:type="spellEnd"/>
            <w:r>
              <w:t xml:space="preserve"> </w:t>
            </w:r>
            <w:proofErr w:type="spellStart"/>
            <w:r>
              <w:t>energia</w:t>
            </w:r>
            <w:proofErr w:type="spellEnd"/>
            <w:r>
              <w:t xml:space="preserve">, </w:t>
            </w:r>
            <w:proofErr w:type="spellStart"/>
            <w:r>
              <w:t>stlačený</w:t>
            </w:r>
            <w:proofErr w:type="spellEnd"/>
            <w:r>
              <w:t xml:space="preserve"> </w:t>
            </w:r>
            <w:proofErr w:type="spellStart"/>
            <w:r>
              <w:t>vzduch</w:t>
            </w:r>
            <w:proofErr w:type="spellEnd"/>
            <w:r>
              <w:t xml:space="preserve">, </w:t>
            </w:r>
            <w:proofErr w:type="spellStart"/>
            <w:r>
              <w:t>tlaková</w:t>
            </w:r>
            <w:proofErr w:type="spellEnd"/>
            <w:r>
              <w:t xml:space="preserve"> </w:t>
            </w:r>
            <w:proofErr w:type="spellStart"/>
            <w:r>
              <w:t>voda</w:t>
            </w:r>
            <w:proofErr w:type="spellEnd"/>
            <w:r>
              <w:t xml:space="preserve">, para a </w:t>
            </w:r>
            <w:proofErr w:type="spellStart"/>
            <w:r>
              <w:t>plyn</w:t>
            </w:r>
            <w:proofErr w:type="spellEnd"/>
            <w:r>
              <w:t xml:space="preserve"> </w:t>
            </w:r>
            <w:proofErr w:type="spellStart"/>
            <w:r>
              <w:t>podľa</w:t>
            </w:r>
            <w:proofErr w:type="spellEnd"/>
            <w:r>
              <w:t xml:space="preserve"> </w:t>
            </w:r>
            <w:proofErr w:type="spellStart"/>
            <w:r>
              <w:t>špecifikácií</w:t>
            </w:r>
            <w:proofErr w:type="spellEnd"/>
            <w:r>
              <w:t xml:space="preserve"> </w:t>
            </w:r>
            <w:proofErr w:type="spellStart"/>
            <w:r>
              <w:t>predávajúceho</w:t>
            </w:r>
            <w:proofErr w:type="spellEnd"/>
          </w:p>
        </w:tc>
      </w:tr>
    </w:tbl>
    <w:p w14:paraId="5353C3B4"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3C2082" w14:paraId="2049FD23" w14:textId="77777777">
        <w:trPr>
          <w:jc w:val="center"/>
        </w:trPr>
        <w:tc>
          <w:tcPr>
            <w:tcW w:w="5159" w:type="dxa"/>
            <w:tcMar>
              <w:top w:w="70" w:type="dxa"/>
              <w:left w:w="95" w:type="dxa"/>
              <w:bottom w:w="70" w:type="dxa"/>
              <w:right w:w="95" w:type="dxa"/>
            </w:tcMar>
          </w:tcPr>
          <w:p w14:paraId="4F87C3A1" w14:textId="77777777" w:rsidR="003F413A" w:rsidRDefault="00000000">
            <w:pPr>
              <w:spacing w:after="40"/>
              <w:jc w:val="both"/>
            </w:pPr>
            <w:r>
              <w:t>8.1.5. Place for containers/equipment before the beginning and throughout the installation and start-up process.</w:t>
            </w:r>
          </w:p>
        </w:tc>
        <w:tc>
          <w:tcPr>
            <w:tcW w:w="5159" w:type="dxa"/>
            <w:tcMar>
              <w:top w:w="70" w:type="dxa"/>
              <w:left w:w="95" w:type="dxa"/>
              <w:bottom w:w="70" w:type="dxa"/>
              <w:right w:w="95" w:type="dxa"/>
            </w:tcMar>
          </w:tcPr>
          <w:p w14:paraId="2668DF44" w14:textId="77777777" w:rsidR="003F413A" w:rsidRPr="00B662DE" w:rsidRDefault="00000000">
            <w:pPr>
              <w:spacing w:after="40"/>
              <w:jc w:val="both"/>
              <w:rPr>
                <w:lang w:val="pl-PL"/>
              </w:rPr>
            </w:pPr>
            <w:r w:rsidRPr="00B662DE">
              <w:rPr>
                <w:lang w:val="pl-PL"/>
              </w:rPr>
              <w:t>8.1.5. miesto pre kontajnery/zariadenia pred začiatkom a počas procesu inštalácie a spustenia.</w:t>
            </w:r>
          </w:p>
        </w:tc>
      </w:tr>
    </w:tbl>
    <w:p w14:paraId="5180DB7D" w14:textId="77777777" w:rsidR="003F413A" w:rsidRPr="00B662DE" w:rsidRDefault="003F413A">
      <w:pPr>
        <w:spacing w:line="180" w:lineRule="auto"/>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B840C5F" w14:textId="77777777">
        <w:trPr>
          <w:jc w:val="center"/>
        </w:trPr>
        <w:tc>
          <w:tcPr>
            <w:tcW w:w="5159" w:type="dxa"/>
            <w:tcMar>
              <w:top w:w="70" w:type="dxa"/>
              <w:left w:w="95" w:type="dxa"/>
              <w:bottom w:w="70" w:type="dxa"/>
              <w:right w:w="95" w:type="dxa"/>
            </w:tcMar>
          </w:tcPr>
          <w:p w14:paraId="577137F4" w14:textId="77777777" w:rsidR="003F413A" w:rsidRDefault="00000000">
            <w:pPr>
              <w:spacing w:after="40"/>
              <w:jc w:val="both"/>
            </w:pPr>
            <w:r>
              <w:t>8.1.6. Office facilities for the Seller with access to free fax and internet.</w:t>
            </w:r>
          </w:p>
        </w:tc>
        <w:tc>
          <w:tcPr>
            <w:tcW w:w="5159" w:type="dxa"/>
            <w:tcMar>
              <w:top w:w="70" w:type="dxa"/>
              <w:left w:w="95" w:type="dxa"/>
              <w:bottom w:w="70" w:type="dxa"/>
              <w:right w:w="95" w:type="dxa"/>
            </w:tcMar>
          </w:tcPr>
          <w:p w14:paraId="2D7C7AE9" w14:textId="77777777" w:rsidR="003F413A" w:rsidRDefault="00000000">
            <w:pPr>
              <w:spacing w:after="40"/>
              <w:jc w:val="both"/>
            </w:pPr>
            <w:r>
              <w:t xml:space="preserve">8.1.6. </w:t>
            </w:r>
            <w:proofErr w:type="spellStart"/>
            <w:r>
              <w:t>kancelárske</w:t>
            </w:r>
            <w:proofErr w:type="spellEnd"/>
            <w:r>
              <w:t xml:space="preserve"> </w:t>
            </w:r>
            <w:proofErr w:type="spellStart"/>
            <w:r>
              <w:t>priestory</w:t>
            </w:r>
            <w:proofErr w:type="spellEnd"/>
            <w:r>
              <w:t xml:space="preserve"> pre </w:t>
            </w:r>
            <w:proofErr w:type="spellStart"/>
            <w:r>
              <w:t>predávajúceho</w:t>
            </w:r>
            <w:proofErr w:type="spellEnd"/>
            <w:r>
              <w:t xml:space="preserve"> s </w:t>
            </w:r>
            <w:proofErr w:type="spellStart"/>
            <w:r>
              <w:t>prístupom</w:t>
            </w:r>
            <w:proofErr w:type="spellEnd"/>
            <w:r>
              <w:t xml:space="preserve"> k </w:t>
            </w:r>
            <w:proofErr w:type="spellStart"/>
            <w:r>
              <w:t>bezplatnému</w:t>
            </w:r>
            <w:proofErr w:type="spellEnd"/>
            <w:r>
              <w:t xml:space="preserve"> </w:t>
            </w:r>
            <w:proofErr w:type="spellStart"/>
            <w:r>
              <w:t>faxu</w:t>
            </w:r>
            <w:proofErr w:type="spellEnd"/>
            <w:r>
              <w:t xml:space="preserve"> </w:t>
            </w:r>
            <w:proofErr w:type="gramStart"/>
            <w:r>
              <w:t>a</w:t>
            </w:r>
            <w:proofErr w:type="gramEnd"/>
            <w:r>
              <w:t xml:space="preserve"> </w:t>
            </w:r>
            <w:proofErr w:type="spellStart"/>
            <w:r>
              <w:t>internetu</w:t>
            </w:r>
            <w:proofErr w:type="spellEnd"/>
            <w:r>
              <w:t>.</w:t>
            </w:r>
          </w:p>
        </w:tc>
      </w:tr>
    </w:tbl>
    <w:p w14:paraId="33DB562E"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AE4FB1E" w14:textId="77777777">
        <w:trPr>
          <w:jc w:val="center"/>
        </w:trPr>
        <w:tc>
          <w:tcPr>
            <w:tcW w:w="5159" w:type="dxa"/>
            <w:tcMar>
              <w:top w:w="70" w:type="dxa"/>
              <w:left w:w="95" w:type="dxa"/>
              <w:bottom w:w="70" w:type="dxa"/>
              <w:right w:w="95" w:type="dxa"/>
            </w:tcMar>
          </w:tcPr>
          <w:p w14:paraId="0085E8FF" w14:textId="77777777" w:rsidR="003F413A" w:rsidRDefault="00000000">
            <w:pPr>
              <w:spacing w:after="40"/>
              <w:jc w:val="both"/>
            </w:pPr>
            <w:r>
              <w:t>8.1.7. Placing the main servers in a dry, clean, and air-conditioned rooms with sufficient telephone and data connections for supervisors and on-line service.</w:t>
            </w:r>
          </w:p>
        </w:tc>
        <w:tc>
          <w:tcPr>
            <w:tcW w:w="5159" w:type="dxa"/>
            <w:tcMar>
              <w:top w:w="70" w:type="dxa"/>
              <w:left w:w="95" w:type="dxa"/>
              <w:bottom w:w="70" w:type="dxa"/>
              <w:right w:w="95" w:type="dxa"/>
            </w:tcMar>
          </w:tcPr>
          <w:p w14:paraId="2C4840A6" w14:textId="77777777" w:rsidR="003F413A" w:rsidRDefault="00000000">
            <w:pPr>
              <w:spacing w:after="40"/>
              <w:jc w:val="both"/>
            </w:pPr>
            <w:r>
              <w:t xml:space="preserve">8.1.7. </w:t>
            </w:r>
            <w:proofErr w:type="spellStart"/>
            <w:r>
              <w:t>umiestnenie</w:t>
            </w:r>
            <w:proofErr w:type="spellEnd"/>
            <w:r>
              <w:t xml:space="preserve"> </w:t>
            </w:r>
            <w:proofErr w:type="spellStart"/>
            <w:r>
              <w:t>hlavných</w:t>
            </w:r>
            <w:proofErr w:type="spellEnd"/>
            <w:r>
              <w:t xml:space="preserve"> </w:t>
            </w:r>
            <w:proofErr w:type="spellStart"/>
            <w:r>
              <w:t>serverov</w:t>
            </w:r>
            <w:proofErr w:type="spellEnd"/>
            <w:r>
              <w:t xml:space="preserve"> v </w:t>
            </w:r>
            <w:proofErr w:type="spellStart"/>
            <w:r>
              <w:t>suchých</w:t>
            </w:r>
            <w:proofErr w:type="spellEnd"/>
            <w:r>
              <w:t xml:space="preserve">, </w:t>
            </w:r>
            <w:proofErr w:type="spellStart"/>
            <w:r>
              <w:t>čistých</w:t>
            </w:r>
            <w:proofErr w:type="spellEnd"/>
            <w:r>
              <w:t xml:space="preserve"> a </w:t>
            </w:r>
            <w:proofErr w:type="spellStart"/>
            <w:r>
              <w:t>klimatizovaných</w:t>
            </w:r>
            <w:proofErr w:type="spellEnd"/>
            <w:r>
              <w:t xml:space="preserve"> </w:t>
            </w:r>
            <w:proofErr w:type="spellStart"/>
            <w:r>
              <w:t>priestoroch</w:t>
            </w:r>
            <w:proofErr w:type="spellEnd"/>
            <w:r>
              <w:t xml:space="preserve"> s </w:t>
            </w:r>
            <w:proofErr w:type="spellStart"/>
            <w:r>
              <w:t>dostatočným</w:t>
            </w:r>
            <w:proofErr w:type="spellEnd"/>
            <w:r>
              <w:t xml:space="preserve"> </w:t>
            </w:r>
            <w:proofErr w:type="spellStart"/>
            <w:r>
              <w:t>telefónnym</w:t>
            </w:r>
            <w:proofErr w:type="spellEnd"/>
            <w:r>
              <w:t xml:space="preserve"> a </w:t>
            </w:r>
            <w:proofErr w:type="spellStart"/>
            <w:r>
              <w:t>dátovým</w:t>
            </w:r>
            <w:proofErr w:type="spellEnd"/>
            <w:r>
              <w:t xml:space="preserve"> </w:t>
            </w:r>
            <w:proofErr w:type="spellStart"/>
            <w:r>
              <w:t>pripojením</w:t>
            </w:r>
            <w:proofErr w:type="spellEnd"/>
            <w:r>
              <w:t xml:space="preserve"> s online </w:t>
            </w:r>
            <w:proofErr w:type="spellStart"/>
            <w:r>
              <w:t>službou</w:t>
            </w:r>
            <w:proofErr w:type="spellEnd"/>
            <w:r>
              <w:t xml:space="preserve"> pre </w:t>
            </w:r>
            <w:proofErr w:type="spellStart"/>
            <w:r>
              <w:t>dozorných</w:t>
            </w:r>
            <w:proofErr w:type="spellEnd"/>
            <w:r>
              <w:t xml:space="preserve"> </w:t>
            </w:r>
            <w:proofErr w:type="spellStart"/>
            <w:r>
              <w:t>pracovníkov</w:t>
            </w:r>
            <w:proofErr w:type="spellEnd"/>
          </w:p>
        </w:tc>
      </w:tr>
    </w:tbl>
    <w:p w14:paraId="6D8298EE"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AE2EF89" w14:textId="77777777">
        <w:trPr>
          <w:jc w:val="center"/>
        </w:trPr>
        <w:tc>
          <w:tcPr>
            <w:tcW w:w="5159" w:type="dxa"/>
            <w:tcMar>
              <w:top w:w="70" w:type="dxa"/>
              <w:left w:w="95" w:type="dxa"/>
              <w:bottom w:w="70" w:type="dxa"/>
              <w:right w:w="95" w:type="dxa"/>
            </w:tcMar>
          </w:tcPr>
          <w:p w14:paraId="4631E1C4" w14:textId="77777777" w:rsidR="003F413A" w:rsidRDefault="00000000">
            <w:pPr>
              <w:spacing w:after="40"/>
              <w:jc w:val="both"/>
            </w:pPr>
            <w:r>
              <w:t>8.1.8. Before the start of the installation, the Buyer shall prepare the area for installation providing all necessary service lines in accordance with drawings and technical documentation given by the Seller.</w:t>
            </w:r>
          </w:p>
        </w:tc>
        <w:tc>
          <w:tcPr>
            <w:tcW w:w="5159" w:type="dxa"/>
            <w:tcMar>
              <w:top w:w="70" w:type="dxa"/>
              <w:left w:w="95" w:type="dxa"/>
              <w:bottom w:w="70" w:type="dxa"/>
              <w:right w:w="95" w:type="dxa"/>
            </w:tcMar>
          </w:tcPr>
          <w:p w14:paraId="02AEE710" w14:textId="77777777" w:rsidR="003F413A" w:rsidRDefault="00000000">
            <w:pPr>
              <w:spacing w:after="40"/>
              <w:jc w:val="both"/>
            </w:pPr>
            <w:r>
              <w:t xml:space="preserve">8.1.8. </w:t>
            </w:r>
            <w:proofErr w:type="spellStart"/>
            <w:r>
              <w:t>kupujúci</w:t>
            </w:r>
            <w:proofErr w:type="spellEnd"/>
            <w:r>
              <w:t xml:space="preserve"> pred </w:t>
            </w:r>
            <w:proofErr w:type="spellStart"/>
            <w:r>
              <w:t>začatím</w:t>
            </w:r>
            <w:proofErr w:type="spellEnd"/>
            <w:r>
              <w:t xml:space="preserve"> </w:t>
            </w:r>
            <w:proofErr w:type="spellStart"/>
            <w:r>
              <w:t>inštalácie</w:t>
            </w:r>
            <w:proofErr w:type="spellEnd"/>
            <w:r>
              <w:t xml:space="preserve"> </w:t>
            </w:r>
            <w:proofErr w:type="spellStart"/>
            <w:r>
              <w:t>pripraví</w:t>
            </w:r>
            <w:proofErr w:type="spellEnd"/>
            <w:r>
              <w:t xml:space="preserve"> </w:t>
            </w:r>
            <w:proofErr w:type="spellStart"/>
            <w:r>
              <w:t>priestor</w:t>
            </w:r>
            <w:proofErr w:type="spellEnd"/>
            <w:r>
              <w:t xml:space="preserve"> </w:t>
            </w:r>
            <w:proofErr w:type="spellStart"/>
            <w:r>
              <w:t>na</w:t>
            </w:r>
            <w:proofErr w:type="spellEnd"/>
            <w:r>
              <w:t xml:space="preserve"> </w:t>
            </w:r>
            <w:proofErr w:type="spellStart"/>
            <w:r>
              <w:t>inštaláciu</w:t>
            </w:r>
            <w:proofErr w:type="spellEnd"/>
            <w:r>
              <w:t xml:space="preserve"> so </w:t>
            </w:r>
            <w:proofErr w:type="spellStart"/>
            <w:r>
              <w:t>všetkými</w:t>
            </w:r>
            <w:proofErr w:type="spellEnd"/>
            <w:r>
              <w:t xml:space="preserve"> </w:t>
            </w:r>
            <w:proofErr w:type="spellStart"/>
            <w:r>
              <w:t>potrebnými</w:t>
            </w:r>
            <w:proofErr w:type="spellEnd"/>
            <w:r>
              <w:t xml:space="preserve"> </w:t>
            </w:r>
            <w:proofErr w:type="spellStart"/>
            <w:r>
              <w:t>obslužnými</w:t>
            </w:r>
            <w:proofErr w:type="spellEnd"/>
            <w:r>
              <w:t xml:space="preserve"> </w:t>
            </w:r>
            <w:proofErr w:type="spellStart"/>
            <w:r>
              <w:t>linkami</w:t>
            </w:r>
            <w:proofErr w:type="spellEnd"/>
            <w:r>
              <w:t xml:space="preserve"> </w:t>
            </w:r>
            <w:proofErr w:type="spellStart"/>
            <w:r>
              <w:t>podľa</w:t>
            </w:r>
            <w:proofErr w:type="spellEnd"/>
            <w:r>
              <w:t xml:space="preserve"> </w:t>
            </w:r>
            <w:proofErr w:type="spellStart"/>
            <w:r>
              <w:t>výkresov</w:t>
            </w:r>
            <w:proofErr w:type="spellEnd"/>
            <w:r>
              <w:t xml:space="preserve"> a </w:t>
            </w:r>
            <w:proofErr w:type="spellStart"/>
            <w:r>
              <w:t>technickej</w:t>
            </w:r>
            <w:proofErr w:type="spellEnd"/>
            <w:r>
              <w:t xml:space="preserve"> </w:t>
            </w:r>
            <w:proofErr w:type="spellStart"/>
            <w:r>
              <w:t>dokumentácie</w:t>
            </w:r>
            <w:proofErr w:type="spellEnd"/>
            <w:r>
              <w:t xml:space="preserve"> </w:t>
            </w:r>
            <w:proofErr w:type="spellStart"/>
            <w:r>
              <w:t>dodanej</w:t>
            </w:r>
            <w:proofErr w:type="spellEnd"/>
            <w:r>
              <w:t xml:space="preserve"> </w:t>
            </w:r>
            <w:proofErr w:type="spellStart"/>
            <w:r>
              <w:t>predávajúcim</w:t>
            </w:r>
            <w:proofErr w:type="spellEnd"/>
            <w:r>
              <w:t>.</w:t>
            </w:r>
          </w:p>
        </w:tc>
      </w:tr>
    </w:tbl>
    <w:p w14:paraId="3F0C2061"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4603AF" w14:paraId="7D42A724" w14:textId="77777777">
        <w:trPr>
          <w:jc w:val="center"/>
        </w:trPr>
        <w:tc>
          <w:tcPr>
            <w:tcW w:w="5159" w:type="dxa"/>
            <w:tcMar>
              <w:top w:w="70" w:type="dxa"/>
              <w:left w:w="95" w:type="dxa"/>
              <w:bottom w:w="70" w:type="dxa"/>
              <w:right w:w="95" w:type="dxa"/>
            </w:tcMar>
          </w:tcPr>
          <w:p w14:paraId="4F431041" w14:textId="77777777" w:rsidR="003F413A" w:rsidRDefault="00000000">
            <w:pPr>
              <w:spacing w:after="40"/>
              <w:jc w:val="both"/>
            </w:pPr>
            <w:r>
              <w:t>8.2.  The Seller shall provide to the extent agreed in the Annex:</w:t>
            </w:r>
          </w:p>
        </w:tc>
        <w:tc>
          <w:tcPr>
            <w:tcW w:w="5159" w:type="dxa"/>
            <w:tcMar>
              <w:top w:w="70" w:type="dxa"/>
              <w:left w:w="95" w:type="dxa"/>
              <w:bottom w:w="70" w:type="dxa"/>
              <w:right w:w="95" w:type="dxa"/>
            </w:tcMar>
          </w:tcPr>
          <w:p w14:paraId="5AD3752A" w14:textId="77777777" w:rsidR="003F413A" w:rsidRPr="004603AF" w:rsidRDefault="00000000">
            <w:pPr>
              <w:spacing w:after="40"/>
              <w:jc w:val="both"/>
            </w:pPr>
            <w:r w:rsidRPr="004603AF">
              <w:t xml:space="preserve">8.2. </w:t>
            </w:r>
            <w:proofErr w:type="spellStart"/>
            <w:r w:rsidRPr="004603AF">
              <w:t>Predávajúci</w:t>
            </w:r>
            <w:proofErr w:type="spellEnd"/>
            <w:r w:rsidRPr="004603AF">
              <w:t xml:space="preserve"> </w:t>
            </w:r>
            <w:proofErr w:type="spellStart"/>
            <w:r w:rsidRPr="004603AF">
              <w:t>poskytne</w:t>
            </w:r>
            <w:proofErr w:type="spellEnd"/>
            <w:r w:rsidRPr="004603AF">
              <w:t xml:space="preserve"> v </w:t>
            </w:r>
            <w:proofErr w:type="spellStart"/>
            <w:r w:rsidRPr="004603AF">
              <w:t>rozsahu</w:t>
            </w:r>
            <w:proofErr w:type="spellEnd"/>
            <w:r w:rsidRPr="004603AF">
              <w:t xml:space="preserve"> </w:t>
            </w:r>
            <w:proofErr w:type="spellStart"/>
            <w:r w:rsidRPr="004603AF">
              <w:t>dohodnutom</w:t>
            </w:r>
            <w:proofErr w:type="spellEnd"/>
            <w:r w:rsidRPr="004603AF">
              <w:t xml:space="preserve"> v </w:t>
            </w:r>
            <w:proofErr w:type="spellStart"/>
            <w:r w:rsidRPr="004603AF">
              <w:t>prílohe</w:t>
            </w:r>
            <w:proofErr w:type="spellEnd"/>
            <w:r w:rsidRPr="004603AF">
              <w:t>:</w:t>
            </w:r>
          </w:p>
        </w:tc>
      </w:tr>
    </w:tbl>
    <w:p w14:paraId="01131CF3" w14:textId="77777777" w:rsidR="003F413A" w:rsidRPr="004603AF"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87E5C1E" w14:textId="77777777">
        <w:trPr>
          <w:jc w:val="center"/>
        </w:trPr>
        <w:tc>
          <w:tcPr>
            <w:tcW w:w="5159" w:type="dxa"/>
            <w:tcMar>
              <w:top w:w="70" w:type="dxa"/>
              <w:left w:w="95" w:type="dxa"/>
              <w:bottom w:w="70" w:type="dxa"/>
              <w:right w:w="95" w:type="dxa"/>
            </w:tcMar>
          </w:tcPr>
          <w:p w14:paraId="554A35F9" w14:textId="77777777" w:rsidR="003F413A" w:rsidRDefault="00000000">
            <w:pPr>
              <w:spacing w:after="40"/>
              <w:jc w:val="both"/>
            </w:pPr>
            <w:r>
              <w:t xml:space="preserve">8.2.1. Services for installation, start-up and adjustment of the Goods, training of personnel and putting the Goods into operation for the Goods according to Annexes as well as the services of technological setting-up </w:t>
            </w:r>
            <w:proofErr w:type="gramStart"/>
            <w:r>
              <w:t>in order to</w:t>
            </w:r>
            <w:proofErr w:type="gramEnd"/>
            <w:r>
              <w:t xml:space="preserve"> reach the guaranteed process performance according to the Annexes</w:t>
            </w:r>
          </w:p>
          <w:p w14:paraId="1B0564EE" w14:textId="77777777" w:rsidR="003F413A" w:rsidRDefault="00000000">
            <w:pPr>
              <w:spacing w:after="40"/>
              <w:jc w:val="both"/>
            </w:pPr>
            <w:r>
              <w:t>The address of the Services fulfillment: production plant of the Buyer located in Slovakia.</w:t>
            </w:r>
          </w:p>
        </w:tc>
        <w:tc>
          <w:tcPr>
            <w:tcW w:w="5159" w:type="dxa"/>
            <w:tcMar>
              <w:top w:w="70" w:type="dxa"/>
              <w:left w:w="95" w:type="dxa"/>
              <w:bottom w:w="70" w:type="dxa"/>
              <w:right w:w="95" w:type="dxa"/>
            </w:tcMar>
          </w:tcPr>
          <w:p w14:paraId="38FDCABD" w14:textId="77777777" w:rsidR="003F413A" w:rsidRDefault="00000000">
            <w:pPr>
              <w:spacing w:after="40"/>
              <w:jc w:val="both"/>
            </w:pPr>
            <w:r>
              <w:t xml:space="preserve">8.2.1. </w:t>
            </w:r>
            <w:proofErr w:type="spellStart"/>
            <w:r>
              <w:t>Služby</w:t>
            </w:r>
            <w:proofErr w:type="spellEnd"/>
            <w:r>
              <w:t xml:space="preserve"> </w:t>
            </w:r>
            <w:proofErr w:type="spellStart"/>
            <w:r>
              <w:t>inštalácie</w:t>
            </w:r>
            <w:proofErr w:type="spellEnd"/>
            <w:r>
              <w:t xml:space="preserve">, </w:t>
            </w:r>
            <w:proofErr w:type="spellStart"/>
            <w:r>
              <w:t>spustenia</w:t>
            </w:r>
            <w:proofErr w:type="spellEnd"/>
            <w:r>
              <w:t xml:space="preserve"> a </w:t>
            </w:r>
            <w:proofErr w:type="spellStart"/>
            <w:r>
              <w:t>nastavovanie</w:t>
            </w:r>
            <w:proofErr w:type="spellEnd"/>
            <w:r>
              <w:t xml:space="preserve"> </w:t>
            </w:r>
            <w:proofErr w:type="spellStart"/>
            <w:r>
              <w:t>Tovaru</w:t>
            </w:r>
            <w:proofErr w:type="spellEnd"/>
            <w:r>
              <w:t xml:space="preserve">, </w:t>
            </w:r>
            <w:proofErr w:type="spellStart"/>
            <w:r>
              <w:t>zaškolenie</w:t>
            </w:r>
            <w:proofErr w:type="spellEnd"/>
            <w:r>
              <w:t xml:space="preserve"> </w:t>
            </w:r>
            <w:proofErr w:type="spellStart"/>
            <w:r>
              <w:t>personálu</w:t>
            </w:r>
            <w:proofErr w:type="spellEnd"/>
            <w:r>
              <w:t xml:space="preserve"> a </w:t>
            </w:r>
            <w:proofErr w:type="spellStart"/>
            <w:r>
              <w:t>uvedenie</w:t>
            </w:r>
            <w:proofErr w:type="spellEnd"/>
            <w:r>
              <w:t xml:space="preserve"> </w:t>
            </w:r>
            <w:proofErr w:type="spellStart"/>
            <w:r>
              <w:t>Tovaru</w:t>
            </w:r>
            <w:proofErr w:type="spellEnd"/>
            <w:r>
              <w:t xml:space="preserve"> do </w:t>
            </w:r>
            <w:proofErr w:type="spellStart"/>
            <w:r>
              <w:t>prevádzky</w:t>
            </w:r>
            <w:proofErr w:type="spellEnd"/>
            <w:r>
              <w:t xml:space="preserve"> </w:t>
            </w:r>
            <w:proofErr w:type="gramStart"/>
            <w:r>
              <w:t>pre Tovar</w:t>
            </w:r>
            <w:proofErr w:type="gramEnd"/>
            <w:r>
              <w:t xml:space="preserve"> </w:t>
            </w:r>
            <w:proofErr w:type="spellStart"/>
            <w:r>
              <w:t>podľa</w:t>
            </w:r>
            <w:proofErr w:type="spellEnd"/>
            <w:r>
              <w:t xml:space="preserve"> </w:t>
            </w:r>
            <w:proofErr w:type="spellStart"/>
            <w:r>
              <w:t>príloh</w:t>
            </w:r>
            <w:proofErr w:type="spellEnd"/>
            <w:r>
              <w:t xml:space="preserve">, </w:t>
            </w:r>
            <w:proofErr w:type="spellStart"/>
            <w:r>
              <w:t>ako</w:t>
            </w:r>
            <w:proofErr w:type="spellEnd"/>
            <w:r>
              <w:t xml:space="preserve"> </w:t>
            </w:r>
            <w:proofErr w:type="spellStart"/>
            <w:r>
              <w:t>aj</w:t>
            </w:r>
            <w:proofErr w:type="spellEnd"/>
            <w:r>
              <w:t xml:space="preserve"> </w:t>
            </w:r>
            <w:proofErr w:type="spellStart"/>
            <w:r>
              <w:t>služby</w:t>
            </w:r>
            <w:proofErr w:type="spellEnd"/>
            <w:r>
              <w:t xml:space="preserve"> </w:t>
            </w:r>
            <w:proofErr w:type="spellStart"/>
            <w:r>
              <w:t>technologického</w:t>
            </w:r>
            <w:proofErr w:type="spellEnd"/>
            <w:r>
              <w:t xml:space="preserve"> </w:t>
            </w:r>
            <w:proofErr w:type="spellStart"/>
            <w:r>
              <w:t>nastavenia</w:t>
            </w:r>
            <w:proofErr w:type="spellEnd"/>
            <w:r>
              <w:t xml:space="preserve"> za </w:t>
            </w:r>
            <w:proofErr w:type="spellStart"/>
            <w:r>
              <w:t>účelom</w:t>
            </w:r>
            <w:proofErr w:type="spellEnd"/>
            <w:r>
              <w:t xml:space="preserve"> </w:t>
            </w:r>
            <w:proofErr w:type="spellStart"/>
            <w:r>
              <w:t>dosiahnutia</w:t>
            </w:r>
            <w:proofErr w:type="spellEnd"/>
            <w:r>
              <w:t xml:space="preserve"> </w:t>
            </w:r>
            <w:proofErr w:type="spellStart"/>
            <w:r>
              <w:t>garantovanej</w:t>
            </w:r>
            <w:proofErr w:type="spellEnd"/>
            <w:r>
              <w:t xml:space="preserve"> </w:t>
            </w:r>
            <w:proofErr w:type="spellStart"/>
            <w:r>
              <w:t>výkonnej</w:t>
            </w:r>
            <w:proofErr w:type="spellEnd"/>
            <w:r>
              <w:t xml:space="preserve"> </w:t>
            </w:r>
            <w:proofErr w:type="spellStart"/>
            <w:r>
              <w:t>kapacity</w:t>
            </w:r>
            <w:proofErr w:type="spellEnd"/>
            <w:r>
              <w:t xml:space="preserve"> </w:t>
            </w:r>
            <w:proofErr w:type="spellStart"/>
            <w:r>
              <w:t>podľa</w:t>
            </w:r>
            <w:proofErr w:type="spellEnd"/>
            <w:r>
              <w:t xml:space="preserve"> </w:t>
            </w:r>
            <w:proofErr w:type="spellStart"/>
            <w:r>
              <w:t>príloh</w:t>
            </w:r>
            <w:proofErr w:type="spellEnd"/>
            <w:r>
              <w:t>.</w:t>
            </w:r>
          </w:p>
          <w:p w14:paraId="7B578B0D" w14:textId="77777777" w:rsidR="003F413A" w:rsidRDefault="00000000">
            <w:pPr>
              <w:spacing w:after="40"/>
              <w:jc w:val="both"/>
            </w:pPr>
            <w:proofErr w:type="spellStart"/>
            <w:r>
              <w:t>Adresa</w:t>
            </w:r>
            <w:proofErr w:type="spellEnd"/>
            <w:r>
              <w:t xml:space="preserve"> </w:t>
            </w:r>
            <w:proofErr w:type="spellStart"/>
            <w:r>
              <w:t>plnenia</w:t>
            </w:r>
            <w:proofErr w:type="spellEnd"/>
            <w:r>
              <w:t xml:space="preserve"> </w:t>
            </w:r>
            <w:proofErr w:type="spellStart"/>
            <w:r>
              <w:t>Služieb</w:t>
            </w:r>
            <w:proofErr w:type="spellEnd"/>
            <w:r>
              <w:t xml:space="preserve">: </w:t>
            </w:r>
            <w:proofErr w:type="spellStart"/>
            <w:r>
              <w:t>výrobný</w:t>
            </w:r>
            <w:proofErr w:type="spellEnd"/>
            <w:r>
              <w:t xml:space="preserve"> </w:t>
            </w:r>
            <w:proofErr w:type="spellStart"/>
            <w:r>
              <w:t>závod</w:t>
            </w:r>
            <w:proofErr w:type="spellEnd"/>
            <w:r>
              <w:t xml:space="preserve"> Kupujúceho so </w:t>
            </w:r>
            <w:proofErr w:type="spellStart"/>
            <w:r>
              <w:t>sídlom</w:t>
            </w:r>
            <w:proofErr w:type="spellEnd"/>
            <w:r>
              <w:t xml:space="preserve"> </w:t>
            </w:r>
            <w:proofErr w:type="spellStart"/>
            <w:r>
              <w:t>na</w:t>
            </w:r>
            <w:proofErr w:type="spellEnd"/>
            <w:r>
              <w:t xml:space="preserve"> </w:t>
            </w:r>
            <w:proofErr w:type="spellStart"/>
            <w:r>
              <w:t>Slovensku</w:t>
            </w:r>
            <w:proofErr w:type="spellEnd"/>
            <w:r>
              <w:t>.</w:t>
            </w:r>
          </w:p>
        </w:tc>
      </w:tr>
    </w:tbl>
    <w:p w14:paraId="52A0E867"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4603AF" w14:paraId="32B0DBD0" w14:textId="77777777">
        <w:trPr>
          <w:jc w:val="center"/>
        </w:trPr>
        <w:tc>
          <w:tcPr>
            <w:tcW w:w="5159" w:type="dxa"/>
            <w:tcMar>
              <w:top w:w="70" w:type="dxa"/>
              <w:left w:w="95" w:type="dxa"/>
              <w:bottom w:w="70" w:type="dxa"/>
              <w:right w:w="95" w:type="dxa"/>
            </w:tcMar>
          </w:tcPr>
          <w:p w14:paraId="02009AC7" w14:textId="77777777" w:rsidR="003F413A" w:rsidRDefault="00000000">
            <w:pPr>
              <w:spacing w:after="40"/>
              <w:jc w:val="both"/>
            </w:pPr>
            <w:r>
              <w:t>8.2.2. The Seller shall provide the specialists to carry out supervising not later than 14 working days from the moment he was informed by the Buyer about confirming readiness to the Goods installation or start-up. Confirmation of the readiness of the site for installation should be accompanied by appropriate photographic pictures.</w:t>
            </w:r>
          </w:p>
        </w:tc>
        <w:tc>
          <w:tcPr>
            <w:tcW w:w="5159" w:type="dxa"/>
            <w:tcMar>
              <w:top w:w="70" w:type="dxa"/>
              <w:left w:w="95" w:type="dxa"/>
              <w:bottom w:w="70" w:type="dxa"/>
              <w:right w:w="95" w:type="dxa"/>
            </w:tcMar>
          </w:tcPr>
          <w:p w14:paraId="6C3E7239" w14:textId="77777777" w:rsidR="003F413A" w:rsidRPr="004603AF" w:rsidRDefault="00000000">
            <w:pPr>
              <w:spacing w:after="40"/>
              <w:jc w:val="both"/>
            </w:pPr>
            <w:r>
              <w:t xml:space="preserve">8.2.2. </w:t>
            </w:r>
            <w:proofErr w:type="spellStart"/>
            <w:r>
              <w:t>Predávajúci</w:t>
            </w:r>
            <w:proofErr w:type="spellEnd"/>
            <w:r>
              <w:t xml:space="preserve"> </w:t>
            </w:r>
            <w:proofErr w:type="spellStart"/>
            <w:r>
              <w:t>poskytne</w:t>
            </w:r>
            <w:proofErr w:type="spellEnd"/>
            <w:r>
              <w:t xml:space="preserve"> </w:t>
            </w:r>
            <w:proofErr w:type="spellStart"/>
            <w:r>
              <w:t>špecialistov</w:t>
            </w:r>
            <w:proofErr w:type="spellEnd"/>
            <w:r>
              <w:t xml:space="preserve"> </w:t>
            </w:r>
            <w:proofErr w:type="spellStart"/>
            <w:r>
              <w:t>na</w:t>
            </w:r>
            <w:proofErr w:type="spellEnd"/>
            <w:r>
              <w:t xml:space="preserve"> </w:t>
            </w:r>
            <w:proofErr w:type="spellStart"/>
            <w:r>
              <w:t>vykonanie</w:t>
            </w:r>
            <w:proofErr w:type="spellEnd"/>
            <w:r>
              <w:t xml:space="preserve"> </w:t>
            </w:r>
            <w:proofErr w:type="spellStart"/>
            <w:r>
              <w:t>dozoru</w:t>
            </w:r>
            <w:proofErr w:type="spellEnd"/>
            <w:r>
              <w:t xml:space="preserve"> </w:t>
            </w:r>
            <w:proofErr w:type="spellStart"/>
            <w:r>
              <w:t>najneskôr</w:t>
            </w:r>
            <w:proofErr w:type="spellEnd"/>
            <w:r>
              <w:t xml:space="preserve"> do 14 </w:t>
            </w:r>
            <w:proofErr w:type="spellStart"/>
            <w:r>
              <w:t>pracovných</w:t>
            </w:r>
            <w:proofErr w:type="spellEnd"/>
            <w:r>
              <w:t xml:space="preserve"> </w:t>
            </w:r>
            <w:proofErr w:type="spellStart"/>
            <w:r>
              <w:t>dní</w:t>
            </w:r>
            <w:proofErr w:type="spellEnd"/>
            <w:r>
              <w:t xml:space="preserve"> </w:t>
            </w:r>
            <w:proofErr w:type="spellStart"/>
            <w:r>
              <w:t>odo</w:t>
            </w:r>
            <w:proofErr w:type="spellEnd"/>
            <w:r>
              <w:t xml:space="preserve"> </w:t>
            </w:r>
            <w:proofErr w:type="spellStart"/>
            <w:r>
              <w:t>dňa</w:t>
            </w:r>
            <w:proofErr w:type="spellEnd"/>
            <w:r>
              <w:t xml:space="preserve">, </w:t>
            </w:r>
            <w:proofErr w:type="spellStart"/>
            <w:r>
              <w:t>keď</w:t>
            </w:r>
            <w:proofErr w:type="spellEnd"/>
            <w:r>
              <w:t xml:space="preserve"> </w:t>
            </w:r>
            <w:proofErr w:type="spellStart"/>
            <w:r>
              <w:t>bol</w:t>
            </w:r>
            <w:proofErr w:type="spellEnd"/>
            <w:r>
              <w:t xml:space="preserve"> </w:t>
            </w:r>
            <w:proofErr w:type="spellStart"/>
            <w:r>
              <w:t>kupujúcim</w:t>
            </w:r>
            <w:proofErr w:type="spellEnd"/>
            <w:r>
              <w:t xml:space="preserve"> </w:t>
            </w:r>
            <w:proofErr w:type="spellStart"/>
            <w:r>
              <w:t>informovaný</w:t>
            </w:r>
            <w:proofErr w:type="spellEnd"/>
            <w:r>
              <w:t xml:space="preserve"> o </w:t>
            </w:r>
            <w:proofErr w:type="spellStart"/>
            <w:r>
              <w:t>potvrdení</w:t>
            </w:r>
            <w:proofErr w:type="spellEnd"/>
            <w:r>
              <w:t xml:space="preserve"> </w:t>
            </w:r>
            <w:proofErr w:type="spellStart"/>
            <w:r>
              <w:t>pripravenosti</w:t>
            </w:r>
            <w:proofErr w:type="spellEnd"/>
            <w:r>
              <w:t xml:space="preserve"> </w:t>
            </w:r>
            <w:proofErr w:type="spellStart"/>
            <w:r>
              <w:t>na</w:t>
            </w:r>
            <w:proofErr w:type="spellEnd"/>
            <w:r>
              <w:t xml:space="preserve"> </w:t>
            </w:r>
            <w:proofErr w:type="spellStart"/>
            <w:r>
              <w:t>inštaláciu</w:t>
            </w:r>
            <w:proofErr w:type="spellEnd"/>
            <w:r>
              <w:t xml:space="preserve"> </w:t>
            </w:r>
            <w:proofErr w:type="spellStart"/>
            <w:r>
              <w:t>alebo</w:t>
            </w:r>
            <w:proofErr w:type="spellEnd"/>
            <w:r>
              <w:t xml:space="preserve"> </w:t>
            </w:r>
            <w:proofErr w:type="spellStart"/>
            <w:r>
              <w:t>spustenie</w:t>
            </w:r>
            <w:proofErr w:type="spellEnd"/>
            <w:r>
              <w:t xml:space="preserve"> </w:t>
            </w:r>
            <w:proofErr w:type="spellStart"/>
            <w:r>
              <w:t>Tovaru</w:t>
            </w:r>
            <w:proofErr w:type="spellEnd"/>
            <w:r>
              <w:t xml:space="preserve"> do </w:t>
            </w:r>
            <w:proofErr w:type="spellStart"/>
            <w:r>
              <w:t>prevádzky</w:t>
            </w:r>
            <w:proofErr w:type="spellEnd"/>
            <w:r>
              <w:t xml:space="preserve">. </w:t>
            </w:r>
            <w:proofErr w:type="spellStart"/>
            <w:r w:rsidRPr="004603AF">
              <w:t>Potvrdenie</w:t>
            </w:r>
            <w:proofErr w:type="spellEnd"/>
            <w:r w:rsidRPr="004603AF">
              <w:t xml:space="preserve"> </w:t>
            </w:r>
            <w:proofErr w:type="spellStart"/>
            <w:r w:rsidRPr="004603AF">
              <w:t>pripravenosti</w:t>
            </w:r>
            <w:proofErr w:type="spellEnd"/>
            <w:r w:rsidRPr="004603AF">
              <w:t xml:space="preserve"> </w:t>
            </w:r>
            <w:proofErr w:type="spellStart"/>
            <w:r w:rsidRPr="004603AF">
              <w:t>miesta</w:t>
            </w:r>
            <w:proofErr w:type="spellEnd"/>
            <w:r w:rsidRPr="004603AF">
              <w:t xml:space="preserve"> </w:t>
            </w:r>
            <w:proofErr w:type="spellStart"/>
            <w:r w:rsidRPr="004603AF">
              <w:t>na</w:t>
            </w:r>
            <w:proofErr w:type="spellEnd"/>
            <w:r w:rsidRPr="004603AF">
              <w:t xml:space="preserve"> </w:t>
            </w:r>
            <w:proofErr w:type="spellStart"/>
            <w:r w:rsidRPr="004603AF">
              <w:t>inštaláciu</w:t>
            </w:r>
            <w:proofErr w:type="spellEnd"/>
            <w:r w:rsidRPr="004603AF">
              <w:t xml:space="preserve"> by </w:t>
            </w:r>
            <w:proofErr w:type="spellStart"/>
            <w:r w:rsidRPr="004603AF">
              <w:t>malo</w:t>
            </w:r>
            <w:proofErr w:type="spellEnd"/>
            <w:r w:rsidRPr="004603AF">
              <w:t xml:space="preserve"> </w:t>
            </w:r>
            <w:proofErr w:type="spellStart"/>
            <w:r w:rsidRPr="004603AF">
              <w:t>byť</w:t>
            </w:r>
            <w:proofErr w:type="spellEnd"/>
            <w:r w:rsidRPr="004603AF">
              <w:t xml:space="preserve"> </w:t>
            </w:r>
            <w:proofErr w:type="spellStart"/>
            <w:r w:rsidRPr="004603AF">
              <w:t>doplnené</w:t>
            </w:r>
            <w:proofErr w:type="spellEnd"/>
            <w:r w:rsidRPr="004603AF">
              <w:t xml:space="preserve"> </w:t>
            </w:r>
            <w:proofErr w:type="spellStart"/>
            <w:r w:rsidRPr="004603AF">
              <w:t>vhodnými</w:t>
            </w:r>
            <w:proofErr w:type="spellEnd"/>
            <w:r w:rsidRPr="004603AF">
              <w:t xml:space="preserve"> </w:t>
            </w:r>
            <w:proofErr w:type="spellStart"/>
            <w:r w:rsidRPr="004603AF">
              <w:t>fotografickými</w:t>
            </w:r>
            <w:proofErr w:type="spellEnd"/>
            <w:r w:rsidRPr="004603AF">
              <w:t xml:space="preserve"> </w:t>
            </w:r>
            <w:proofErr w:type="spellStart"/>
            <w:r w:rsidRPr="004603AF">
              <w:t>obrázkami</w:t>
            </w:r>
            <w:proofErr w:type="spellEnd"/>
            <w:r w:rsidRPr="004603AF">
              <w:t>.</w:t>
            </w:r>
          </w:p>
        </w:tc>
      </w:tr>
    </w:tbl>
    <w:p w14:paraId="45ED82B8" w14:textId="77777777" w:rsidR="003F413A" w:rsidRPr="004603AF"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A4CA9C2" w14:textId="77777777">
        <w:trPr>
          <w:jc w:val="center"/>
        </w:trPr>
        <w:tc>
          <w:tcPr>
            <w:tcW w:w="5159" w:type="dxa"/>
            <w:tcMar>
              <w:top w:w="70" w:type="dxa"/>
              <w:left w:w="95" w:type="dxa"/>
              <w:bottom w:w="70" w:type="dxa"/>
              <w:right w:w="95" w:type="dxa"/>
            </w:tcMar>
          </w:tcPr>
          <w:p w14:paraId="43BCA39C" w14:textId="77777777" w:rsidR="003F413A" w:rsidRDefault="00000000">
            <w:pPr>
              <w:spacing w:after="40"/>
              <w:jc w:val="both"/>
            </w:pPr>
            <w:r>
              <w:t xml:space="preserve">8.2.3. 10 (ten) calendar days prior the arriving of mounting crew on site Seller shall provide to the Buyer the list with number of workers (with mentioning of their profession) and tools necessary for mounting of Goods to be delivered </w:t>
            </w:r>
            <w:proofErr w:type="gramStart"/>
            <w:r>
              <w:t>in order to</w:t>
            </w:r>
            <w:proofErr w:type="gramEnd"/>
            <w:r>
              <w:t xml:space="preserve"> arrange the pass to Buyer’s territory.</w:t>
            </w:r>
          </w:p>
        </w:tc>
        <w:tc>
          <w:tcPr>
            <w:tcW w:w="5159" w:type="dxa"/>
            <w:tcMar>
              <w:top w:w="70" w:type="dxa"/>
              <w:left w:w="95" w:type="dxa"/>
              <w:bottom w:w="70" w:type="dxa"/>
              <w:right w:w="95" w:type="dxa"/>
            </w:tcMar>
          </w:tcPr>
          <w:p w14:paraId="36DD7E8D" w14:textId="77777777" w:rsidR="003F413A" w:rsidRDefault="00000000">
            <w:pPr>
              <w:spacing w:after="40"/>
              <w:jc w:val="both"/>
            </w:pPr>
            <w:r>
              <w:t>8.2.3. 10 (</w:t>
            </w:r>
            <w:proofErr w:type="spellStart"/>
            <w:r>
              <w:t>desať</w:t>
            </w:r>
            <w:proofErr w:type="spellEnd"/>
            <w:r>
              <w:t xml:space="preserve">) </w:t>
            </w:r>
            <w:proofErr w:type="spellStart"/>
            <w:r>
              <w:t>kalendárnych</w:t>
            </w:r>
            <w:proofErr w:type="spellEnd"/>
            <w:r>
              <w:t xml:space="preserve"> </w:t>
            </w:r>
            <w:proofErr w:type="spellStart"/>
            <w:r>
              <w:t>dní</w:t>
            </w:r>
            <w:proofErr w:type="spellEnd"/>
            <w:r>
              <w:t xml:space="preserve"> pred </w:t>
            </w:r>
            <w:proofErr w:type="spellStart"/>
            <w:r>
              <w:t>príchodom</w:t>
            </w:r>
            <w:proofErr w:type="spellEnd"/>
            <w:r>
              <w:t xml:space="preserve"> </w:t>
            </w:r>
            <w:proofErr w:type="spellStart"/>
            <w:r>
              <w:t>montážnej</w:t>
            </w:r>
            <w:proofErr w:type="spellEnd"/>
            <w:r>
              <w:t xml:space="preserve"> </w:t>
            </w:r>
            <w:proofErr w:type="spellStart"/>
            <w:r>
              <w:t>posádky</w:t>
            </w:r>
            <w:proofErr w:type="spellEnd"/>
            <w:r>
              <w:t xml:space="preserve"> </w:t>
            </w:r>
            <w:proofErr w:type="spellStart"/>
            <w:r>
              <w:t>na</w:t>
            </w:r>
            <w:proofErr w:type="spellEnd"/>
            <w:r>
              <w:t xml:space="preserve"> </w:t>
            </w:r>
            <w:proofErr w:type="spellStart"/>
            <w:r>
              <w:t>miesto</w:t>
            </w:r>
            <w:proofErr w:type="spellEnd"/>
            <w:r>
              <w:t xml:space="preserve"> </w:t>
            </w:r>
            <w:proofErr w:type="spellStart"/>
            <w:r>
              <w:t>inštalácie</w:t>
            </w:r>
            <w:proofErr w:type="spellEnd"/>
            <w:r>
              <w:t xml:space="preserve"> </w:t>
            </w:r>
            <w:proofErr w:type="spellStart"/>
            <w:r>
              <w:t>predávajúci</w:t>
            </w:r>
            <w:proofErr w:type="spellEnd"/>
            <w:r>
              <w:t xml:space="preserve"> </w:t>
            </w:r>
            <w:proofErr w:type="spellStart"/>
            <w:r>
              <w:t>poskytne</w:t>
            </w:r>
            <w:proofErr w:type="spellEnd"/>
            <w:r>
              <w:t xml:space="preserve"> </w:t>
            </w:r>
            <w:proofErr w:type="spellStart"/>
            <w:r>
              <w:t>kupujúcemu</w:t>
            </w:r>
            <w:proofErr w:type="spellEnd"/>
            <w:r>
              <w:t xml:space="preserve"> </w:t>
            </w:r>
            <w:proofErr w:type="spellStart"/>
            <w:r>
              <w:t>zoznam</w:t>
            </w:r>
            <w:proofErr w:type="spellEnd"/>
            <w:r>
              <w:t xml:space="preserve"> s </w:t>
            </w:r>
            <w:proofErr w:type="spellStart"/>
            <w:r>
              <w:t>počtom</w:t>
            </w:r>
            <w:proofErr w:type="spellEnd"/>
            <w:r>
              <w:t xml:space="preserve"> </w:t>
            </w:r>
            <w:proofErr w:type="spellStart"/>
            <w:r>
              <w:t>pracovníkov</w:t>
            </w:r>
            <w:proofErr w:type="spellEnd"/>
            <w:r>
              <w:t xml:space="preserve"> (s </w:t>
            </w:r>
            <w:proofErr w:type="spellStart"/>
            <w:r>
              <w:t>uvedením</w:t>
            </w:r>
            <w:proofErr w:type="spellEnd"/>
            <w:r>
              <w:t xml:space="preserve"> ich </w:t>
            </w:r>
            <w:proofErr w:type="spellStart"/>
            <w:r>
              <w:t>profesie</w:t>
            </w:r>
            <w:proofErr w:type="spellEnd"/>
            <w:r>
              <w:t xml:space="preserve">) a </w:t>
            </w:r>
            <w:proofErr w:type="spellStart"/>
            <w:r>
              <w:t>nástrojmi</w:t>
            </w:r>
            <w:proofErr w:type="spellEnd"/>
            <w:r>
              <w:t xml:space="preserve"> </w:t>
            </w:r>
            <w:proofErr w:type="spellStart"/>
            <w:r>
              <w:t>potrebnými</w:t>
            </w:r>
            <w:proofErr w:type="spellEnd"/>
            <w:r>
              <w:t xml:space="preserve"> </w:t>
            </w:r>
            <w:proofErr w:type="spellStart"/>
            <w:r>
              <w:t>na</w:t>
            </w:r>
            <w:proofErr w:type="spellEnd"/>
            <w:r>
              <w:t xml:space="preserve"> </w:t>
            </w:r>
            <w:proofErr w:type="spellStart"/>
            <w:r>
              <w:t>montáž</w:t>
            </w:r>
            <w:proofErr w:type="spellEnd"/>
            <w:r>
              <w:t xml:space="preserve"> </w:t>
            </w:r>
            <w:proofErr w:type="spellStart"/>
            <w:r>
              <w:t>tovaru</w:t>
            </w:r>
            <w:proofErr w:type="spellEnd"/>
            <w:r>
              <w:t xml:space="preserve">, </w:t>
            </w:r>
            <w:proofErr w:type="spellStart"/>
            <w:r>
              <w:t>ktorý</w:t>
            </w:r>
            <w:proofErr w:type="spellEnd"/>
            <w:r>
              <w:t xml:space="preserve"> </w:t>
            </w:r>
            <w:proofErr w:type="spellStart"/>
            <w:r>
              <w:t>má</w:t>
            </w:r>
            <w:proofErr w:type="spellEnd"/>
            <w:r>
              <w:t xml:space="preserve"> </w:t>
            </w:r>
            <w:proofErr w:type="spellStart"/>
            <w:r>
              <w:t>byť</w:t>
            </w:r>
            <w:proofErr w:type="spellEnd"/>
            <w:r>
              <w:t xml:space="preserve"> </w:t>
            </w:r>
            <w:proofErr w:type="spellStart"/>
            <w:r>
              <w:t>dodaný</w:t>
            </w:r>
            <w:proofErr w:type="spellEnd"/>
            <w:r>
              <w:t xml:space="preserve">, za </w:t>
            </w:r>
            <w:proofErr w:type="spellStart"/>
            <w:r>
              <w:t>účelom</w:t>
            </w:r>
            <w:proofErr w:type="spellEnd"/>
            <w:r>
              <w:t xml:space="preserve"> </w:t>
            </w:r>
            <w:proofErr w:type="spellStart"/>
            <w:r>
              <w:t>zabezpečenia</w:t>
            </w:r>
            <w:proofErr w:type="spellEnd"/>
            <w:r>
              <w:t xml:space="preserve"> </w:t>
            </w:r>
            <w:proofErr w:type="spellStart"/>
            <w:r>
              <w:t>vstupu</w:t>
            </w:r>
            <w:proofErr w:type="spellEnd"/>
            <w:r>
              <w:t xml:space="preserve"> do </w:t>
            </w:r>
            <w:proofErr w:type="spellStart"/>
            <w:r>
              <w:t>areálu</w:t>
            </w:r>
            <w:proofErr w:type="spellEnd"/>
            <w:r>
              <w:t xml:space="preserve"> </w:t>
            </w:r>
            <w:proofErr w:type="spellStart"/>
            <w:r>
              <w:t>kupujúceho</w:t>
            </w:r>
            <w:proofErr w:type="spellEnd"/>
            <w:r>
              <w:t>.</w:t>
            </w:r>
          </w:p>
        </w:tc>
      </w:tr>
    </w:tbl>
    <w:p w14:paraId="1A195CB5"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4603AF" w14:paraId="6745B900" w14:textId="77777777">
        <w:trPr>
          <w:jc w:val="center"/>
        </w:trPr>
        <w:tc>
          <w:tcPr>
            <w:tcW w:w="5159" w:type="dxa"/>
            <w:tcMar>
              <w:top w:w="70" w:type="dxa"/>
              <w:left w:w="95" w:type="dxa"/>
              <w:bottom w:w="70" w:type="dxa"/>
              <w:right w:w="95" w:type="dxa"/>
            </w:tcMar>
          </w:tcPr>
          <w:p w14:paraId="5A064E70" w14:textId="6AAC0D71" w:rsidR="003F413A" w:rsidRDefault="00000000">
            <w:pPr>
              <w:spacing w:after="40"/>
              <w:jc w:val="both"/>
            </w:pPr>
            <w:r>
              <w:t>8.2.4. Quality of Seller’s Services shall comply with design documentation, construction norms, standards, and technical regulations effective in Slovakia. The Buyer must familiarize the Seller with local regulations and standards in advance.</w:t>
            </w:r>
          </w:p>
        </w:tc>
        <w:tc>
          <w:tcPr>
            <w:tcW w:w="5159" w:type="dxa"/>
            <w:tcMar>
              <w:top w:w="70" w:type="dxa"/>
              <w:left w:w="95" w:type="dxa"/>
              <w:bottom w:w="70" w:type="dxa"/>
              <w:right w:w="95" w:type="dxa"/>
            </w:tcMar>
          </w:tcPr>
          <w:p w14:paraId="3EFC11DA" w14:textId="77777777" w:rsidR="003F413A" w:rsidRPr="004603AF" w:rsidRDefault="00000000">
            <w:pPr>
              <w:spacing w:after="40"/>
              <w:jc w:val="both"/>
            </w:pPr>
            <w:r>
              <w:t xml:space="preserve">8.2.4. </w:t>
            </w:r>
            <w:proofErr w:type="spellStart"/>
            <w:r>
              <w:t>Kvalita</w:t>
            </w:r>
            <w:proofErr w:type="spellEnd"/>
            <w:r>
              <w:t xml:space="preserve"> </w:t>
            </w:r>
            <w:proofErr w:type="spellStart"/>
            <w:r>
              <w:t>Služieb</w:t>
            </w:r>
            <w:proofErr w:type="spellEnd"/>
            <w:r>
              <w:t xml:space="preserve"> </w:t>
            </w:r>
            <w:proofErr w:type="spellStart"/>
            <w:r>
              <w:t>predávajúceho</w:t>
            </w:r>
            <w:proofErr w:type="spellEnd"/>
            <w:r>
              <w:t xml:space="preserve"> </w:t>
            </w:r>
            <w:proofErr w:type="spellStart"/>
            <w:r>
              <w:t>musí</w:t>
            </w:r>
            <w:proofErr w:type="spellEnd"/>
            <w:r>
              <w:t xml:space="preserve"> </w:t>
            </w:r>
            <w:proofErr w:type="spellStart"/>
            <w:r>
              <w:t>byt</w:t>
            </w:r>
            <w:proofErr w:type="spellEnd"/>
            <w:r>
              <w:t xml:space="preserve"> v </w:t>
            </w:r>
            <w:proofErr w:type="spellStart"/>
            <w:r>
              <w:t>súlade</w:t>
            </w:r>
            <w:proofErr w:type="spellEnd"/>
            <w:r>
              <w:t xml:space="preserve"> s </w:t>
            </w:r>
            <w:proofErr w:type="spellStart"/>
            <w:r>
              <w:t>projektovou</w:t>
            </w:r>
            <w:proofErr w:type="spellEnd"/>
            <w:r>
              <w:t xml:space="preserve"> </w:t>
            </w:r>
            <w:proofErr w:type="spellStart"/>
            <w:r>
              <w:t>dokumentáciou</w:t>
            </w:r>
            <w:proofErr w:type="spellEnd"/>
            <w:r>
              <w:t xml:space="preserve">, </w:t>
            </w:r>
            <w:proofErr w:type="spellStart"/>
            <w:r>
              <w:t>stavebnými</w:t>
            </w:r>
            <w:proofErr w:type="spellEnd"/>
            <w:r>
              <w:t xml:space="preserve"> </w:t>
            </w:r>
            <w:proofErr w:type="spellStart"/>
            <w:r>
              <w:t>normami</w:t>
            </w:r>
            <w:proofErr w:type="spellEnd"/>
            <w:r>
              <w:t xml:space="preserve">, </w:t>
            </w:r>
            <w:proofErr w:type="spellStart"/>
            <w:r>
              <w:t>štandardmi</w:t>
            </w:r>
            <w:proofErr w:type="spellEnd"/>
            <w:r>
              <w:t xml:space="preserve"> a </w:t>
            </w:r>
            <w:proofErr w:type="spellStart"/>
            <w:r>
              <w:t>technickými</w:t>
            </w:r>
            <w:proofErr w:type="spellEnd"/>
            <w:r>
              <w:t xml:space="preserve"> </w:t>
            </w:r>
            <w:proofErr w:type="spellStart"/>
            <w:r>
              <w:t>predpismi</w:t>
            </w:r>
            <w:proofErr w:type="spellEnd"/>
            <w:r>
              <w:t xml:space="preserve"> </w:t>
            </w:r>
            <w:proofErr w:type="spellStart"/>
            <w:r>
              <w:t>platnými</w:t>
            </w:r>
            <w:proofErr w:type="spellEnd"/>
            <w:r>
              <w:t xml:space="preserve"> v </w:t>
            </w:r>
            <w:proofErr w:type="spellStart"/>
            <w:r>
              <w:t>Slovenskej</w:t>
            </w:r>
            <w:proofErr w:type="spellEnd"/>
            <w:r>
              <w:t xml:space="preserve"> </w:t>
            </w:r>
            <w:proofErr w:type="spellStart"/>
            <w:r>
              <w:t>republike</w:t>
            </w:r>
            <w:proofErr w:type="spellEnd"/>
            <w:r>
              <w:t xml:space="preserve">. </w:t>
            </w:r>
            <w:proofErr w:type="spellStart"/>
            <w:r w:rsidRPr="004603AF">
              <w:t>Kupujúci</w:t>
            </w:r>
            <w:proofErr w:type="spellEnd"/>
            <w:r w:rsidRPr="004603AF">
              <w:t xml:space="preserve"> je </w:t>
            </w:r>
            <w:proofErr w:type="spellStart"/>
            <w:r w:rsidRPr="004603AF">
              <w:t>povinný</w:t>
            </w:r>
            <w:proofErr w:type="spellEnd"/>
            <w:r w:rsidRPr="004603AF">
              <w:t xml:space="preserve"> </w:t>
            </w:r>
            <w:proofErr w:type="spellStart"/>
            <w:r w:rsidRPr="004603AF">
              <w:t>vopred</w:t>
            </w:r>
            <w:proofErr w:type="spellEnd"/>
            <w:r w:rsidRPr="004603AF">
              <w:t xml:space="preserve"> </w:t>
            </w:r>
            <w:proofErr w:type="spellStart"/>
            <w:r w:rsidRPr="004603AF">
              <w:t>oboznámiť</w:t>
            </w:r>
            <w:proofErr w:type="spellEnd"/>
            <w:r w:rsidRPr="004603AF">
              <w:t xml:space="preserve"> </w:t>
            </w:r>
            <w:proofErr w:type="spellStart"/>
            <w:r w:rsidRPr="004603AF">
              <w:t>predávajúceho</w:t>
            </w:r>
            <w:proofErr w:type="spellEnd"/>
            <w:r w:rsidRPr="004603AF">
              <w:t xml:space="preserve"> s </w:t>
            </w:r>
            <w:proofErr w:type="spellStart"/>
            <w:r w:rsidRPr="004603AF">
              <w:t>miestnymi</w:t>
            </w:r>
            <w:proofErr w:type="spellEnd"/>
            <w:r w:rsidRPr="004603AF">
              <w:t xml:space="preserve"> </w:t>
            </w:r>
            <w:proofErr w:type="spellStart"/>
            <w:r w:rsidRPr="004603AF">
              <w:t>predpismi</w:t>
            </w:r>
            <w:proofErr w:type="spellEnd"/>
            <w:r w:rsidRPr="004603AF">
              <w:t xml:space="preserve"> a </w:t>
            </w:r>
            <w:proofErr w:type="spellStart"/>
            <w:r w:rsidRPr="004603AF">
              <w:t>normami</w:t>
            </w:r>
            <w:proofErr w:type="spellEnd"/>
            <w:r w:rsidRPr="004603AF">
              <w:t>.</w:t>
            </w:r>
          </w:p>
        </w:tc>
      </w:tr>
    </w:tbl>
    <w:p w14:paraId="78D728E9" w14:textId="77777777" w:rsidR="003F413A" w:rsidRPr="004603AF"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0F0442F" w14:textId="77777777">
        <w:trPr>
          <w:jc w:val="center"/>
        </w:trPr>
        <w:tc>
          <w:tcPr>
            <w:tcW w:w="5159" w:type="dxa"/>
            <w:tcMar>
              <w:top w:w="70" w:type="dxa"/>
              <w:left w:w="95" w:type="dxa"/>
              <w:bottom w:w="70" w:type="dxa"/>
              <w:right w:w="95" w:type="dxa"/>
            </w:tcMar>
          </w:tcPr>
          <w:p w14:paraId="714972C5" w14:textId="77777777" w:rsidR="003F413A" w:rsidRDefault="00000000">
            <w:pPr>
              <w:spacing w:after="40"/>
              <w:jc w:val="both"/>
            </w:pPr>
            <w:r>
              <w:lastRenderedPageBreak/>
              <w:t>8.2.5. The Seller is responsible for keeping by his specialists the safety standards and fire safety rules, internal labor regulations existing in the Buyer’s company during the whole period of Services fulfilment. The Buyer shall inform the representatives of the Seller about such rules and regulations acting in Slovakia as well as internal labor regulations and internal standards existing at the Buyer’s company.</w:t>
            </w:r>
          </w:p>
        </w:tc>
        <w:tc>
          <w:tcPr>
            <w:tcW w:w="5159" w:type="dxa"/>
            <w:tcMar>
              <w:top w:w="70" w:type="dxa"/>
              <w:left w:w="95" w:type="dxa"/>
              <w:bottom w:w="70" w:type="dxa"/>
              <w:right w:w="95" w:type="dxa"/>
            </w:tcMar>
          </w:tcPr>
          <w:p w14:paraId="29C4E0C9" w14:textId="77777777" w:rsidR="003F413A" w:rsidRDefault="00000000">
            <w:pPr>
              <w:spacing w:after="40"/>
              <w:jc w:val="both"/>
            </w:pPr>
            <w:r>
              <w:t xml:space="preserve">8.2.5. </w:t>
            </w:r>
            <w:proofErr w:type="spellStart"/>
            <w:r>
              <w:t>Predávajúci</w:t>
            </w:r>
            <w:proofErr w:type="spellEnd"/>
            <w:r>
              <w:t xml:space="preserve"> </w:t>
            </w:r>
            <w:proofErr w:type="spellStart"/>
            <w:r>
              <w:t>zodpovedá</w:t>
            </w:r>
            <w:proofErr w:type="spellEnd"/>
            <w:r>
              <w:t xml:space="preserve"> za to, </w:t>
            </w:r>
            <w:proofErr w:type="spellStart"/>
            <w:r>
              <w:t>že</w:t>
            </w:r>
            <w:proofErr w:type="spellEnd"/>
            <w:r>
              <w:t xml:space="preserve"> </w:t>
            </w:r>
            <w:proofErr w:type="spellStart"/>
            <w:r>
              <w:t>sa</w:t>
            </w:r>
            <w:proofErr w:type="spellEnd"/>
            <w:r>
              <w:t xml:space="preserve"> </w:t>
            </w:r>
            <w:proofErr w:type="spellStart"/>
            <w:r>
              <w:t>počas</w:t>
            </w:r>
            <w:proofErr w:type="spellEnd"/>
            <w:r>
              <w:t xml:space="preserve"> </w:t>
            </w:r>
            <w:proofErr w:type="spellStart"/>
            <w:r>
              <w:t>celej</w:t>
            </w:r>
            <w:proofErr w:type="spellEnd"/>
            <w:r>
              <w:t xml:space="preserve"> </w:t>
            </w:r>
            <w:proofErr w:type="spellStart"/>
            <w:r>
              <w:t>doby</w:t>
            </w:r>
            <w:proofErr w:type="spellEnd"/>
            <w:r>
              <w:t xml:space="preserve"> </w:t>
            </w:r>
            <w:proofErr w:type="spellStart"/>
            <w:r>
              <w:t>plnenia</w:t>
            </w:r>
            <w:proofErr w:type="spellEnd"/>
            <w:r>
              <w:t xml:space="preserve"> </w:t>
            </w:r>
            <w:proofErr w:type="spellStart"/>
            <w:r>
              <w:t>služieb</w:t>
            </w:r>
            <w:proofErr w:type="spellEnd"/>
            <w:r>
              <w:t xml:space="preserve"> </w:t>
            </w:r>
            <w:proofErr w:type="spellStart"/>
            <w:r>
              <w:t>jeho</w:t>
            </w:r>
            <w:proofErr w:type="spellEnd"/>
            <w:r>
              <w:t xml:space="preserve"> </w:t>
            </w:r>
            <w:proofErr w:type="spellStart"/>
            <w:r>
              <w:t>odborníkmi</w:t>
            </w:r>
            <w:proofErr w:type="spellEnd"/>
            <w:r>
              <w:t xml:space="preserve"> </w:t>
            </w:r>
            <w:proofErr w:type="spellStart"/>
            <w:r>
              <w:t>budu</w:t>
            </w:r>
            <w:proofErr w:type="spellEnd"/>
            <w:r>
              <w:t xml:space="preserve"> </w:t>
            </w:r>
            <w:proofErr w:type="spellStart"/>
            <w:r>
              <w:t>dodržiavať</w:t>
            </w:r>
            <w:proofErr w:type="spellEnd"/>
            <w:r>
              <w:t xml:space="preserve"> </w:t>
            </w:r>
            <w:proofErr w:type="spellStart"/>
            <w:r>
              <w:t>bezpečnostné</w:t>
            </w:r>
            <w:proofErr w:type="spellEnd"/>
            <w:r>
              <w:t xml:space="preserve"> </w:t>
            </w:r>
            <w:proofErr w:type="spellStart"/>
            <w:r>
              <w:t>normy</w:t>
            </w:r>
            <w:proofErr w:type="spellEnd"/>
            <w:r>
              <w:t xml:space="preserve"> a </w:t>
            </w:r>
            <w:proofErr w:type="spellStart"/>
            <w:r>
              <w:t>pravidlá</w:t>
            </w:r>
            <w:proofErr w:type="spellEnd"/>
            <w:r>
              <w:t xml:space="preserve"> </w:t>
            </w:r>
            <w:proofErr w:type="spellStart"/>
            <w:r>
              <w:t>požiarnej</w:t>
            </w:r>
            <w:proofErr w:type="spellEnd"/>
            <w:r>
              <w:t xml:space="preserve"> </w:t>
            </w:r>
            <w:proofErr w:type="spellStart"/>
            <w:r>
              <w:t>bezpečnosti</w:t>
            </w:r>
            <w:proofErr w:type="spellEnd"/>
            <w:r>
              <w:t xml:space="preserve">, </w:t>
            </w:r>
            <w:proofErr w:type="spellStart"/>
            <w:r>
              <w:t>interné</w:t>
            </w:r>
            <w:proofErr w:type="spellEnd"/>
            <w:r>
              <w:t xml:space="preserve"> </w:t>
            </w:r>
            <w:proofErr w:type="spellStart"/>
            <w:r>
              <w:t>pracovné</w:t>
            </w:r>
            <w:proofErr w:type="spellEnd"/>
            <w:r>
              <w:t xml:space="preserve"> </w:t>
            </w:r>
            <w:proofErr w:type="spellStart"/>
            <w:r>
              <w:t>predpisy</w:t>
            </w:r>
            <w:proofErr w:type="spellEnd"/>
            <w:r>
              <w:t xml:space="preserve"> </w:t>
            </w:r>
            <w:proofErr w:type="spellStart"/>
            <w:r>
              <w:t>existujúce</w:t>
            </w:r>
            <w:proofErr w:type="spellEnd"/>
            <w:r>
              <w:t xml:space="preserve"> v </w:t>
            </w:r>
            <w:proofErr w:type="spellStart"/>
            <w:r>
              <w:t>spoločnosti</w:t>
            </w:r>
            <w:proofErr w:type="spellEnd"/>
            <w:r>
              <w:t xml:space="preserve"> </w:t>
            </w:r>
            <w:proofErr w:type="spellStart"/>
            <w:r>
              <w:t>kupujúceho</w:t>
            </w:r>
            <w:proofErr w:type="spellEnd"/>
            <w:r>
              <w:t xml:space="preserve">. </w:t>
            </w:r>
            <w:proofErr w:type="spellStart"/>
            <w:r>
              <w:t>Kupujúci</w:t>
            </w:r>
            <w:proofErr w:type="spellEnd"/>
            <w:r>
              <w:t xml:space="preserve"> je </w:t>
            </w:r>
            <w:proofErr w:type="spellStart"/>
            <w:r>
              <w:t>povinný</w:t>
            </w:r>
            <w:proofErr w:type="spellEnd"/>
            <w:r>
              <w:t xml:space="preserve"> </w:t>
            </w:r>
            <w:proofErr w:type="spellStart"/>
            <w:r>
              <w:t>informovať</w:t>
            </w:r>
            <w:proofErr w:type="spellEnd"/>
            <w:r>
              <w:t xml:space="preserve"> </w:t>
            </w:r>
            <w:proofErr w:type="spellStart"/>
            <w:r>
              <w:t>zástupcov</w:t>
            </w:r>
            <w:proofErr w:type="spellEnd"/>
            <w:r>
              <w:t xml:space="preserve"> </w:t>
            </w:r>
            <w:proofErr w:type="spellStart"/>
            <w:r>
              <w:t>predávajúceho</w:t>
            </w:r>
            <w:proofErr w:type="spellEnd"/>
            <w:r>
              <w:t xml:space="preserve"> o </w:t>
            </w:r>
            <w:proofErr w:type="spellStart"/>
            <w:r>
              <w:t>týchto</w:t>
            </w:r>
            <w:proofErr w:type="spellEnd"/>
            <w:r>
              <w:t xml:space="preserve"> </w:t>
            </w:r>
            <w:proofErr w:type="spellStart"/>
            <w:r>
              <w:t>pravidlách</w:t>
            </w:r>
            <w:proofErr w:type="spellEnd"/>
            <w:r>
              <w:t xml:space="preserve"> a </w:t>
            </w:r>
            <w:proofErr w:type="spellStart"/>
            <w:r>
              <w:t>predpisoch</w:t>
            </w:r>
            <w:proofErr w:type="spellEnd"/>
            <w:r>
              <w:t xml:space="preserve"> </w:t>
            </w:r>
            <w:proofErr w:type="spellStart"/>
            <w:r>
              <w:t>platných</w:t>
            </w:r>
            <w:proofErr w:type="spellEnd"/>
            <w:r>
              <w:t xml:space="preserve"> </w:t>
            </w:r>
            <w:proofErr w:type="spellStart"/>
            <w:r>
              <w:t>na</w:t>
            </w:r>
            <w:proofErr w:type="spellEnd"/>
            <w:r>
              <w:t xml:space="preserve"> </w:t>
            </w:r>
            <w:proofErr w:type="spellStart"/>
            <w:r>
              <w:t>území</w:t>
            </w:r>
            <w:proofErr w:type="spellEnd"/>
            <w:r>
              <w:t xml:space="preserve"> </w:t>
            </w:r>
            <w:proofErr w:type="spellStart"/>
            <w:r>
              <w:t>Slovenskej</w:t>
            </w:r>
            <w:proofErr w:type="spellEnd"/>
            <w:r>
              <w:t xml:space="preserve"> </w:t>
            </w:r>
            <w:proofErr w:type="spellStart"/>
            <w:r>
              <w:t>republiky</w:t>
            </w:r>
            <w:proofErr w:type="spellEnd"/>
            <w:r>
              <w:t xml:space="preserve">, </w:t>
            </w:r>
            <w:proofErr w:type="spellStart"/>
            <w:r>
              <w:t>ako</w:t>
            </w:r>
            <w:proofErr w:type="spellEnd"/>
            <w:r>
              <w:t xml:space="preserve"> </w:t>
            </w:r>
            <w:proofErr w:type="spellStart"/>
            <w:r>
              <w:t>aj</w:t>
            </w:r>
            <w:proofErr w:type="spellEnd"/>
            <w:r>
              <w:t xml:space="preserve"> </w:t>
            </w:r>
            <w:proofErr w:type="spellStart"/>
            <w:r>
              <w:t>interných</w:t>
            </w:r>
            <w:proofErr w:type="spellEnd"/>
            <w:r>
              <w:t xml:space="preserve"> </w:t>
            </w:r>
            <w:proofErr w:type="spellStart"/>
            <w:r>
              <w:t>pracovnoprávnych</w:t>
            </w:r>
            <w:proofErr w:type="spellEnd"/>
            <w:r>
              <w:t xml:space="preserve"> </w:t>
            </w:r>
            <w:proofErr w:type="spellStart"/>
            <w:r>
              <w:t>predpisoch</w:t>
            </w:r>
            <w:proofErr w:type="spellEnd"/>
            <w:r>
              <w:t xml:space="preserve"> </w:t>
            </w:r>
            <w:proofErr w:type="gramStart"/>
            <w:r>
              <w:t>a</w:t>
            </w:r>
            <w:proofErr w:type="gramEnd"/>
            <w:r>
              <w:t xml:space="preserve"> </w:t>
            </w:r>
            <w:proofErr w:type="spellStart"/>
            <w:r>
              <w:t>interných</w:t>
            </w:r>
            <w:proofErr w:type="spellEnd"/>
            <w:r>
              <w:t xml:space="preserve"> </w:t>
            </w:r>
            <w:proofErr w:type="spellStart"/>
            <w:r>
              <w:t>normách</w:t>
            </w:r>
            <w:proofErr w:type="spellEnd"/>
            <w:r>
              <w:t xml:space="preserve"> </w:t>
            </w:r>
            <w:proofErr w:type="spellStart"/>
            <w:r>
              <w:t>existujúcich</w:t>
            </w:r>
            <w:proofErr w:type="spellEnd"/>
            <w:r>
              <w:t xml:space="preserve"> v </w:t>
            </w:r>
            <w:proofErr w:type="spellStart"/>
            <w:r>
              <w:t>spoločnosti</w:t>
            </w:r>
            <w:proofErr w:type="spellEnd"/>
            <w:r>
              <w:t xml:space="preserve"> </w:t>
            </w:r>
            <w:proofErr w:type="spellStart"/>
            <w:r>
              <w:t>kupujúceho</w:t>
            </w:r>
            <w:proofErr w:type="spellEnd"/>
            <w:r>
              <w:t>.</w:t>
            </w:r>
          </w:p>
        </w:tc>
      </w:tr>
    </w:tbl>
    <w:p w14:paraId="1C74654A"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A8D53CE" w14:textId="77777777">
        <w:trPr>
          <w:jc w:val="center"/>
        </w:trPr>
        <w:tc>
          <w:tcPr>
            <w:tcW w:w="5159" w:type="dxa"/>
            <w:tcMar>
              <w:top w:w="70" w:type="dxa"/>
              <w:left w:w="95" w:type="dxa"/>
              <w:bottom w:w="70" w:type="dxa"/>
              <w:right w:w="95" w:type="dxa"/>
            </w:tcMar>
          </w:tcPr>
          <w:p w14:paraId="385E93CA" w14:textId="77777777" w:rsidR="003F413A" w:rsidRDefault="00000000">
            <w:pPr>
              <w:spacing w:after="40"/>
              <w:jc w:val="both"/>
            </w:pPr>
            <w:r>
              <w:t>8.2.6. The Parties agreed that the first aid, accommodation, meals, Internet connection, transport the for the whole period of Services implementation will be provided as follows:</w:t>
            </w:r>
          </w:p>
          <w:p w14:paraId="1F586B70" w14:textId="77777777" w:rsidR="003F413A" w:rsidRDefault="00000000">
            <w:pPr>
              <w:spacing w:after="40"/>
              <w:jc w:val="both"/>
            </w:pPr>
            <w:r>
              <w:t>At the Buyer's expense:</w:t>
            </w:r>
          </w:p>
          <w:p w14:paraId="1E1E6894" w14:textId="77777777" w:rsidR="003F413A" w:rsidRPr="00C7762B" w:rsidRDefault="00000000" w:rsidP="00C7762B">
            <w:pPr>
              <w:pStyle w:val="ListParagraph"/>
              <w:numPr>
                <w:ilvl w:val="0"/>
                <w:numId w:val="12"/>
              </w:numPr>
              <w:spacing w:after="40"/>
              <w:jc w:val="both"/>
              <w:rPr>
                <w:lang w:val="pl-PL"/>
              </w:rPr>
            </w:pPr>
            <w:r w:rsidRPr="00C7762B">
              <w:rPr>
                <w:lang w:val="pl-PL"/>
              </w:rPr>
              <w:t>first aid;</w:t>
            </w:r>
          </w:p>
          <w:p w14:paraId="0F9EB4C9" w14:textId="77777777" w:rsidR="003F413A" w:rsidRPr="00C7762B" w:rsidRDefault="00000000" w:rsidP="00C7762B">
            <w:pPr>
              <w:pStyle w:val="ListParagraph"/>
              <w:numPr>
                <w:ilvl w:val="0"/>
                <w:numId w:val="12"/>
              </w:numPr>
              <w:spacing w:after="40"/>
              <w:jc w:val="both"/>
              <w:rPr>
                <w:lang w:val="pl-PL"/>
              </w:rPr>
            </w:pPr>
            <w:r w:rsidRPr="00C7762B">
              <w:rPr>
                <w:lang w:val="pl-PL"/>
              </w:rPr>
              <w:t>Internet connection.</w:t>
            </w:r>
          </w:p>
          <w:p w14:paraId="568A2D47" w14:textId="77777777" w:rsidR="003F413A" w:rsidRPr="00C7762B" w:rsidRDefault="00000000" w:rsidP="00C7762B">
            <w:pPr>
              <w:spacing w:after="40"/>
              <w:jc w:val="both"/>
              <w:rPr>
                <w:lang w:val="pl-PL"/>
              </w:rPr>
            </w:pPr>
            <w:r w:rsidRPr="00C7762B">
              <w:rPr>
                <w:lang w:val="pl-PL"/>
              </w:rPr>
              <w:t>At the Seller's expense:</w:t>
            </w:r>
          </w:p>
          <w:p w14:paraId="0DF7E7B8" w14:textId="77777777" w:rsidR="003F413A" w:rsidRPr="00C7762B" w:rsidRDefault="00000000" w:rsidP="00C7762B">
            <w:pPr>
              <w:pStyle w:val="ListParagraph"/>
              <w:numPr>
                <w:ilvl w:val="0"/>
                <w:numId w:val="12"/>
              </w:numPr>
              <w:spacing w:after="40"/>
              <w:jc w:val="both"/>
              <w:rPr>
                <w:lang w:val="pl-PL"/>
              </w:rPr>
            </w:pPr>
            <w:r w:rsidRPr="00C7762B">
              <w:rPr>
                <w:lang w:val="pl-PL"/>
              </w:rPr>
              <w:t>accommodation;</w:t>
            </w:r>
          </w:p>
          <w:p w14:paraId="7A813909" w14:textId="77777777" w:rsidR="003F413A" w:rsidRPr="00C7762B" w:rsidRDefault="00000000" w:rsidP="00C7762B">
            <w:pPr>
              <w:pStyle w:val="ListParagraph"/>
              <w:numPr>
                <w:ilvl w:val="0"/>
                <w:numId w:val="12"/>
              </w:numPr>
              <w:spacing w:after="40"/>
              <w:jc w:val="both"/>
              <w:rPr>
                <w:lang w:val="pl-PL"/>
              </w:rPr>
            </w:pPr>
            <w:r w:rsidRPr="00C7762B">
              <w:rPr>
                <w:lang w:val="pl-PL"/>
              </w:rPr>
              <w:t>local transportation;</w:t>
            </w:r>
          </w:p>
          <w:p w14:paraId="4A75FB24" w14:textId="77777777" w:rsidR="003F413A" w:rsidRDefault="00000000" w:rsidP="00C7762B">
            <w:pPr>
              <w:pStyle w:val="ListParagraph"/>
              <w:numPr>
                <w:ilvl w:val="0"/>
                <w:numId w:val="12"/>
              </w:numPr>
              <w:spacing w:after="40"/>
              <w:jc w:val="both"/>
            </w:pPr>
            <w:r w:rsidRPr="00C7762B">
              <w:rPr>
                <w:lang w:val="pl-PL"/>
              </w:rPr>
              <w:t>meals.</w:t>
            </w:r>
          </w:p>
        </w:tc>
        <w:tc>
          <w:tcPr>
            <w:tcW w:w="5159" w:type="dxa"/>
            <w:tcMar>
              <w:top w:w="70" w:type="dxa"/>
              <w:left w:w="95" w:type="dxa"/>
              <w:bottom w:w="70" w:type="dxa"/>
              <w:right w:w="95" w:type="dxa"/>
            </w:tcMar>
          </w:tcPr>
          <w:p w14:paraId="2B306B12" w14:textId="77777777" w:rsidR="003F413A" w:rsidRDefault="00000000">
            <w:pPr>
              <w:spacing w:after="40"/>
              <w:jc w:val="both"/>
            </w:pPr>
            <w:r>
              <w:t xml:space="preserve">8.2.6. </w:t>
            </w:r>
            <w:proofErr w:type="spellStart"/>
            <w:r>
              <w:t>Zmluvné</w:t>
            </w:r>
            <w:proofErr w:type="spellEnd"/>
            <w:r>
              <w:t xml:space="preserve"> </w:t>
            </w:r>
            <w:proofErr w:type="spellStart"/>
            <w:r>
              <w:t>strany</w:t>
            </w:r>
            <w:proofErr w:type="spellEnd"/>
            <w:r>
              <w:t xml:space="preserve"> </w:t>
            </w:r>
            <w:proofErr w:type="spellStart"/>
            <w:r>
              <w:t>sa</w:t>
            </w:r>
            <w:proofErr w:type="spellEnd"/>
            <w:r>
              <w:t xml:space="preserve"> </w:t>
            </w:r>
            <w:proofErr w:type="spellStart"/>
            <w:r>
              <w:t>dohodli</w:t>
            </w:r>
            <w:proofErr w:type="spellEnd"/>
            <w:r>
              <w:t xml:space="preserve">, </w:t>
            </w:r>
            <w:proofErr w:type="spellStart"/>
            <w:r>
              <w:t>že</w:t>
            </w:r>
            <w:proofErr w:type="spellEnd"/>
            <w:r>
              <w:t xml:space="preserve"> </w:t>
            </w:r>
            <w:proofErr w:type="spellStart"/>
            <w:r>
              <w:t>prvá</w:t>
            </w:r>
            <w:proofErr w:type="spellEnd"/>
            <w:r>
              <w:t xml:space="preserve"> </w:t>
            </w:r>
            <w:proofErr w:type="spellStart"/>
            <w:r>
              <w:t>pomoc</w:t>
            </w:r>
            <w:proofErr w:type="spellEnd"/>
            <w:r>
              <w:t xml:space="preserve">, </w:t>
            </w:r>
            <w:proofErr w:type="spellStart"/>
            <w:r>
              <w:t>ubytovanie</w:t>
            </w:r>
            <w:proofErr w:type="spellEnd"/>
            <w:r>
              <w:t xml:space="preserve">, </w:t>
            </w:r>
            <w:proofErr w:type="spellStart"/>
            <w:r>
              <w:t>stravovanie</w:t>
            </w:r>
            <w:proofErr w:type="spellEnd"/>
            <w:r>
              <w:t xml:space="preserve">, </w:t>
            </w:r>
            <w:proofErr w:type="spellStart"/>
            <w:r>
              <w:t>internetové</w:t>
            </w:r>
            <w:proofErr w:type="spellEnd"/>
            <w:r>
              <w:t xml:space="preserve"> </w:t>
            </w:r>
            <w:proofErr w:type="spellStart"/>
            <w:r>
              <w:t>pripojenie</w:t>
            </w:r>
            <w:proofErr w:type="spellEnd"/>
            <w:r>
              <w:t xml:space="preserve">, </w:t>
            </w:r>
            <w:proofErr w:type="spellStart"/>
            <w:r>
              <w:t>doprava</w:t>
            </w:r>
            <w:proofErr w:type="spellEnd"/>
            <w:r>
              <w:t xml:space="preserve"> po </w:t>
            </w:r>
            <w:proofErr w:type="spellStart"/>
            <w:r>
              <w:t>celú</w:t>
            </w:r>
            <w:proofErr w:type="spellEnd"/>
            <w:r>
              <w:t xml:space="preserve"> </w:t>
            </w:r>
            <w:proofErr w:type="spellStart"/>
            <w:r>
              <w:t>dobu</w:t>
            </w:r>
            <w:proofErr w:type="spellEnd"/>
            <w:r>
              <w:t xml:space="preserve"> </w:t>
            </w:r>
            <w:proofErr w:type="spellStart"/>
            <w:r>
              <w:t>poskytovania</w:t>
            </w:r>
            <w:proofErr w:type="spellEnd"/>
            <w:r>
              <w:t xml:space="preserve"> </w:t>
            </w:r>
            <w:proofErr w:type="spellStart"/>
            <w:r>
              <w:t>služieb</w:t>
            </w:r>
            <w:proofErr w:type="spellEnd"/>
            <w:r>
              <w:t xml:space="preserve"> </w:t>
            </w:r>
            <w:proofErr w:type="spellStart"/>
            <w:r>
              <w:t>budú</w:t>
            </w:r>
            <w:proofErr w:type="spellEnd"/>
            <w:r>
              <w:t xml:space="preserve"> </w:t>
            </w:r>
            <w:proofErr w:type="spellStart"/>
            <w:r>
              <w:t>poskytované</w:t>
            </w:r>
            <w:proofErr w:type="spellEnd"/>
            <w:r>
              <w:t xml:space="preserve"> </w:t>
            </w:r>
            <w:proofErr w:type="spellStart"/>
            <w:r>
              <w:t>nasledovne</w:t>
            </w:r>
            <w:proofErr w:type="spellEnd"/>
            <w:r>
              <w:t>:</w:t>
            </w:r>
          </w:p>
          <w:p w14:paraId="7B8866F4" w14:textId="77777777" w:rsidR="003F413A" w:rsidRPr="00B662DE" w:rsidRDefault="00000000">
            <w:pPr>
              <w:spacing w:after="40"/>
              <w:jc w:val="both"/>
              <w:rPr>
                <w:lang w:val="pl-PL"/>
              </w:rPr>
            </w:pPr>
            <w:r w:rsidRPr="00B662DE">
              <w:rPr>
                <w:lang w:val="pl-PL"/>
              </w:rPr>
              <w:t>Na náklady kupujúceho:</w:t>
            </w:r>
          </w:p>
          <w:p w14:paraId="3AE2A18A" w14:textId="77777777" w:rsidR="003F413A" w:rsidRPr="00C7762B" w:rsidRDefault="00000000" w:rsidP="00C7762B">
            <w:pPr>
              <w:pStyle w:val="ListParagraph"/>
              <w:numPr>
                <w:ilvl w:val="0"/>
                <w:numId w:val="13"/>
              </w:numPr>
              <w:spacing w:after="40"/>
              <w:jc w:val="both"/>
              <w:rPr>
                <w:lang w:val="pl-PL"/>
              </w:rPr>
            </w:pPr>
            <w:r w:rsidRPr="00C7762B">
              <w:rPr>
                <w:lang w:val="pl-PL"/>
              </w:rPr>
              <w:t>prvá pomoc;</w:t>
            </w:r>
          </w:p>
          <w:p w14:paraId="235C1190" w14:textId="77777777" w:rsidR="003F413A" w:rsidRPr="00C7762B" w:rsidRDefault="00000000" w:rsidP="00C7762B">
            <w:pPr>
              <w:pStyle w:val="ListParagraph"/>
              <w:numPr>
                <w:ilvl w:val="0"/>
                <w:numId w:val="13"/>
              </w:numPr>
              <w:spacing w:after="40"/>
              <w:jc w:val="both"/>
              <w:rPr>
                <w:lang w:val="pl-PL"/>
              </w:rPr>
            </w:pPr>
            <w:r w:rsidRPr="00C7762B">
              <w:rPr>
                <w:lang w:val="pl-PL"/>
              </w:rPr>
              <w:t>pripojenie k internetu.</w:t>
            </w:r>
          </w:p>
          <w:p w14:paraId="1E1A8068" w14:textId="77777777" w:rsidR="00C7762B" w:rsidRPr="00C7762B" w:rsidRDefault="00000000" w:rsidP="00C7762B">
            <w:pPr>
              <w:spacing w:after="40"/>
              <w:jc w:val="both"/>
              <w:rPr>
                <w:lang w:val="pl-PL"/>
              </w:rPr>
            </w:pPr>
            <w:r w:rsidRPr="00C7762B">
              <w:rPr>
                <w:lang w:val="pl-PL"/>
              </w:rPr>
              <w:t>Na náklady predávajúceho:</w:t>
            </w:r>
          </w:p>
          <w:p w14:paraId="79BCC702" w14:textId="77777777" w:rsidR="00C7762B" w:rsidRPr="00C7762B" w:rsidRDefault="00000000" w:rsidP="00C7762B">
            <w:pPr>
              <w:pStyle w:val="ListParagraph"/>
              <w:numPr>
                <w:ilvl w:val="0"/>
                <w:numId w:val="13"/>
              </w:numPr>
              <w:spacing w:after="40"/>
              <w:jc w:val="both"/>
              <w:rPr>
                <w:lang w:val="pl-PL"/>
              </w:rPr>
            </w:pPr>
            <w:proofErr w:type="spellStart"/>
            <w:proofErr w:type="gramStart"/>
            <w:r>
              <w:t>ubytovanie</w:t>
            </w:r>
            <w:proofErr w:type="spellEnd"/>
            <w:r>
              <w:t>;</w:t>
            </w:r>
            <w:proofErr w:type="gramEnd"/>
          </w:p>
          <w:p w14:paraId="5A2B7E87" w14:textId="77777777" w:rsidR="003F413A" w:rsidRPr="00C7762B" w:rsidRDefault="00000000" w:rsidP="00C7762B">
            <w:pPr>
              <w:pStyle w:val="ListParagraph"/>
              <w:numPr>
                <w:ilvl w:val="0"/>
                <w:numId w:val="13"/>
              </w:numPr>
              <w:spacing w:after="40"/>
              <w:jc w:val="both"/>
              <w:rPr>
                <w:lang w:val="pl-PL"/>
              </w:rPr>
            </w:pPr>
            <w:proofErr w:type="spellStart"/>
            <w:r>
              <w:t>miestna</w:t>
            </w:r>
            <w:proofErr w:type="spellEnd"/>
            <w:r>
              <w:t xml:space="preserve"> </w:t>
            </w:r>
            <w:proofErr w:type="spellStart"/>
            <w:proofErr w:type="gramStart"/>
            <w:r>
              <w:t>doprava</w:t>
            </w:r>
            <w:proofErr w:type="spellEnd"/>
            <w:r>
              <w:t>;</w:t>
            </w:r>
            <w:proofErr w:type="gramEnd"/>
          </w:p>
          <w:p w14:paraId="51A1E2F9" w14:textId="77777777" w:rsidR="003F413A" w:rsidRDefault="00000000" w:rsidP="00C7762B">
            <w:pPr>
              <w:pStyle w:val="ListParagraph"/>
              <w:numPr>
                <w:ilvl w:val="0"/>
                <w:numId w:val="13"/>
              </w:numPr>
              <w:spacing w:after="40"/>
              <w:jc w:val="both"/>
            </w:pPr>
            <w:proofErr w:type="spellStart"/>
            <w:r>
              <w:t>stravovanie</w:t>
            </w:r>
            <w:proofErr w:type="spellEnd"/>
            <w:r>
              <w:t>.</w:t>
            </w:r>
          </w:p>
        </w:tc>
      </w:tr>
    </w:tbl>
    <w:p w14:paraId="2AD4EE83"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FB1CA20" w14:textId="77777777">
        <w:trPr>
          <w:jc w:val="center"/>
        </w:trPr>
        <w:tc>
          <w:tcPr>
            <w:tcW w:w="5159" w:type="dxa"/>
            <w:tcMar>
              <w:top w:w="70" w:type="dxa"/>
              <w:left w:w="95" w:type="dxa"/>
              <w:bottom w:w="70" w:type="dxa"/>
              <w:right w:w="95" w:type="dxa"/>
            </w:tcMar>
          </w:tcPr>
          <w:p w14:paraId="45CEE7EA" w14:textId="77777777" w:rsidR="003F413A" w:rsidRDefault="00000000">
            <w:pPr>
              <w:spacing w:after="40"/>
              <w:jc w:val="both"/>
            </w:pPr>
            <w:r>
              <w:t>8.2.7. In case the time of Services exceeds the agreed periods due to the Seller’s fault, then the Seller should pay all its extra days for supervision and installation at his own expense and bear responsibility according to the present Contract.</w:t>
            </w:r>
          </w:p>
        </w:tc>
        <w:tc>
          <w:tcPr>
            <w:tcW w:w="5159" w:type="dxa"/>
            <w:tcMar>
              <w:top w:w="70" w:type="dxa"/>
              <w:left w:w="95" w:type="dxa"/>
              <w:bottom w:w="70" w:type="dxa"/>
              <w:right w:w="95" w:type="dxa"/>
            </w:tcMar>
          </w:tcPr>
          <w:p w14:paraId="2DA3CB0F" w14:textId="77777777" w:rsidR="003F413A" w:rsidRDefault="00000000">
            <w:pPr>
              <w:spacing w:after="40"/>
              <w:jc w:val="both"/>
            </w:pPr>
            <w:r>
              <w:t xml:space="preserve">8.2.7. V </w:t>
            </w:r>
            <w:proofErr w:type="spellStart"/>
            <w:r>
              <w:t>prípade</w:t>
            </w:r>
            <w:proofErr w:type="spellEnd"/>
            <w:r>
              <w:t xml:space="preserve">, </w:t>
            </w:r>
            <w:proofErr w:type="spellStart"/>
            <w:r>
              <w:t>že</w:t>
            </w:r>
            <w:proofErr w:type="spellEnd"/>
            <w:r>
              <w:t xml:space="preserve"> </w:t>
            </w:r>
            <w:proofErr w:type="spellStart"/>
            <w:r>
              <w:t>doba</w:t>
            </w:r>
            <w:proofErr w:type="spellEnd"/>
            <w:r>
              <w:t xml:space="preserve"> </w:t>
            </w:r>
            <w:proofErr w:type="spellStart"/>
            <w:r>
              <w:t>trvania</w:t>
            </w:r>
            <w:proofErr w:type="spellEnd"/>
            <w:r>
              <w:t xml:space="preserve"> </w:t>
            </w:r>
            <w:proofErr w:type="spellStart"/>
            <w:r>
              <w:t>poskytovania</w:t>
            </w:r>
            <w:proofErr w:type="spellEnd"/>
            <w:r>
              <w:t xml:space="preserve"> </w:t>
            </w:r>
            <w:proofErr w:type="spellStart"/>
            <w:r>
              <w:t>Služieb</w:t>
            </w:r>
            <w:proofErr w:type="spellEnd"/>
            <w:r>
              <w:t xml:space="preserve"> </w:t>
            </w:r>
            <w:proofErr w:type="spellStart"/>
            <w:r>
              <w:t>presiahne</w:t>
            </w:r>
            <w:proofErr w:type="spellEnd"/>
            <w:r>
              <w:t xml:space="preserve"> </w:t>
            </w:r>
            <w:proofErr w:type="spellStart"/>
            <w:r>
              <w:t>vinou</w:t>
            </w:r>
            <w:proofErr w:type="spellEnd"/>
            <w:r>
              <w:t xml:space="preserve"> </w:t>
            </w:r>
            <w:proofErr w:type="spellStart"/>
            <w:r>
              <w:t>predávajúceho</w:t>
            </w:r>
            <w:proofErr w:type="spellEnd"/>
            <w:r>
              <w:t xml:space="preserve"> </w:t>
            </w:r>
            <w:proofErr w:type="spellStart"/>
            <w:r>
              <w:t>dohodnuté</w:t>
            </w:r>
            <w:proofErr w:type="spellEnd"/>
            <w:r>
              <w:t xml:space="preserve"> </w:t>
            </w:r>
            <w:proofErr w:type="spellStart"/>
            <w:r>
              <w:t>obdobia</w:t>
            </w:r>
            <w:proofErr w:type="spellEnd"/>
            <w:r>
              <w:t xml:space="preserve">, </w:t>
            </w:r>
            <w:proofErr w:type="spellStart"/>
            <w:r>
              <w:t>predávajúci</w:t>
            </w:r>
            <w:proofErr w:type="spellEnd"/>
            <w:r>
              <w:t xml:space="preserve"> by mal </w:t>
            </w:r>
            <w:proofErr w:type="spellStart"/>
            <w:r>
              <w:t>na</w:t>
            </w:r>
            <w:proofErr w:type="spellEnd"/>
            <w:r>
              <w:t xml:space="preserve"> </w:t>
            </w:r>
            <w:proofErr w:type="spellStart"/>
            <w:r>
              <w:t>svoje</w:t>
            </w:r>
            <w:proofErr w:type="spellEnd"/>
            <w:r>
              <w:t xml:space="preserve"> </w:t>
            </w:r>
            <w:proofErr w:type="spellStart"/>
            <w:r>
              <w:t>náklady</w:t>
            </w:r>
            <w:proofErr w:type="spellEnd"/>
            <w:r>
              <w:t xml:space="preserve"> </w:t>
            </w:r>
            <w:proofErr w:type="spellStart"/>
            <w:r>
              <w:t>zaplatiť</w:t>
            </w:r>
            <w:proofErr w:type="spellEnd"/>
            <w:r>
              <w:t xml:space="preserve"> </w:t>
            </w:r>
            <w:proofErr w:type="spellStart"/>
            <w:r>
              <w:t>všetky</w:t>
            </w:r>
            <w:proofErr w:type="spellEnd"/>
            <w:r>
              <w:t xml:space="preserve"> </w:t>
            </w:r>
            <w:proofErr w:type="spellStart"/>
            <w:r>
              <w:t>svoje</w:t>
            </w:r>
            <w:proofErr w:type="spellEnd"/>
            <w:r>
              <w:t xml:space="preserve"> </w:t>
            </w:r>
            <w:proofErr w:type="spellStart"/>
            <w:r>
              <w:t>dni</w:t>
            </w:r>
            <w:proofErr w:type="spellEnd"/>
            <w:r>
              <w:t xml:space="preserve"> </w:t>
            </w:r>
            <w:proofErr w:type="spellStart"/>
            <w:r>
              <w:t>navyše</w:t>
            </w:r>
            <w:proofErr w:type="spellEnd"/>
            <w:r>
              <w:t xml:space="preserve"> za </w:t>
            </w:r>
            <w:proofErr w:type="spellStart"/>
            <w:r>
              <w:t>dozor</w:t>
            </w:r>
            <w:proofErr w:type="spellEnd"/>
            <w:r>
              <w:t xml:space="preserve"> </w:t>
            </w:r>
            <w:proofErr w:type="gramStart"/>
            <w:r>
              <w:t>a</w:t>
            </w:r>
            <w:proofErr w:type="gramEnd"/>
            <w:r>
              <w:t xml:space="preserve"> </w:t>
            </w:r>
            <w:proofErr w:type="spellStart"/>
            <w:r>
              <w:t>inštaláciu</w:t>
            </w:r>
            <w:proofErr w:type="spellEnd"/>
            <w:r>
              <w:t xml:space="preserve"> a </w:t>
            </w:r>
            <w:proofErr w:type="spellStart"/>
            <w:r>
              <w:t>niesť</w:t>
            </w:r>
            <w:proofErr w:type="spellEnd"/>
            <w:r>
              <w:t xml:space="preserve"> </w:t>
            </w:r>
            <w:proofErr w:type="spellStart"/>
            <w:r>
              <w:t>zodpovednosť</w:t>
            </w:r>
            <w:proofErr w:type="spellEnd"/>
            <w:r>
              <w:t xml:space="preserve"> </w:t>
            </w:r>
            <w:proofErr w:type="spellStart"/>
            <w:r>
              <w:t>podľa</w:t>
            </w:r>
            <w:proofErr w:type="spellEnd"/>
            <w:r>
              <w:t xml:space="preserve"> </w:t>
            </w:r>
            <w:proofErr w:type="spellStart"/>
            <w:r>
              <w:t>tejto</w:t>
            </w:r>
            <w:proofErr w:type="spellEnd"/>
            <w:r>
              <w:t xml:space="preserve"> </w:t>
            </w:r>
            <w:proofErr w:type="spellStart"/>
            <w:r>
              <w:t>zmluvy</w:t>
            </w:r>
            <w:proofErr w:type="spellEnd"/>
            <w:r>
              <w:t>.</w:t>
            </w:r>
          </w:p>
        </w:tc>
      </w:tr>
    </w:tbl>
    <w:p w14:paraId="62A418FF"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6531244" w14:textId="77777777">
        <w:trPr>
          <w:jc w:val="center"/>
        </w:trPr>
        <w:tc>
          <w:tcPr>
            <w:tcW w:w="5159" w:type="dxa"/>
            <w:tcMar>
              <w:top w:w="70" w:type="dxa"/>
              <w:left w:w="95" w:type="dxa"/>
              <w:bottom w:w="70" w:type="dxa"/>
              <w:right w:w="95" w:type="dxa"/>
            </w:tcMar>
          </w:tcPr>
          <w:p w14:paraId="4C5FD3B7" w14:textId="77777777" w:rsidR="003F413A" w:rsidRDefault="00000000">
            <w:pPr>
              <w:spacing w:after="40"/>
              <w:jc w:val="both"/>
            </w:pPr>
            <w:r>
              <w:t>8.2.8. Should the Buyer fail to fulfill his obligations according to clause 8.1.8 by the moment of installation beginning, the Seller has the right to postpone the terms of Services completion to the earliest new available date in accordance with its Service scheduling plan.</w:t>
            </w:r>
          </w:p>
        </w:tc>
        <w:tc>
          <w:tcPr>
            <w:tcW w:w="5159" w:type="dxa"/>
            <w:tcMar>
              <w:top w:w="70" w:type="dxa"/>
              <w:left w:w="95" w:type="dxa"/>
              <w:bottom w:w="70" w:type="dxa"/>
              <w:right w:w="95" w:type="dxa"/>
            </w:tcMar>
          </w:tcPr>
          <w:p w14:paraId="1349EE99" w14:textId="77777777" w:rsidR="003F413A" w:rsidRDefault="00000000">
            <w:pPr>
              <w:spacing w:after="40"/>
              <w:jc w:val="both"/>
            </w:pPr>
            <w:r>
              <w:t xml:space="preserve">8.2.8. Ak </w:t>
            </w:r>
            <w:proofErr w:type="spellStart"/>
            <w:r>
              <w:t>Kupujúci</w:t>
            </w:r>
            <w:proofErr w:type="spellEnd"/>
            <w:r>
              <w:t xml:space="preserve"> </w:t>
            </w:r>
            <w:proofErr w:type="spellStart"/>
            <w:r>
              <w:t>nesplní</w:t>
            </w:r>
            <w:proofErr w:type="spellEnd"/>
            <w:r>
              <w:t xml:space="preserve"> </w:t>
            </w:r>
            <w:proofErr w:type="spellStart"/>
            <w:r>
              <w:t>svoje</w:t>
            </w:r>
            <w:proofErr w:type="spellEnd"/>
            <w:r>
              <w:t xml:space="preserve"> </w:t>
            </w:r>
            <w:proofErr w:type="spellStart"/>
            <w:r>
              <w:t>povinnosti</w:t>
            </w:r>
            <w:proofErr w:type="spellEnd"/>
            <w:r>
              <w:t xml:space="preserve"> </w:t>
            </w:r>
            <w:proofErr w:type="spellStart"/>
            <w:r>
              <w:t>podľa</w:t>
            </w:r>
            <w:proofErr w:type="spellEnd"/>
            <w:r>
              <w:t xml:space="preserve"> </w:t>
            </w:r>
            <w:proofErr w:type="spellStart"/>
            <w:r>
              <w:t>bodu</w:t>
            </w:r>
            <w:proofErr w:type="spellEnd"/>
            <w:r>
              <w:t xml:space="preserve"> 8.1.8 do </w:t>
            </w:r>
            <w:proofErr w:type="spellStart"/>
            <w:r>
              <w:t>začiatku</w:t>
            </w:r>
            <w:proofErr w:type="spellEnd"/>
            <w:r>
              <w:t xml:space="preserve"> </w:t>
            </w:r>
            <w:proofErr w:type="spellStart"/>
            <w:r>
              <w:t>inštalácie</w:t>
            </w:r>
            <w:proofErr w:type="spellEnd"/>
            <w:r>
              <w:t xml:space="preserve">, </w:t>
            </w:r>
            <w:proofErr w:type="spellStart"/>
            <w:r>
              <w:t>predávajúci</w:t>
            </w:r>
            <w:proofErr w:type="spellEnd"/>
            <w:r>
              <w:t xml:space="preserve"> </w:t>
            </w:r>
            <w:proofErr w:type="spellStart"/>
            <w:r>
              <w:t>má</w:t>
            </w:r>
            <w:proofErr w:type="spellEnd"/>
            <w:r>
              <w:t xml:space="preserve"> </w:t>
            </w:r>
            <w:proofErr w:type="spellStart"/>
            <w:r>
              <w:t>právo</w:t>
            </w:r>
            <w:proofErr w:type="spellEnd"/>
            <w:r>
              <w:t xml:space="preserve"> </w:t>
            </w:r>
            <w:proofErr w:type="spellStart"/>
            <w:r>
              <w:t>posunúť</w:t>
            </w:r>
            <w:proofErr w:type="spellEnd"/>
            <w:r>
              <w:t xml:space="preserve"> </w:t>
            </w:r>
            <w:proofErr w:type="spellStart"/>
            <w:r>
              <w:t>termíny</w:t>
            </w:r>
            <w:proofErr w:type="spellEnd"/>
            <w:r>
              <w:t xml:space="preserve"> </w:t>
            </w:r>
            <w:proofErr w:type="spellStart"/>
            <w:r>
              <w:t>dokončenia</w:t>
            </w:r>
            <w:proofErr w:type="spellEnd"/>
            <w:r>
              <w:t xml:space="preserve"> </w:t>
            </w:r>
            <w:proofErr w:type="spellStart"/>
            <w:r>
              <w:t>Služieb</w:t>
            </w:r>
            <w:proofErr w:type="spellEnd"/>
            <w:r>
              <w:t xml:space="preserve"> </w:t>
            </w:r>
            <w:proofErr w:type="spellStart"/>
            <w:r>
              <w:t>na</w:t>
            </w:r>
            <w:proofErr w:type="spellEnd"/>
            <w:r>
              <w:t xml:space="preserve"> </w:t>
            </w:r>
            <w:proofErr w:type="spellStart"/>
            <w:r>
              <w:t>najbližší</w:t>
            </w:r>
            <w:proofErr w:type="spellEnd"/>
            <w:r>
              <w:t xml:space="preserve"> </w:t>
            </w:r>
            <w:proofErr w:type="spellStart"/>
            <w:r>
              <w:t>nový</w:t>
            </w:r>
            <w:proofErr w:type="spellEnd"/>
            <w:r>
              <w:t xml:space="preserve"> </w:t>
            </w:r>
            <w:proofErr w:type="spellStart"/>
            <w:r>
              <w:t>dostupný</w:t>
            </w:r>
            <w:proofErr w:type="spellEnd"/>
            <w:r>
              <w:t xml:space="preserve"> </w:t>
            </w:r>
            <w:proofErr w:type="spellStart"/>
            <w:r>
              <w:t>termín</w:t>
            </w:r>
            <w:proofErr w:type="spellEnd"/>
            <w:r>
              <w:t xml:space="preserve"> v </w:t>
            </w:r>
            <w:proofErr w:type="spellStart"/>
            <w:r>
              <w:t>súlade</w:t>
            </w:r>
            <w:proofErr w:type="spellEnd"/>
            <w:r>
              <w:t xml:space="preserve"> s </w:t>
            </w:r>
            <w:proofErr w:type="spellStart"/>
            <w:r>
              <w:t>jeho</w:t>
            </w:r>
            <w:proofErr w:type="spellEnd"/>
            <w:r>
              <w:t xml:space="preserve"> </w:t>
            </w:r>
            <w:proofErr w:type="spellStart"/>
            <w:r>
              <w:t>plánom</w:t>
            </w:r>
            <w:proofErr w:type="spellEnd"/>
            <w:r>
              <w:t xml:space="preserve"> </w:t>
            </w:r>
            <w:proofErr w:type="spellStart"/>
            <w:r>
              <w:t>Plánovania</w:t>
            </w:r>
            <w:proofErr w:type="spellEnd"/>
            <w:r>
              <w:t xml:space="preserve"> </w:t>
            </w:r>
            <w:proofErr w:type="spellStart"/>
            <w:r>
              <w:t>Služieb</w:t>
            </w:r>
            <w:proofErr w:type="spellEnd"/>
            <w:r>
              <w:t>.</w:t>
            </w:r>
          </w:p>
        </w:tc>
      </w:tr>
    </w:tbl>
    <w:p w14:paraId="0BF07467"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4603AF" w14:paraId="719B5353" w14:textId="77777777">
        <w:trPr>
          <w:jc w:val="center"/>
        </w:trPr>
        <w:tc>
          <w:tcPr>
            <w:tcW w:w="5159" w:type="dxa"/>
            <w:tcMar>
              <w:top w:w="70" w:type="dxa"/>
              <w:left w:w="95" w:type="dxa"/>
              <w:bottom w:w="70" w:type="dxa"/>
              <w:right w:w="95" w:type="dxa"/>
            </w:tcMar>
          </w:tcPr>
          <w:p w14:paraId="22AE41A7" w14:textId="77777777" w:rsidR="003F413A" w:rsidRDefault="00000000">
            <w:pPr>
              <w:spacing w:after="40"/>
              <w:jc w:val="both"/>
            </w:pPr>
            <w:r>
              <w:t>8.2.9. The Seller shall keep a “</w:t>
            </w:r>
            <w:proofErr w:type="gramStart"/>
            <w:r>
              <w:t>day-book</w:t>
            </w:r>
            <w:proofErr w:type="gramEnd"/>
            <w:r>
              <w:t>” at the plant in which all circumstances that may affect the progress of the installation and start-and-adjustment work are to be recorded, (e.g., weather conditions, labor difficulties, non-receipt of materials or supplies, etc.). In this daybook the Buyer and the Seller will also introduce all remarks and eventual deficiencies that can occur during the installation and commissioning process as well as introduce the date of the Services beginning and completion. This book shall be available for daily check by the Buyer.</w:t>
            </w:r>
          </w:p>
        </w:tc>
        <w:tc>
          <w:tcPr>
            <w:tcW w:w="5159" w:type="dxa"/>
            <w:tcMar>
              <w:top w:w="70" w:type="dxa"/>
              <w:left w:w="95" w:type="dxa"/>
              <w:bottom w:w="70" w:type="dxa"/>
              <w:right w:w="95" w:type="dxa"/>
            </w:tcMar>
          </w:tcPr>
          <w:p w14:paraId="121959EB" w14:textId="77777777" w:rsidR="003F413A" w:rsidRPr="004603AF" w:rsidRDefault="00000000">
            <w:pPr>
              <w:spacing w:after="40"/>
              <w:jc w:val="both"/>
            </w:pPr>
            <w:r>
              <w:t xml:space="preserve">8.2.9. </w:t>
            </w:r>
            <w:proofErr w:type="spellStart"/>
            <w:r>
              <w:t>Predávajúci</w:t>
            </w:r>
            <w:proofErr w:type="spellEnd"/>
            <w:r>
              <w:t xml:space="preserve"> je </w:t>
            </w:r>
            <w:proofErr w:type="spellStart"/>
            <w:r>
              <w:t>povinný</w:t>
            </w:r>
            <w:proofErr w:type="spellEnd"/>
            <w:r>
              <w:t xml:space="preserve"> </w:t>
            </w:r>
            <w:proofErr w:type="spellStart"/>
            <w:r>
              <w:t>viesť</w:t>
            </w:r>
            <w:proofErr w:type="spellEnd"/>
            <w:r>
              <w:t xml:space="preserve"> v </w:t>
            </w:r>
            <w:proofErr w:type="spellStart"/>
            <w:r>
              <w:t>závode</w:t>
            </w:r>
            <w:proofErr w:type="spellEnd"/>
            <w:r>
              <w:t xml:space="preserve"> „</w:t>
            </w:r>
            <w:proofErr w:type="spellStart"/>
            <w:proofErr w:type="gramStart"/>
            <w:r>
              <w:t>denník</w:t>
            </w:r>
            <w:proofErr w:type="spellEnd"/>
            <w:r>
              <w:t>“</w:t>
            </w:r>
            <w:proofErr w:type="gramEnd"/>
            <w:r>
              <w:t xml:space="preserve">, v </w:t>
            </w:r>
            <w:proofErr w:type="spellStart"/>
            <w:r>
              <w:t>ktorom</w:t>
            </w:r>
            <w:proofErr w:type="spellEnd"/>
            <w:r>
              <w:t xml:space="preserve"> </w:t>
            </w:r>
            <w:proofErr w:type="spellStart"/>
            <w:r>
              <w:t>sa</w:t>
            </w:r>
            <w:proofErr w:type="spellEnd"/>
            <w:r>
              <w:t xml:space="preserve"> </w:t>
            </w:r>
            <w:proofErr w:type="spellStart"/>
            <w:r>
              <w:t>zaznamenajú</w:t>
            </w:r>
            <w:proofErr w:type="spellEnd"/>
            <w:r>
              <w:t xml:space="preserve"> </w:t>
            </w:r>
            <w:proofErr w:type="spellStart"/>
            <w:r>
              <w:t>všetky</w:t>
            </w:r>
            <w:proofErr w:type="spellEnd"/>
            <w:r>
              <w:t xml:space="preserve"> </w:t>
            </w:r>
            <w:proofErr w:type="spellStart"/>
            <w:r>
              <w:t>okolnosti</w:t>
            </w:r>
            <w:proofErr w:type="spellEnd"/>
            <w:r>
              <w:t xml:space="preserve">, </w:t>
            </w:r>
            <w:proofErr w:type="spellStart"/>
            <w:r>
              <w:t>ktoré</w:t>
            </w:r>
            <w:proofErr w:type="spellEnd"/>
            <w:r>
              <w:t xml:space="preserve"> </w:t>
            </w:r>
            <w:proofErr w:type="spellStart"/>
            <w:r>
              <w:t>môžu</w:t>
            </w:r>
            <w:proofErr w:type="spellEnd"/>
            <w:r>
              <w:t xml:space="preserve"> </w:t>
            </w:r>
            <w:proofErr w:type="spellStart"/>
            <w:r>
              <w:t>ovplyvniť</w:t>
            </w:r>
            <w:proofErr w:type="spellEnd"/>
            <w:r>
              <w:t xml:space="preserve"> </w:t>
            </w:r>
            <w:proofErr w:type="spellStart"/>
            <w:r>
              <w:t>napredovanie</w:t>
            </w:r>
            <w:proofErr w:type="spellEnd"/>
            <w:r>
              <w:t xml:space="preserve"> </w:t>
            </w:r>
            <w:proofErr w:type="spellStart"/>
            <w:r>
              <w:t>montáže</w:t>
            </w:r>
            <w:proofErr w:type="spellEnd"/>
            <w:r>
              <w:t xml:space="preserve"> a </w:t>
            </w:r>
            <w:proofErr w:type="spellStart"/>
            <w:r>
              <w:t>práce</w:t>
            </w:r>
            <w:proofErr w:type="spellEnd"/>
            <w:r>
              <w:t xml:space="preserve"> </w:t>
            </w:r>
            <w:proofErr w:type="spellStart"/>
            <w:r>
              <w:t>na</w:t>
            </w:r>
            <w:proofErr w:type="spellEnd"/>
            <w:r>
              <w:t xml:space="preserve"> </w:t>
            </w:r>
            <w:proofErr w:type="spellStart"/>
            <w:r>
              <w:t>spustení</w:t>
            </w:r>
            <w:proofErr w:type="spellEnd"/>
            <w:r>
              <w:t xml:space="preserve"> a </w:t>
            </w:r>
            <w:proofErr w:type="spellStart"/>
            <w:r>
              <w:t>nastavovaní</w:t>
            </w:r>
            <w:proofErr w:type="spellEnd"/>
            <w:r>
              <w:t xml:space="preserve"> (</w:t>
            </w:r>
            <w:proofErr w:type="spellStart"/>
            <w:r>
              <w:t>napr</w:t>
            </w:r>
            <w:proofErr w:type="spellEnd"/>
            <w:r>
              <w:t xml:space="preserve">. </w:t>
            </w:r>
            <w:proofErr w:type="spellStart"/>
            <w:r>
              <w:t>poveternostné</w:t>
            </w:r>
            <w:proofErr w:type="spellEnd"/>
            <w:r>
              <w:t xml:space="preserve"> </w:t>
            </w:r>
            <w:proofErr w:type="spellStart"/>
            <w:r>
              <w:t>podmienky</w:t>
            </w:r>
            <w:proofErr w:type="spellEnd"/>
            <w:r>
              <w:t xml:space="preserve">, </w:t>
            </w:r>
            <w:proofErr w:type="spellStart"/>
            <w:r>
              <w:t>problémy</w:t>
            </w:r>
            <w:proofErr w:type="spellEnd"/>
            <w:r>
              <w:t xml:space="preserve"> s </w:t>
            </w:r>
            <w:proofErr w:type="spellStart"/>
            <w:r>
              <w:t>pracovnou</w:t>
            </w:r>
            <w:proofErr w:type="spellEnd"/>
            <w:r>
              <w:t xml:space="preserve"> </w:t>
            </w:r>
            <w:proofErr w:type="spellStart"/>
            <w:r>
              <w:t>silou</w:t>
            </w:r>
            <w:proofErr w:type="spellEnd"/>
            <w:r>
              <w:t xml:space="preserve">, </w:t>
            </w:r>
            <w:proofErr w:type="spellStart"/>
            <w:r>
              <w:t>neprevzatie</w:t>
            </w:r>
            <w:proofErr w:type="spellEnd"/>
            <w:r>
              <w:t xml:space="preserve"> </w:t>
            </w:r>
            <w:proofErr w:type="spellStart"/>
            <w:r>
              <w:t>materiálov</w:t>
            </w:r>
            <w:proofErr w:type="spellEnd"/>
            <w:r>
              <w:t xml:space="preserve"> </w:t>
            </w:r>
            <w:proofErr w:type="spellStart"/>
            <w:r>
              <w:t>alebo</w:t>
            </w:r>
            <w:proofErr w:type="spellEnd"/>
            <w:r>
              <w:t xml:space="preserve"> </w:t>
            </w:r>
            <w:proofErr w:type="spellStart"/>
            <w:r>
              <w:t>zásob</w:t>
            </w:r>
            <w:proofErr w:type="spellEnd"/>
            <w:r>
              <w:t xml:space="preserve"> </w:t>
            </w:r>
            <w:proofErr w:type="spellStart"/>
            <w:r>
              <w:t>atď</w:t>
            </w:r>
            <w:proofErr w:type="spellEnd"/>
            <w:r>
              <w:t xml:space="preserve">.). V </w:t>
            </w:r>
            <w:proofErr w:type="spellStart"/>
            <w:r>
              <w:t>tomto</w:t>
            </w:r>
            <w:proofErr w:type="spellEnd"/>
            <w:r>
              <w:t xml:space="preserve"> </w:t>
            </w:r>
            <w:proofErr w:type="spellStart"/>
            <w:r>
              <w:t>denníku</w:t>
            </w:r>
            <w:proofErr w:type="spellEnd"/>
            <w:r>
              <w:t xml:space="preserve"> </w:t>
            </w:r>
            <w:proofErr w:type="spellStart"/>
            <w:r>
              <w:t>kupujúci</w:t>
            </w:r>
            <w:proofErr w:type="spellEnd"/>
            <w:r>
              <w:t xml:space="preserve"> a </w:t>
            </w:r>
            <w:proofErr w:type="spellStart"/>
            <w:r>
              <w:t>predávajúci</w:t>
            </w:r>
            <w:proofErr w:type="spellEnd"/>
            <w:r>
              <w:t xml:space="preserve"> </w:t>
            </w:r>
            <w:proofErr w:type="spellStart"/>
            <w:r>
              <w:t>taktiež</w:t>
            </w:r>
            <w:proofErr w:type="spellEnd"/>
            <w:r>
              <w:t xml:space="preserve"> </w:t>
            </w:r>
            <w:proofErr w:type="spellStart"/>
            <w:r>
              <w:t>uvedú</w:t>
            </w:r>
            <w:proofErr w:type="spellEnd"/>
            <w:r>
              <w:t xml:space="preserve"> </w:t>
            </w:r>
            <w:proofErr w:type="spellStart"/>
            <w:r>
              <w:t>všetky</w:t>
            </w:r>
            <w:proofErr w:type="spellEnd"/>
            <w:r>
              <w:t xml:space="preserve"> </w:t>
            </w:r>
            <w:proofErr w:type="spellStart"/>
            <w:r>
              <w:t>poznámky</w:t>
            </w:r>
            <w:proofErr w:type="spellEnd"/>
            <w:r>
              <w:t xml:space="preserve"> a </w:t>
            </w:r>
            <w:proofErr w:type="spellStart"/>
            <w:r>
              <w:t>prípadné</w:t>
            </w:r>
            <w:proofErr w:type="spellEnd"/>
            <w:r>
              <w:t xml:space="preserve"> </w:t>
            </w:r>
            <w:proofErr w:type="spellStart"/>
            <w:r>
              <w:t>nedostatky</w:t>
            </w:r>
            <w:proofErr w:type="spellEnd"/>
            <w:r>
              <w:t xml:space="preserve">, </w:t>
            </w:r>
            <w:proofErr w:type="spellStart"/>
            <w:r>
              <w:t>ktoré</w:t>
            </w:r>
            <w:proofErr w:type="spellEnd"/>
            <w:r>
              <w:t xml:space="preserve"> </w:t>
            </w:r>
            <w:proofErr w:type="spellStart"/>
            <w:r>
              <w:t>sa</w:t>
            </w:r>
            <w:proofErr w:type="spellEnd"/>
            <w:r>
              <w:t xml:space="preserve"> </w:t>
            </w:r>
            <w:proofErr w:type="spellStart"/>
            <w:r>
              <w:t>môžu</w:t>
            </w:r>
            <w:proofErr w:type="spellEnd"/>
            <w:r>
              <w:t xml:space="preserve"> </w:t>
            </w:r>
            <w:proofErr w:type="spellStart"/>
            <w:r>
              <w:t>vyskytnúť</w:t>
            </w:r>
            <w:proofErr w:type="spellEnd"/>
            <w:r>
              <w:t xml:space="preserve"> </w:t>
            </w:r>
            <w:proofErr w:type="spellStart"/>
            <w:r>
              <w:t>počas</w:t>
            </w:r>
            <w:proofErr w:type="spellEnd"/>
            <w:r>
              <w:t xml:space="preserve"> </w:t>
            </w:r>
            <w:proofErr w:type="spellStart"/>
            <w:r>
              <w:t>procesu</w:t>
            </w:r>
            <w:proofErr w:type="spellEnd"/>
            <w:r>
              <w:t xml:space="preserve"> </w:t>
            </w:r>
            <w:proofErr w:type="spellStart"/>
            <w:r>
              <w:t>inštalácie</w:t>
            </w:r>
            <w:proofErr w:type="spellEnd"/>
            <w:r>
              <w:t xml:space="preserve"> a </w:t>
            </w:r>
            <w:proofErr w:type="spellStart"/>
            <w:r>
              <w:t>uvedenia</w:t>
            </w:r>
            <w:proofErr w:type="spellEnd"/>
            <w:r>
              <w:t xml:space="preserve"> do </w:t>
            </w:r>
            <w:proofErr w:type="spellStart"/>
            <w:r>
              <w:t>prevádzky</w:t>
            </w:r>
            <w:proofErr w:type="spellEnd"/>
            <w:r>
              <w:t xml:space="preserve">, </w:t>
            </w:r>
            <w:proofErr w:type="spellStart"/>
            <w:r>
              <w:t>ako</w:t>
            </w:r>
            <w:proofErr w:type="spellEnd"/>
            <w:r>
              <w:t xml:space="preserve"> </w:t>
            </w:r>
            <w:proofErr w:type="spellStart"/>
            <w:r>
              <w:t>aj</w:t>
            </w:r>
            <w:proofErr w:type="spellEnd"/>
            <w:r>
              <w:t xml:space="preserve"> </w:t>
            </w:r>
            <w:proofErr w:type="spellStart"/>
            <w:r>
              <w:t>dátum</w:t>
            </w:r>
            <w:proofErr w:type="spellEnd"/>
            <w:r>
              <w:t xml:space="preserve"> </w:t>
            </w:r>
            <w:proofErr w:type="spellStart"/>
            <w:r>
              <w:t>začiatku</w:t>
            </w:r>
            <w:proofErr w:type="spellEnd"/>
            <w:r>
              <w:t xml:space="preserve"> a </w:t>
            </w:r>
            <w:proofErr w:type="spellStart"/>
            <w:r>
              <w:t>dokončenia</w:t>
            </w:r>
            <w:proofErr w:type="spellEnd"/>
            <w:r>
              <w:t xml:space="preserve"> </w:t>
            </w:r>
            <w:proofErr w:type="spellStart"/>
            <w:r>
              <w:t>Služieb</w:t>
            </w:r>
            <w:proofErr w:type="spellEnd"/>
            <w:r>
              <w:t xml:space="preserve">. </w:t>
            </w:r>
            <w:proofErr w:type="spellStart"/>
            <w:r w:rsidRPr="004603AF">
              <w:t>Tento</w:t>
            </w:r>
            <w:proofErr w:type="spellEnd"/>
            <w:r w:rsidRPr="004603AF">
              <w:t xml:space="preserve"> </w:t>
            </w:r>
            <w:proofErr w:type="spellStart"/>
            <w:r w:rsidRPr="004603AF">
              <w:t>denník</w:t>
            </w:r>
            <w:proofErr w:type="spellEnd"/>
            <w:r w:rsidRPr="004603AF">
              <w:t xml:space="preserve"> </w:t>
            </w:r>
            <w:proofErr w:type="spellStart"/>
            <w:r w:rsidRPr="004603AF">
              <w:t>bude</w:t>
            </w:r>
            <w:proofErr w:type="spellEnd"/>
            <w:r w:rsidRPr="004603AF">
              <w:t xml:space="preserve"> k </w:t>
            </w:r>
            <w:proofErr w:type="spellStart"/>
            <w:r w:rsidRPr="004603AF">
              <w:t>dispozícií</w:t>
            </w:r>
            <w:proofErr w:type="spellEnd"/>
            <w:r w:rsidRPr="004603AF">
              <w:t xml:space="preserve"> pre </w:t>
            </w:r>
            <w:proofErr w:type="spellStart"/>
            <w:r w:rsidRPr="004603AF">
              <w:t>kupujúceho</w:t>
            </w:r>
            <w:proofErr w:type="spellEnd"/>
            <w:r w:rsidRPr="004603AF">
              <w:t xml:space="preserve"> </w:t>
            </w:r>
            <w:proofErr w:type="spellStart"/>
            <w:r w:rsidRPr="004603AF">
              <w:t>na</w:t>
            </w:r>
            <w:proofErr w:type="spellEnd"/>
            <w:r w:rsidRPr="004603AF">
              <w:t xml:space="preserve"> </w:t>
            </w:r>
            <w:proofErr w:type="spellStart"/>
            <w:r w:rsidRPr="004603AF">
              <w:t>dennú</w:t>
            </w:r>
            <w:proofErr w:type="spellEnd"/>
            <w:r w:rsidRPr="004603AF">
              <w:t xml:space="preserve"> </w:t>
            </w:r>
            <w:proofErr w:type="spellStart"/>
            <w:r w:rsidRPr="004603AF">
              <w:t>kontrolu</w:t>
            </w:r>
            <w:proofErr w:type="spellEnd"/>
            <w:r w:rsidRPr="004603AF">
              <w:t>.</w:t>
            </w:r>
          </w:p>
        </w:tc>
      </w:tr>
    </w:tbl>
    <w:p w14:paraId="6ED897E0" w14:textId="77777777" w:rsidR="003F413A" w:rsidRPr="004603AF"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E4E2D73" w14:textId="77777777">
        <w:trPr>
          <w:jc w:val="center"/>
        </w:trPr>
        <w:tc>
          <w:tcPr>
            <w:tcW w:w="5159" w:type="dxa"/>
            <w:tcMar>
              <w:top w:w="70" w:type="dxa"/>
              <w:left w:w="95" w:type="dxa"/>
              <w:bottom w:w="70" w:type="dxa"/>
              <w:right w:w="95" w:type="dxa"/>
            </w:tcMar>
          </w:tcPr>
          <w:p w14:paraId="06476EFB" w14:textId="4B939F8A" w:rsidR="003F413A" w:rsidRDefault="00000000">
            <w:pPr>
              <w:spacing w:after="40"/>
              <w:jc w:val="both"/>
            </w:pPr>
            <w:r>
              <w:t xml:space="preserve">8.2.10. Services are calculated on a basis of </w:t>
            </w:r>
            <w:r w:rsidR="00BE4E03">
              <w:t xml:space="preserve">8 </w:t>
            </w:r>
            <w:r>
              <w:t>hours working day. Sundays and national holidays don’t have to be paid in case of inactivity, to the extent this provision is not conflicting with any applicable EU working time Directive or Regulation. In which case the latter provisions will apply.</w:t>
            </w:r>
          </w:p>
        </w:tc>
        <w:tc>
          <w:tcPr>
            <w:tcW w:w="5159" w:type="dxa"/>
            <w:tcMar>
              <w:top w:w="70" w:type="dxa"/>
              <w:left w:w="95" w:type="dxa"/>
              <w:bottom w:w="70" w:type="dxa"/>
              <w:right w:w="95" w:type="dxa"/>
            </w:tcMar>
          </w:tcPr>
          <w:p w14:paraId="7D79375F" w14:textId="6EDF5254" w:rsidR="003F413A" w:rsidRDefault="00000000">
            <w:pPr>
              <w:spacing w:after="40"/>
              <w:jc w:val="both"/>
            </w:pPr>
            <w:r>
              <w:t xml:space="preserve">8.2.10. </w:t>
            </w:r>
            <w:proofErr w:type="spellStart"/>
            <w:r>
              <w:t>Služby</w:t>
            </w:r>
            <w:proofErr w:type="spellEnd"/>
            <w:r>
              <w:t xml:space="preserve"> </w:t>
            </w:r>
            <w:proofErr w:type="spellStart"/>
            <w:r>
              <w:t>sa</w:t>
            </w:r>
            <w:proofErr w:type="spellEnd"/>
            <w:r>
              <w:t xml:space="preserve"> </w:t>
            </w:r>
            <w:proofErr w:type="spellStart"/>
            <w:r>
              <w:t>počítajú</w:t>
            </w:r>
            <w:proofErr w:type="spellEnd"/>
            <w:r>
              <w:t xml:space="preserve"> </w:t>
            </w:r>
            <w:proofErr w:type="spellStart"/>
            <w:r>
              <w:t>na</w:t>
            </w:r>
            <w:proofErr w:type="spellEnd"/>
            <w:r>
              <w:t xml:space="preserve"> </w:t>
            </w:r>
            <w:proofErr w:type="spellStart"/>
            <w:r>
              <w:t>základe</w:t>
            </w:r>
            <w:proofErr w:type="spellEnd"/>
            <w:r>
              <w:t xml:space="preserve"> </w:t>
            </w:r>
            <w:r w:rsidR="00490BE0">
              <w:t>8</w:t>
            </w:r>
            <w:r>
              <w:t xml:space="preserve">-hodinového </w:t>
            </w:r>
            <w:proofErr w:type="spellStart"/>
            <w:r>
              <w:t>pracovného</w:t>
            </w:r>
            <w:proofErr w:type="spellEnd"/>
            <w:r>
              <w:t xml:space="preserve"> </w:t>
            </w:r>
            <w:proofErr w:type="spellStart"/>
            <w:r>
              <w:t>dňa</w:t>
            </w:r>
            <w:proofErr w:type="spellEnd"/>
            <w:r>
              <w:t xml:space="preserve">. </w:t>
            </w:r>
            <w:proofErr w:type="spellStart"/>
            <w:r>
              <w:t>Nedele</w:t>
            </w:r>
            <w:proofErr w:type="spellEnd"/>
            <w:r>
              <w:t xml:space="preserve"> a </w:t>
            </w:r>
            <w:proofErr w:type="spellStart"/>
            <w:r>
              <w:t>štátne</w:t>
            </w:r>
            <w:proofErr w:type="spellEnd"/>
            <w:r>
              <w:t xml:space="preserve"> </w:t>
            </w:r>
            <w:proofErr w:type="spellStart"/>
            <w:r>
              <w:t>sviatky</w:t>
            </w:r>
            <w:proofErr w:type="spellEnd"/>
            <w:r>
              <w:t xml:space="preserve"> </w:t>
            </w:r>
            <w:proofErr w:type="spellStart"/>
            <w:r>
              <w:t>sa</w:t>
            </w:r>
            <w:proofErr w:type="spellEnd"/>
            <w:r>
              <w:t xml:space="preserve"> v </w:t>
            </w:r>
            <w:proofErr w:type="spellStart"/>
            <w:r>
              <w:t>prípade</w:t>
            </w:r>
            <w:proofErr w:type="spellEnd"/>
            <w:r>
              <w:t xml:space="preserve"> </w:t>
            </w:r>
            <w:proofErr w:type="spellStart"/>
            <w:r>
              <w:t>nečinnosti</w:t>
            </w:r>
            <w:proofErr w:type="spellEnd"/>
            <w:r>
              <w:t xml:space="preserve"> </w:t>
            </w:r>
            <w:proofErr w:type="spellStart"/>
            <w:r>
              <w:t>nemusia</w:t>
            </w:r>
            <w:proofErr w:type="spellEnd"/>
            <w:r>
              <w:t xml:space="preserve"> </w:t>
            </w:r>
            <w:proofErr w:type="spellStart"/>
            <w:r>
              <w:t>zaplatiť</w:t>
            </w:r>
            <w:proofErr w:type="spellEnd"/>
            <w:r>
              <w:t xml:space="preserve">, v </w:t>
            </w:r>
            <w:proofErr w:type="spellStart"/>
            <w:r>
              <w:t>rozsahu</w:t>
            </w:r>
            <w:proofErr w:type="spellEnd"/>
            <w:r>
              <w:t xml:space="preserve">, v </w:t>
            </w:r>
            <w:proofErr w:type="spellStart"/>
            <w:r>
              <w:t>akom</w:t>
            </w:r>
            <w:proofErr w:type="spellEnd"/>
            <w:r>
              <w:t xml:space="preserve"> toto </w:t>
            </w:r>
            <w:proofErr w:type="spellStart"/>
            <w:r>
              <w:t>ustanovenie</w:t>
            </w:r>
            <w:proofErr w:type="spellEnd"/>
            <w:r>
              <w:t xml:space="preserve"> </w:t>
            </w:r>
            <w:proofErr w:type="spellStart"/>
            <w:r>
              <w:t>nie</w:t>
            </w:r>
            <w:proofErr w:type="spellEnd"/>
            <w:r>
              <w:t xml:space="preserve"> je v </w:t>
            </w:r>
            <w:proofErr w:type="spellStart"/>
            <w:r>
              <w:t>rozpore</w:t>
            </w:r>
            <w:proofErr w:type="spellEnd"/>
            <w:r>
              <w:t xml:space="preserve"> so </w:t>
            </w:r>
            <w:proofErr w:type="spellStart"/>
            <w:r>
              <w:t>žiadnou</w:t>
            </w:r>
            <w:proofErr w:type="spellEnd"/>
            <w:r>
              <w:t xml:space="preserve"> </w:t>
            </w:r>
            <w:proofErr w:type="spellStart"/>
            <w:r>
              <w:t>uplatniteľnou</w:t>
            </w:r>
            <w:proofErr w:type="spellEnd"/>
            <w:r>
              <w:t xml:space="preserve"> </w:t>
            </w:r>
            <w:proofErr w:type="spellStart"/>
            <w:r>
              <w:t>smernicou</w:t>
            </w:r>
            <w:proofErr w:type="spellEnd"/>
            <w:r>
              <w:t xml:space="preserve"> </w:t>
            </w:r>
            <w:proofErr w:type="spellStart"/>
            <w:r>
              <w:t>alebo</w:t>
            </w:r>
            <w:proofErr w:type="spellEnd"/>
            <w:r>
              <w:t xml:space="preserve"> </w:t>
            </w:r>
            <w:proofErr w:type="spellStart"/>
            <w:r>
              <w:t>nariadením</w:t>
            </w:r>
            <w:proofErr w:type="spellEnd"/>
            <w:r>
              <w:t xml:space="preserve"> EÚ o </w:t>
            </w:r>
            <w:proofErr w:type="spellStart"/>
            <w:r>
              <w:t>pracovnom</w:t>
            </w:r>
            <w:proofErr w:type="spellEnd"/>
            <w:r>
              <w:t xml:space="preserve"> </w:t>
            </w:r>
            <w:proofErr w:type="spellStart"/>
            <w:r>
              <w:t>čase</w:t>
            </w:r>
            <w:proofErr w:type="spellEnd"/>
            <w:r>
              <w:t xml:space="preserve">. V </w:t>
            </w:r>
            <w:proofErr w:type="spellStart"/>
            <w:r>
              <w:t>takom</w:t>
            </w:r>
            <w:proofErr w:type="spellEnd"/>
            <w:r>
              <w:t xml:space="preserve"> </w:t>
            </w:r>
            <w:proofErr w:type="spellStart"/>
            <w:r>
              <w:t>prípade</w:t>
            </w:r>
            <w:proofErr w:type="spellEnd"/>
            <w:r>
              <w:t xml:space="preserve"> </w:t>
            </w:r>
            <w:proofErr w:type="spellStart"/>
            <w:r>
              <w:t>sa</w:t>
            </w:r>
            <w:proofErr w:type="spellEnd"/>
            <w:r>
              <w:t xml:space="preserve"> </w:t>
            </w:r>
            <w:proofErr w:type="spellStart"/>
            <w:r>
              <w:t>budú</w:t>
            </w:r>
            <w:proofErr w:type="spellEnd"/>
            <w:r>
              <w:t xml:space="preserve"> </w:t>
            </w:r>
            <w:proofErr w:type="spellStart"/>
            <w:r>
              <w:t>uplatňovať</w:t>
            </w:r>
            <w:proofErr w:type="spellEnd"/>
            <w:r>
              <w:t xml:space="preserve"> </w:t>
            </w:r>
            <w:proofErr w:type="spellStart"/>
            <w:r>
              <w:t>posledné</w:t>
            </w:r>
            <w:proofErr w:type="spellEnd"/>
            <w:r>
              <w:t xml:space="preserve"> </w:t>
            </w:r>
            <w:proofErr w:type="spellStart"/>
            <w:r>
              <w:t>ustanovenia</w:t>
            </w:r>
            <w:proofErr w:type="spellEnd"/>
            <w:r>
              <w:t>.</w:t>
            </w:r>
          </w:p>
        </w:tc>
      </w:tr>
    </w:tbl>
    <w:p w14:paraId="08326B06"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B7FCAF4" w14:textId="77777777">
        <w:trPr>
          <w:jc w:val="center"/>
        </w:trPr>
        <w:tc>
          <w:tcPr>
            <w:tcW w:w="5159" w:type="dxa"/>
            <w:tcMar>
              <w:top w:w="70" w:type="dxa"/>
              <w:left w:w="95" w:type="dxa"/>
              <w:bottom w:w="70" w:type="dxa"/>
              <w:right w:w="95" w:type="dxa"/>
            </w:tcMar>
          </w:tcPr>
          <w:p w14:paraId="11407B48" w14:textId="77777777" w:rsidR="003F413A" w:rsidRDefault="00000000">
            <w:pPr>
              <w:spacing w:after="40"/>
              <w:jc w:val="both"/>
            </w:pPr>
            <w:r>
              <w:t>8.2.11. The Seller is not responsible for observance of the safety rules and fire safety rules by the Buyer’s personnel, or third party’s staff hired by the Buyer</w:t>
            </w:r>
          </w:p>
        </w:tc>
        <w:tc>
          <w:tcPr>
            <w:tcW w:w="5159" w:type="dxa"/>
            <w:tcMar>
              <w:top w:w="70" w:type="dxa"/>
              <w:left w:w="95" w:type="dxa"/>
              <w:bottom w:w="70" w:type="dxa"/>
              <w:right w:w="95" w:type="dxa"/>
            </w:tcMar>
          </w:tcPr>
          <w:p w14:paraId="71C6322D" w14:textId="77777777" w:rsidR="003F413A" w:rsidRDefault="00000000">
            <w:pPr>
              <w:spacing w:after="40"/>
              <w:jc w:val="both"/>
            </w:pPr>
            <w:r>
              <w:t xml:space="preserve">8.2.11. </w:t>
            </w:r>
            <w:proofErr w:type="spellStart"/>
            <w:r>
              <w:t>Predávajúci</w:t>
            </w:r>
            <w:proofErr w:type="spellEnd"/>
            <w:r>
              <w:t xml:space="preserve"> </w:t>
            </w:r>
            <w:proofErr w:type="spellStart"/>
            <w:r>
              <w:t>nezodpovedá</w:t>
            </w:r>
            <w:proofErr w:type="spellEnd"/>
            <w:r>
              <w:t xml:space="preserve"> za </w:t>
            </w:r>
            <w:proofErr w:type="spellStart"/>
            <w:r>
              <w:t>dodržiavanie</w:t>
            </w:r>
            <w:proofErr w:type="spellEnd"/>
            <w:r>
              <w:t xml:space="preserve"> </w:t>
            </w:r>
            <w:proofErr w:type="spellStart"/>
            <w:r>
              <w:t>bezpečnostných</w:t>
            </w:r>
            <w:proofErr w:type="spellEnd"/>
            <w:r>
              <w:t xml:space="preserve"> </w:t>
            </w:r>
            <w:proofErr w:type="spellStart"/>
            <w:r>
              <w:t>pravidiel</w:t>
            </w:r>
            <w:proofErr w:type="spellEnd"/>
            <w:r>
              <w:t xml:space="preserve"> a </w:t>
            </w:r>
            <w:proofErr w:type="spellStart"/>
            <w:r>
              <w:t>pravidiel</w:t>
            </w:r>
            <w:proofErr w:type="spellEnd"/>
            <w:r>
              <w:t xml:space="preserve"> </w:t>
            </w:r>
            <w:proofErr w:type="spellStart"/>
            <w:r>
              <w:t>požiarnej</w:t>
            </w:r>
            <w:proofErr w:type="spellEnd"/>
            <w:r>
              <w:t xml:space="preserve"> </w:t>
            </w:r>
            <w:proofErr w:type="spellStart"/>
            <w:r>
              <w:t>bezpečnosti</w:t>
            </w:r>
            <w:proofErr w:type="spellEnd"/>
            <w:r>
              <w:t xml:space="preserve"> zo </w:t>
            </w:r>
            <w:proofErr w:type="spellStart"/>
            <w:r>
              <w:t>strany</w:t>
            </w:r>
            <w:proofErr w:type="spellEnd"/>
            <w:r>
              <w:t xml:space="preserve"> </w:t>
            </w:r>
            <w:proofErr w:type="spellStart"/>
            <w:r>
              <w:t>kupujúceho</w:t>
            </w:r>
            <w:proofErr w:type="spellEnd"/>
            <w:r>
              <w:t>.</w:t>
            </w:r>
          </w:p>
        </w:tc>
      </w:tr>
    </w:tbl>
    <w:p w14:paraId="5099CDFA"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2045960F" w14:textId="77777777">
        <w:trPr>
          <w:jc w:val="center"/>
        </w:trPr>
        <w:tc>
          <w:tcPr>
            <w:tcW w:w="5159" w:type="dxa"/>
            <w:shd w:val="clear" w:color="auto" w:fill="EDEDED"/>
            <w:tcMar>
              <w:top w:w="90" w:type="dxa"/>
              <w:left w:w="95" w:type="dxa"/>
              <w:bottom w:w="90" w:type="dxa"/>
              <w:right w:w="95" w:type="dxa"/>
            </w:tcMar>
          </w:tcPr>
          <w:p w14:paraId="377FD9C5" w14:textId="77777777" w:rsidR="003F413A" w:rsidRDefault="00000000">
            <w:pPr>
              <w:keepNext/>
              <w:spacing w:after="40"/>
              <w:jc w:val="center"/>
            </w:pPr>
            <w:r>
              <w:rPr>
                <w:b/>
                <w:sz w:val="18"/>
              </w:rPr>
              <w:t>Article 9. Mechanical Guarantees</w:t>
            </w:r>
          </w:p>
        </w:tc>
        <w:tc>
          <w:tcPr>
            <w:tcW w:w="5159" w:type="dxa"/>
            <w:shd w:val="clear" w:color="auto" w:fill="EDEDED"/>
            <w:tcMar>
              <w:top w:w="90" w:type="dxa"/>
              <w:left w:w="95" w:type="dxa"/>
              <w:bottom w:w="90" w:type="dxa"/>
              <w:right w:w="95" w:type="dxa"/>
            </w:tcMar>
          </w:tcPr>
          <w:p w14:paraId="3ED22E43" w14:textId="77777777" w:rsidR="003F413A" w:rsidRDefault="00000000">
            <w:pPr>
              <w:keepNext/>
              <w:spacing w:after="40"/>
              <w:jc w:val="center"/>
            </w:pPr>
            <w:proofErr w:type="spellStart"/>
            <w:r>
              <w:rPr>
                <w:b/>
                <w:sz w:val="18"/>
              </w:rPr>
              <w:t>Článok</w:t>
            </w:r>
            <w:proofErr w:type="spellEnd"/>
            <w:r>
              <w:rPr>
                <w:b/>
                <w:sz w:val="18"/>
              </w:rPr>
              <w:t xml:space="preserve"> 9. </w:t>
            </w:r>
            <w:proofErr w:type="spellStart"/>
            <w:r>
              <w:rPr>
                <w:b/>
                <w:sz w:val="18"/>
              </w:rPr>
              <w:t>Mechanické</w:t>
            </w:r>
            <w:proofErr w:type="spellEnd"/>
            <w:r>
              <w:rPr>
                <w:b/>
                <w:sz w:val="18"/>
              </w:rPr>
              <w:t xml:space="preserve"> </w:t>
            </w:r>
            <w:proofErr w:type="spellStart"/>
            <w:r>
              <w:rPr>
                <w:b/>
                <w:sz w:val="18"/>
              </w:rPr>
              <w:t>záruky</w:t>
            </w:r>
            <w:proofErr w:type="spellEnd"/>
          </w:p>
        </w:tc>
      </w:tr>
    </w:tbl>
    <w:p w14:paraId="289A8F7F"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9C7B7A" w14:paraId="132A43E3" w14:textId="77777777">
        <w:trPr>
          <w:jc w:val="center"/>
        </w:trPr>
        <w:tc>
          <w:tcPr>
            <w:tcW w:w="5159" w:type="dxa"/>
            <w:tcMar>
              <w:top w:w="70" w:type="dxa"/>
              <w:left w:w="95" w:type="dxa"/>
              <w:bottom w:w="70" w:type="dxa"/>
              <w:right w:w="95" w:type="dxa"/>
            </w:tcMar>
          </w:tcPr>
          <w:p w14:paraId="4C7FD101" w14:textId="77777777" w:rsidR="003F413A" w:rsidRDefault="00000000">
            <w:pPr>
              <w:spacing w:after="40"/>
              <w:jc w:val="both"/>
            </w:pPr>
            <w:r>
              <w:t xml:space="preserve">9.1. The Seller guarantees the Goods mentioned in Annexes to the present Contract for a period of 12 months from the moment of </w:t>
            </w:r>
            <w:r>
              <w:lastRenderedPageBreak/>
              <w:t xml:space="preserve">signing “Certificate of Acceptance of the Goods into operation”, but no more than 18 months from the date of last delivery. If the Goods operate for more hours than the guarantee period shall be reduced pro rata </w:t>
            </w:r>
            <w:proofErr w:type="spellStart"/>
            <w:r>
              <w:t>parte</w:t>
            </w:r>
            <w:proofErr w:type="spellEnd"/>
            <w:r>
              <w:t>.</w:t>
            </w:r>
          </w:p>
          <w:p w14:paraId="5E81F358" w14:textId="77777777" w:rsidR="003F413A" w:rsidRDefault="00000000">
            <w:pPr>
              <w:spacing w:after="40"/>
              <w:jc w:val="both"/>
            </w:pPr>
            <w:r>
              <w:t>During the guarantee period, Seller exclusively guarantees the soundness of</w:t>
            </w:r>
          </w:p>
          <w:p w14:paraId="3A616AF5" w14:textId="77777777" w:rsidR="003F413A" w:rsidRDefault="00000000" w:rsidP="00664C0E">
            <w:pPr>
              <w:pStyle w:val="ListParagraph"/>
              <w:numPr>
                <w:ilvl w:val="0"/>
                <w:numId w:val="10"/>
              </w:numPr>
              <w:spacing w:after="40"/>
              <w:jc w:val="both"/>
            </w:pPr>
            <w:r>
              <w:t>the construction it has designed</w:t>
            </w:r>
          </w:p>
          <w:p w14:paraId="465119BC" w14:textId="77777777" w:rsidR="003F413A" w:rsidRDefault="00000000" w:rsidP="00664C0E">
            <w:pPr>
              <w:pStyle w:val="ListParagraph"/>
              <w:numPr>
                <w:ilvl w:val="0"/>
                <w:numId w:val="10"/>
              </w:numPr>
              <w:spacing w:after="40"/>
              <w:jc w:val="both"/>
            </w:pPr>
            <w:r>
              <w:t>the execution of said construction, and</w:t>
            </w:r>
            <w:r w:rsidR="00664C0E">
              <w:t xml:space="preserve"> </w:t>
            </w:r>
          </w:p>
          <w:p w14:paraId="30552E3E" w14:textId="522F6CB5" w:rsidR="003F413A" w:rsidRDefault="00664C0E">
            <w:pPr>
              <w:spacing w:after="40"/>
              <w:jc w:val="both"/>
            </w:pPr>
            <w:r>
              <w:t xml:space="preserve">       c) </w:t>
            </w:r>
            <w:r w:rsidR="00E379B6">
              <w:t xml:space="preserve">    </w:t>
            </w:r>
            <w:r>
              <w:t>the materials used to the equipment delivered by Seller.</w:t>
            </w:r>
          </w:p>
        </w:tc>
        <w:tc>
          <w:tcPr>
            <w:tcW w:w="5159" w:type="dxa"/>
            <w:tcMar>
              <w:top w:w="70" w:type="dxa"/>
              <w:left w:w="95" w:type="dxa"/>
              <w:bottom w:w="70" w:type="dxa"/>
              <w:right w:w="95" w:type="dxa"/>
            </w:tcMar>
          </w:tcPr>
          <w:p w14:paraId="4EDBDE68" w14:textId="77777777" w:rsidR="003F413A" w:rsidRPr="004603AF" w:rsidRDefault="00000000">
            <w:pPr>
              <w:spacing w:after="40"/>
              <w:jc w:val="both"/>
            </w:pPr>
            <w:r>
              <w:lastRenderedPageBreak/>
              <w:t xml:space="preserve">9.1. </w:t>
            </w:r>
            <w:proofErr w:type="spellStart"/>
            <w:r>
              <w:t>Predávajúci</w:t>
            </w:r>
            <w:proofErr w:type="spellEnd"/>
            <w:r>
              <w:t xml:space="preserve"> </w:t>
            </w:r>
            <w:proofErr w:type="spellStart"/>
            <w:r>
              <w:t>poskytuje</w:t>
            </w:r>
            <w:proofErr w:type="spellEnd"/>
            <w:r>
              <w:t xml:space="preserve"> </w:t>
            </w:r>
            <w:proofErr w:type="spellStart"/>
            <w:r>
              <w:t>záruku</w:t>
            </w:r>
            <w:proofErr w:type="spellEnd"/>
            <w:r>
              <w:t xml:space="preserve"> </w:t>
            </w:r>
            <w:proofErr w:type="spellStart"/>
            <w:r>
              <w:t>na</w:t>
            </w:r>
            <w:proofErr w:type="spellEnd"/>
            <w:r>
              <w:t xml:space="preserve"> Tovar </w:t>
            </w:r>
            <w:proofErr w:type="spellStart"/>
            <w:r>
              <w:t>uvedený</w:t>
            </w:r>
            <w:proofErr w:type="spellEnd"/>
            <w:r>
              <w:t xml:space="preserve"> v </w:t>
            </w:r>
            <w:proofErr w:type="spellStart"/>
            <w:r>
              <w:t>prílohách</w:t>
            </w:r>
            <w:proofErr w:type="spellEnd"/>
            <w:r>
              <w:t xml:space="preserve"> </w:t>
            </w:r>
            <w:proofErr w:type="spellStart"/>
            <w:r>
              <w:t>tejto</w:t>
            </w:r>
            <w:proofErr w:type="spellEnd"/>
            <w:r>
              <w:t xml:space="preserve"> </w:t>
            </w:r>
            <w:proofErr w:type="spellStart"/>
            <w:r>
              <w:t>zmluvy</w:t>
            </w:r>
            <w:proofErr w:type="spellEnd"/>
            <w:r>
              <w:t xml:space="preserve"> po </w:t>
            </w:r>
            <w:proofErr w:type="spellStart"/>
            <w:r>
              <w:t>dobu</w:t>
            </w:r>
            <w:proofErr w:type="spellEnd"/>
            <w:r>
              <w:t xml:space="preserve"> 12 </w:t>
            </w:r>
            <w:proofErr w:type="spellStart"/>
            <w:r>
              <w:t>mesiacov</w:t>
            </w:r>
            <w:proofErr w:type="spellEnd"/>
            <w:r>
              <w:t xml:space="preserve"> </w:t>
            </w:r>
            <w:proofErr w:type="spellStart"/>
            <w:r>
              <w:t>odo</w:t>
            </w:r>
            <w:proofErr w:type="spellEnd"/>
            <w:r>
              <w:t xml:space="preserve"> </w:t>
            </w:r>
            <w:proofErr w:type="spellStart"/>
            <w:r>
              <w:t>dňa</w:t>
            </w:r>
            <w:proofErr w:type="spellEnd"/>
            <w:r>
              <w:t xml:space="preserve"> </w:t>
            </w:r>
            <w:proofErr w:type="spellStart"/>
            <w:r>
              <w:t>podpísania</w:t>
            </w:r>
            <w:proofErr w:type="spellEnd"/>
            <w:r>
              <w:t xml:space="preserve"> „</w:t>
            </w:r>
            <w:proofErr w:type="spellStart"/>
            <w:r>
              <w:t>Protokolu</w:t>
            </w:r>
            <w:proofErr w:type="spellEnd"/>
            <w:r>
              <w:t xml:space="preserve"> </w:t>
            </w:r>
            <w:r>
              <w:lastRenderedPageBreak/>
              <w:t xml:space="preserve">o </w:t>
            </w:r>
            <w:proofErr w:type="spellStart"/>
            <w:r>
              <w:t>prevzatí</w:t>
            </w:r>
            <w:proofErr w:type="spellEnd"/>
            <w:r>
              <w:t xml:space="preserve"> </w:t>
            </w:r>
            <w:proofErr w:type="spellStart"/>
            <w:r>
              <w:t>Tovaru</w:t>
            </w:r>
            <w:proofErr w:type="spellEnd"/>
            <w:r>
              <w:t xml:space="preserve"> do </w:t>
            </w:r>
            <w:proofErr w:type="spellStart"/>
            <w:proofErr w:type="gramStart"/>
            <w:r>
              <w:t>prevádzky</w:t>
            </w:r>
            <w:proofErr w:type="spellEnd"/>
            <w:r>
              <w:t>“</w:t>
            </w:r>
            <w:proofErr w:type="gramEnd"/>
            <w:r>
              <w:t xml:space="preserve">, </w:t>
            </w:r>
            <w:proofErr w:type="spellStart"/>
            <w:r>
              <w:t>maximálne</w:t>
            </w:r>
            <w:proofErr w:type="spellEnd"/>
            <w:r>
              <w:t xml:space="preserve"> </w:t>
            </w:r>
            <w:proofErr w:type="spellStart"/>
            <w:r>
              <w:t>však</w:t>
            </w:r>
            <w:proofErr w:type="spellEnd"/>
            <w:r>
              <w:t xml:space="preserve"> 18 </w:t>
            </w:r>
            <w:proofErr w:type="spellStart"/>
            <w:r>
              <w:t>mesiacov</w:t>
            </w:r>
            <w:proofErr w:type="spellEnd"/>
            <w:r>
              <w:t xml:space="preserve"> </w:t>
            </w:r>
            <w:proofErr w:type="spellStart"/>
            <w:r>
              <w:t>odo</w:t>
            </w:r>
            <w:proofErr w:type="spellEnd"/>
            <w:r>
              <w:t xml:space="preserve"> </w:t>
            </w:r>
            <w:proofErr w:type="spellStart"/>
            <w:r>
              <w:t>dňa</w:t>
            </w:r>
            <w:proofErr w:type="spellEnd"/>
            <w:r>
              <w:t xml:space="preserve"> </w:t>
            </w:r>
            <w:proofErr w:type="spellStart"/>
            <w:r>
              <w:t>posledného</w:t>
            </w:r>
            <w:proofErr w:type="spellEnd"/>
            <w:r>
              <w:t xml:space="preserve"> </w:t>
            </w:r>
            <w:proofErr w:type="spellStart"/>
            <w:r>
              <w:t>dodania</w:t>
            </w:r>
            <w:proofErr w:type="spellEnd"/>
            <w:r>
              <w:t xml:space="preserve">. </w:t>
            </w:r>
            <w:r w:rsidRPr="004603AF">
              <w:t xml:space="preserve">Ak je Tovar v </w:t>
            </w:r>
            <w:proofErr w:type="spellStart"/>
            <w:r w:rsidRPr="004603AF">
              <w:t>prevádzke</w:t>
            </w:r>
            <w:proofErr w:type="spellEnd"/>
            <w:r w:rsidRPr="004603AF">
              <w:t xml:space="preserve"> </w:t>
            </w:r>
            <w:proofErr w:type="spellStart"/>
            <w:r w:rsidRPr="004603AF">
              <w:t>dlhšie</w:t>
            </w:r>
            <w:proofErr w:type="spellEnd"/>
            <w:r w:rsidRPr="004603AF">
              <w:t xml:space="preserve">, v tom </w:t>
            </w:r>
            <w:proofErr w:type="spellStart"/>
            <w:r w:rsidRPr="004603AF">
              <w:t>prípade</w:t>
            </w:r>
            <w:proofErr w:type="spellEnd"/>
            <w:r w:rsidRPr="004603AF">
              <w:t xml:space="preserve"> </w:t>
            </w:r>
            <w:proofErr w:type="spellStart"/>
            <w:r w:rsidRPr="004603AF">
              <w:t>bude</w:t>
            </w:r>
            <w:proofErr w:type="spellEnd"/>
            <w:r w:rsidRPr="004603AF">
              <w:t xml:space="preserve"> </w:t>
            </w:r>
            <w:proofErr w:type="spellStart"/>
            <w:r w:rsidRPr="004603AF">
              <w:t>záručná</w:t>
            </w:r>
            <w:proofErr w:type="spellEnd"/>
            <w:r w:rsidRPr="004603AF">
              <w:t xml:space="preserve"> </w:t>
            </w:r>
            <w:proofErr w:type="spellStart"/>
            <w:r w:rsidRPr="004603AF">
              <w:t>doba</w:t>
            </w:r>
            <w:proofErr w:type="spellEnd"/>
            <w:r w:rsidRPr="004603AF">
              <w:t xml:space="preserve"> </w:t>
            </w:r>
            <w:proofErr w:type="spellStart"/>
            <w:r w:rsidRPr="004603AF">
              <w:t>pomerne</w:t>
            </w:r>
            <w:proofErr w:type="spellEnd"/>
            <w:r w:rsidRPr="004603AF">
              <w:t xml:space="preserve"> </w:t>
            </w:r>
            <w:proofErr w:type="spellStart"/>
            <w:r w:rsidRPr="004603AF">
              <w:t>skrátená</w:t>
            </w:r>
            <w:proofErr w:type="spellEnd"/>
            <w:r w:rsidRPr="004603AF">
              <w:t>.</w:t>
            </w:r>
          </w:p>
          <w:p w14:paraId="63F02C79" w14:textId="77777777" w:rsidR="00664C0E" w:rsidRPr="004603AF" w:rsidRDefault="00664C0E">
            <w:pPr>
              <w:spacing w:after="40"/>
              <w:jc w:val="both"/>
              <w:rPr>
                <w:sz w:val="14"/>
                <w:szCs w:val="20"/>
              </w:rPr>
            </w:pPr>
          </w:p>
          <w:p w14:paraId="0FE6FEFE" w14:textId="77777777" w:rsidR="003F413A" w:rsidRPr="004603AF" w:rsidRDefault="00000000">
            <w:pPr>
              <w:spacing w:after="40"/>
              <w:jc w:val="both"/>
            </w:pPr>
            <w:proofErr w:type="spellStart"/>
            <w:r w:rsidRPr="004603AF">
              <w:t>Počas</w:t>
            </w:r>
            <w:proofErr w:type="spellEnd"/>
            <w:r w:rsidRPr="004603AF">
              <w:t xml:space="preserve"> </w:t>
            </w:r>
            <w:proofErr w:type="spellStart"/>
            <w:r w:rsidRPr="004603AF">
              <w:t>záručnej</w:t>
            </w:r>
            <w:proofErr w:type="spellEnd"/>
            <w:r w:rsidRPr="004603AF">
              <w:t xml:space="preserve"> </w:t>
            </w:r>
            <w:proofErr w:type="spellStart"/>
            <w:r w:rsidRPr="004603AF">
              <w:t>doby</w:t>
            </w:r>
            <w:proofErr w:type="spellEnd"/>
            <w:r w:rsidRPr="004603AF">
              <w:t xml:space="preserve"> </w:t>
            </w:r>
            <w:proofErr w:type="spellStart"/>
            <w:r w:rsidRPr="004603AF">
              <w:t>predávajúci</w:t>
            </w:r>
            <w:proofErr w:type="spellEnd"/>
            <w:r w:rsidRPr="004603AF">
              <w:t xml:space="preserve"> </w:t>
            </w:r>
            <w:proofErr w:type="spellStart"/>
            <w:r w:rsidRPr="004603AF">
              <w:t>ručí</w:t>
            </w:r>
            <w:proofErr w:type="spellEnd"/>
            <w:r w:rsidRPr="004603AF">
              <w:t xml:space="preserve"> </w:t>
            </w:r>
            <w:proofErr w:type="spellStart"/>
            <w:r w:rsidRPr="004603AF">
              <w:t>výlučne</w:t>
            </w:r>
            <w:proofErr w:type="spellEnd"/>
            <w:r w:rsidRPr="004603AF">
              <w:t xml:space="preserve"> za </w:t>
            </w:r>
            <w:proofErr w:type="spellStart"/>
            <w:r w:rsidRPr="004603AF">
              <w:t>bezchybnosť</w:t>
            </w:r>
            <w:proofErr w:type="spellEnd"/>
          </w:p>
          <w:p w14:paraId="2BD1125E" w14:textId="77777777" w:rsidR="00664C0E" w:rsidRPr="004603AF" w:rsidRDefault="00664C0E">
            <w:pPr>
              <w:spacing w:after="40"/>
              <w:jc w:val="both"/>
              <w:rPr>
                <w:sz w:val="12"/>
                <w:szCs w:val="18"/>
              </w:rPr>
            </w:pPr>
          </w:p>
          <w:p w14:paraId="0EBA6D8D" w14:textId="77777777" w:rsidR="003F413A" w:rsidRPr="00664C0E" w:rsidRDefault="00000000" w:rsidP="00664C0E">
            <w:pPr>
              <w:pStyle w:val="ListParagraph"/>
              <w:numPr>
                <w:ilvl w:val="0"/>
                <w:numId w:val="11"/>
              </w:numPr>
              <w:spacing w:after="40"/>
              <w:jc w:val="both"/>
              <w:rPr>
                <w:lang w:val="pl-PL"/>
              </w:rPr>
            </w:pPr>
            <w:r w:rsidRPr="00664C0E">
              <w:rPr>
                <w:lang w:val="pl-PL"/>
              </w:rPr>
              <w:t>konštrukcie, ktorú navrhol</w:t>
            </w:r>
          </w:p>
          <w:p w14:paraId="2109860D" w14:textId="77777777" w:rsidR="003F413A" w:rsidRPr="00664C0E" w:rsidRDefault="00000000" w:rsidP="00664C0E">
            <w:pPr>
              <w:pStyle w:val="ListParagraph"/>
              <w:numPr>
                <w:ilvl w:val="0"/>
                <w:numId w:val="11"/>
              </w:numPr>
              <w:spacing w:after="40"/>
              <w:jc w:val="both"/>
              <w:rPr>
                <w:lang w:val="pl-PL"/>
              </w:rPr>
            </w:pPr>
            <w:r w:rsidRPr="00664C0E">
              <w:rPr>
                <w:lang w:val="pl-PL"/>
              </w:rPr>
              <w:t>realizácie uvedenej konštrukcie a</w:t>
            </w:r>
          </w:p>
          <w:p w14:paraId="056873AC" w14:textId="77777777" w:rsidR="003F413A" w:rsidRPr="00664C0E" w:rsidRDefault="00000000" w:rsidP="00664C0E">
            <w:pPr>
              <w:pStyle w:val="ListParagraph"/>
              <w:numPr>
                <w:ilvl w:val="0"/>
                <w:numId w:val="11"/>
              </w:numPr>
              <w:spacing w:after="40"/>
              <w:jc w:val="both"/>
              <w:rPr>
                <w:lang w:val="pl-PL"/>
              </w:rPr>
            </w:pPr>
            <w:r w:rsidRPr="00664C0E">
              <w:rPr>
                <w:lang w:val="pl-PL"/>
              </w:rPr>
              <w:t>materiálov použitých na zariadenie dodané predávajúcim.</w:t>
            </w:r>
          </w:p>
        </w:tc>
      </w:tr>
    </w:tbl>
    <w:p w14:paraId="577B09FF" w14:textId="77777777" w:rsidR="003F413A" w:rsidRPr="00B662DE" w:rsidRDefault="003F413A">
      <w:pPr>
        <w:spacing w:line="180" w:lineRule="auto"/>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6D9A375" w14:textId="77777777">
        <w:trPr>
          <w:jc w:val="center"/>
        </w:trPr>
        <w:tc>
          <w:tcPr>
            <w:tcW w:w="5159" w:type="dxa"/>
            <w:tcMar>
              <w:top w:w="70" w:type="dxa"/>
              <w:left w:w="95" w:type="dxa"/>
              <w:bottom w:w="70" w:type="dxa"/>
              <w:right w:w="95" w:type="dxa"/>
            </w:tcMar>
          </w:tcPr>
          <w:p w14:paraId="263B4DC3" w14:textId="77777777" w:rsidR="003F413A" w:rsidRDefault="00000000">
            <w:pPr>
              <w:spacing w:after="40"/>
              <w:jc w:val="both"/>
            </w:pPr>
            <w:r>
              <w:t xml:space="preserve">9.1.1. Should the Goods not meet the guarantees described in this article 9.1. during the period of guarantee due to Seller’s fault, the Seller shall remedy faults falling under this guarantee free of charge by repair or replacement of the faulty equipment or spare part, whether or not at Buyer’s location, or by providing replacement  equipment or spare part on the conditions of delivery DAP the plant of the Buyer (Incoterms most recent version), all at Seller’s discretion, if possible within 21 days after written  notification or a longer period if lead times of items require this provided these lead time may not exceed 1 calendar month. If a </w:t>
            </w:r>
            <w:proofErr w:type="gramStart"/>
            <w:r>
              <w:t>guarantee</w:t>
            </w:r>
            <w:proofErr w:type="gramEnd"/>
            <w:r>
              <w:t xml:space="preserve"> case is not confirmed by the Seller (in case if circumstances according to Article 9.1.2. take a place), the Buyer pays the related expenses of the Seller.</w:t>
            </w:r>
          </w:p>
          <w:p w14:paraId="4C22E850" w14:textId="77777777" w:rsidR="00FD3E38" w:rsidRDefault="00FD3E38">
            <w:pPr>
              <w:spacing w:after="40"/>
              <w:jc w:val="both"/>
            </w:pPr>
          </w:p>
          <w:p w14:paraId="723720EC" w14:textId="2F8C1E4B" w:rsidR="00BE4E03" w:rsidRDefault="00000000">
            <w:pPr>
              <w:spacing w:after="40"/>
              <w:jc w:val="both"/>
            </w:pPr>
            <w:r>
              <w:t>The Seller will arrange at its own costs a new delivery of the additional/replaced Goods under the clause DAP in accordance with the "Incoterms” in line with previous Article 4 (Delivery of Goods) and will compensate for the Buyer for out-of-pocket expenses made for renting cranes and other tools. All other costs are for Buyer’s account.</w:t>
            </w:r>
          </w:p>
        </w:tc>
        <w:tc>
          <w:tcPr>
            <w:tcW w:w="5159" w:type="dxa"/>
            <w:tcMar>
              <w:top w:w="70" w:type="dxa"/>
              <w:left w:w="95" w:type="dxa"/>
              <w:bottom w:w="70" w:type="dxa"/>
              <w:right w:w="95" w:type="dxa"/>
            </w:tcMar>
          </w:tcPr>
          <w:p w14:paraId="47F6F219" w14:textId="77777777" w:rsidR="003F413A" w:rsidRDefault="00000000">
            <w:pPr>
              <w:spacing w:after="40"/>
              <w:jc w:val="both"/>
            </w:pPr>
            <w:r>
              <w:t xml:space="preserve">9.1.1. Ak Tovar </w:t>
            </w:r>
            <w:proofErr w:type="spellStart"/>
            <w:r>
              <w:t>nespĺňa</w:t>
            </w:r>
            <w:proofErr w:type="spellEnd"/>
            <w:r>
              <w:t xml:space="preserve"> </w:t>
            </w:r>
            <w:proofErr w:type="spellStart"/>
            <w:r>
              <w:t>záruky</w:t>
            </w:r>
            <w:proofErr w:type="spellEnd"/>
            <w:r>
              <w:t xml:space="preserve"> </w:t>
            </w:r>
            <w:proofErr w:type="spellStart"/>
            <w:r>
              <w:t>uvedené</w:t>
            </w:r>
            <w:proofErr w:type="spellEnd"/>
            <w:r>
              <w:t xml:space="preserve"> v </w:t>
            </w:r>
            <w:proofErr w:type="spellStart"/>
            <w:r>
              <w:t>tomto</w:t>
            </w:r>
            <w:proofErr w:type="spellEnd"/>
            <w:r>
              <w:t xml:space="preserve"> </w:t>
            </w:r>
            <w:proofErr w:type="spellStart"/>
            <w:r>
              <w:t>článku</w:t>
            </w:r>
            <w:proofErr w:type="spellEnd"/>
            <w:r>
              <w:t xml:space="preserve"> 9.1. </w:t>
            </w:r>
            <w:proofErr w:type="spellStart"/>
            <w:r>
              <w:t>počas</w:t>
            </w:r>
            <w:proofErr w:type="spellEnd"/>
            <w:r>
              <w:t xml:space="preserve"> </w:t>
            </w:r>
            <w:proofErr w:type="spellStart"/>
            <w:r>
              <w:t>záručnej</w:t>
            </w:r>
            <w:proofErr w:type="spellEnd"/>
            <w:r>
              <w:t xml:space="preserve"> </w:t>
            </w:r>
            <w:proofErr w:type="spellStart"/>
            <w:r>
              <w:t>doby</w:t>
            </w:r>
            <w:proofErr w:type="spellEnd"/>
            <w:r>
              <w:t xml:space="preserve"> v </w:t>
            </w:r>
            <w:proofErr w:type="spellStart"/>
            <w:r>
              <w:t>dôsledku</w:t>
            </w:r>
            <w:proofErr w:type="spellEnd"/>
            <w:r>
              <w:t xml:space="preserve"> </w:t>
            </w:r>
            <w:proofErr w:type="spellStart"/>
            <w:r>
              <w:t>zavinenia</w:t>
            </w:r>
            <w:proofErr w:type="spellEnd"/>
            <w:r>
              <w:t xml:space="preserve"> </w:t>
            </w:r>
            <w:proofErr w:type="spellStart"/>
            <w:r>
              <w:t>predávajúceho</w:t>
            </w:r>
            <w:proofErr w:type="spellEnd"/>
            <w:r>
              <w:t xml:space="preserve">, </w:t>
            </w:r>
            <w:proofErr w:type="spellStart"/>
            <w:r>
              <w:t>predávajúci</w:t>
            </w:r>
            <w:proofErr w:type="spellEnd"/>
            <w:r>
              <w:t xml:space="preserve"> </w:t>
            </w:r>
            <w:proofErr w:type="spellStart"/>
            <w:r>
              <w:t>bezplatne</w:t>
            </w:r>
            <w:proofErr w:type="spellEnd"/>
            <w:r>
              <w:t xml:space="preserve"> </w:t>
            </w:r>
            <w:proofErr w:type="spellStart"/>
            <w:r>
              <w:t>odstráni</w:t>
            </w:r>
            <w:proofErr w:type="spellEnd"/>
            <w:r>
              <w:t xml:space="preserve"> </w:t>
            </w:r>
            <w:proofErr w:type="spellStart"/>
            <w:r>
              <w:t>chyby</w:t>
            </w:r>
            <w:proofErr w:type="spellEnd"/>
            <w:r>
              <w:t xml:space="preserve"> </w:t>
            </w:r>
            <w:proofErr w:type="spellStart"/>
            <w:r>
              <w:t>spadajúce</w:t>
            </w:r>
            <w:proofErr w:type="spellEnd"/>
            <w:r>
              <w:t xml:space="preserve"> pod </w:t>
            </w:r>
            <w:proofErr w:type="spellStart"/>
            <w:r>
              <w:t>túto</w:t>
            </w:r>
            <w:proofErr w:type="spellEnd"/>
            <w:r>
              <w:t xml:space="preserve"> </w:t>
            </w:r>
            <w:proofErr w:type="spellStart"/>
            <w:r>
              <w:t>záruku</w:t>
            </w:r>
            <w:proofErr w:type="spellEnd"/>
            <w:r>
              <w:t xml:space="preserve"> </w:t>
            </w:r>
            <w:proofErr w:type="spellStart"/>
            <w:r>
              <w:t>opravou</w:t>
            </w:r>
            <w:proofErr w:type="spellEnd"/>
            <w:r>
              <w:t xml:space="preserve"> </w:t>
            </w:r>
            <w:proofErr w:type="spellStart"/>
            <w:r>
              <w:t>alebo</w:t>
            </w:r>
            <w:proofErr w:type="spellEnd"/>
            <w:r>
              <w:t xml:space="preserve"> </w:t>
            </w:r>
            <w:proofErr w:type="spellStart"/>
            <w:r>
              <w:t>výmenou</w:t>
            </w:r>
            <w:proofErr w:type="spellEnd"/>
            <w:r>
              <w:t xml:space="preserve"> </w:t>
            </w:r>
            <w:proofErr w:type="spellStart"/>
            <w:r>
              <w:t>chybného</w:t>
            </w:r>
            <w:proofErr w:type="spellEnd"/>
            <w:r>
              <w:t xml:space="preserve"> </w:t>
            </w:r>
            <w:proofErr w:type="spellStart"/>
            <w:r>
              <w:t>zariadenia</w:t>
            </w:r>
            <w:proofErr w:type="spellEnd"/>
            <w:r>
              <w:t xml:space="preserve"> </w:t>
            </w:r>
            <w:proofErr w:type="spellStart"/>
            <w:r>
              <w:t>alebo</w:t>
            </w:r>
            <w:proofErr w:type="spellEnd"/>
            <w:r>
              <w:t xml:space="preserve"> </w:t>
            </w:r>
            <w:proofErr w:type="spellStart"/>
            <w:r>
              <w:t>náhradného</w:t>
            </w:r>
            <w:proofErr w:type="spellEnd"/>
            <w:r>
              <w:t xml:space="preserve"> </w:t>
            </w:r>
            <w:proofErr w:type="spellStart"/>
            <w:r>
              <w:t>dielu</w:t>
            </w:r>
            <w:proofErr w:type="spellEnd"/>
            <w:r>
              <w:t xml:space="preserve">, </w:t>
            </w:r>
            <w:proofErr w:type="spellStart"/>
            <w:r>
              <w:t>či</w:t>
            </w:r>
            <w:proofErr w:type="spellEnd"/>
            <w:r>
              <w:t xml:space="preserve"> </w:t>
            </w:r>
            <w:proofErr w:type="spellStart"/>
            <w:r>
              <w:t>už</w:t>
            </w:r>
            <w:proofErr w:type="spellEnd"/>
            <w:r>
              <w:t xml:space="preserve"> u </w:t>
            </w:r>
            <w:proofErr w:type="spellStart"/>
            <w:r>
              <w:t>kupujúceho</w:t>
            </w:r>
            <w:proofErr w:type="spellEnd"/>
            <w:r>
              <w:t xml:space="preserve"> </w:t>
            </w:r>
            <w:proofErr w:type="spellStart"/>
            <w:r>
              <w:t>alebo</w:t>
            </w:r>
            <w:proofErr w:type="spellEnd"/>
            <w:r>
              <w:t xml:space="preserve"> </w:t>
            </w:r>
            <w:proofErr w:type="spellStart"/>
            <w:r>
              <w:t>nie</w:t>
            </w:r>
            <w:proofErr w:type="spellEnd"/>
            <w:r>
              <w:t xml:space="preserve">, </w:t>
            </w:r>
            <w:proofErr w:type="spellStart"/>
            <w:r>
              <w:t>alebo</w:t>
            </w:r>
            <w:proofErr w:type="spellEnd"/>
            <w:r>
              <w:t xml:space="preserve"> </w:t>
            </w:r>
            <w:proofErr w:type="spellStart"/>
            <w:r>
              <w:t>poskytnutím</w:t>
            </w:r>
            <w:proofErr w:type="spellEnd"/>
            <w:r>
              <w:t xml:space="preserve"> </w:t>
            </w:r>
            <w:proofErr w:type="spellStart"/>
            <w:r>
              <w:t>náhradného</w:t>
            </w:r>
            <w:proofErr w:type="spellEnd"/>
            <w:r>
              <w:t xml:space="preserve"> </w:t>
            </w:r>
            <w:proofErr w:type="spellStart"/>
            <w:r>
              <w:t>zariadenia</w:t>
            </w:r>
            <w:proofErr w:type="spellEnd"/>
            <w:r>
              <w:t xml:space="preserve"> </w:t>
            </w:r>
            <w:proofErr w:type="spellStart"/>
            <w:r>
              <w:t>alebo</w:t>
            </w:r>
            <w:proofErr w:type="spellEnd"/>
            <w:r>
              <w:t xml:space="preserve"> </w:t>
            </w:r>
            <w:proofErr w:type="spellStart"/>
            <w:r>
              <w:t>náhradného</w:t>
            </w:r>
            <w:proofErr w:type="spellEnd"/>
            <w:r>
              <w:t xml:space="preserve"> </w:t>
            </w:r>
            <w:proofErr w:type="spellStart"/>
            <w:r>
              <w:t>dielu</w:t>
            </w:r>
            <w:proofErr w:type="spellEnd"/>
            <w:r>
              <w:t xml:space="preserve"> za </w:t>
            </w:r>
            <w:proofErr w:type="spellStart"/>
            <w:r>
              <w:t>dodacích</w:t>
            </w:r>
            <w:proofErr w:type="spellEnd"/>
            <w:r>
              <w:t xml:space="preserve"> </w:t>
            </w:r>
            <w:proofErr w:type="spellStart"/>
            <w:r>
              <w:t>podmienok</w:t>
            </w:r>
            <w:proofErr w:type="spellEnd"/>
            <w:r>
              <w:t xml:space="preserve"> DAP </w:t>
            </w:r>
            <w:proofErr w:type="spellStart"/>
            <w:r>
              <w:t>závod</w:t>
            </w:r>
            <w:proofErr w:type="spellEnd"/>
            <w:r>
              <w:t xml:space="preserve"> </w:t>
            </w:r>
            <w:proofErr w:type="spellStart"/>
            <w:r>
              <w:t>kupujúceho</w:t>
            </w:r>
            <w:proofErr w:type="spellEnd"/>
            <w:r>
              <w:t xml:space="preserve"> (</w:t>
            </w:r>
            <w:proofErr w:type="spellStart"/>
            <w:r>
              <w:t>najnovšia</w:t>
            </w:r>
            <w:proofErr w:type="spellEnd"/>
            <w:r>
              <w:t xml:space="preserve"> </w:t>
            </w:r>
            <w:proofErr w:type="spellStart"/>
            <w:r>
              <w:t>verzia</w:t>
            </w:r>
            <w:proofErr w:type="spellEnd"/>
            <w:r>
              <w:t xml:space="preserve"> Incoterms), </w:t>
            </w:r>
            <w:proofErr w:type="spellStart"/>
            <w:r>
              <w:t>všetko</w:t>
            </w:r>
            <w:proofErr w:type="spellEnd"/>
            <w:r>
              <w:t xml:space="preserve"> </w:t>
            </w:r>
            <w:proofErr w:type="spellStart"/>
            <w:r>
              <w:t>podľa</w:t>
            </w:r>
            <w:proofErr w:type="spellEnd"/>
            <w:r>
              <w:t xml:space="preserve"> </w:t>
            </w:r>
            <w:proofErr w:type="spellStart"/>
            <w:r>
              <w:t>uváženia</w:t>
            </w:r>
            <w:proofErr w:type="spellEnd"/>
            <w:r>
              <w:t xml:space="preserve"> </w:t>
            </w:r>
            <w:proofErr w:type="spellStart"/>
            <w:r>
              <w:t>predávajúceho</w:t>
            </w:r>
            <w:proofErr w:type="spellEnd"/>
            <w:r>
              <w:t xml:space="preserve">, </w:t>
            </w:r>
            <w:proofErr w:type="spellStart"/>
            <w:r>
              <w:t>ak</w:t>
            </w:r>
            <w:proofErr w:type="spellEnd"/>
            <w:r>
              <w:t xml:space="preserve"> je to </w:t>
            </w:r>
            <w:proofErr w:type="spellStart"/>
            <w:r>
              <w:t>možné</w:t>
            </w:r>
            <w:proofErr w:type="spellEnd"/>
            <w:r>
              <w:t xml:space="preserve">, do 21 </w:t>
            </w:r>
            <w:proofErr w:type="spellStart"/>
            <w:r>
              <w:t>dní</w:t>
            </w:r>
            <w:proofErr w:type="spellEnd"/>
            <w:r>
              <w:t xml:space="preserve"> </w:t>
            </w:r>
            <w:proofErr w:type="spellStart"/>
            <w:r>
              <w:t>od</w:t>
            </w:r>
            <w:proofErr w:type="spellEnd"/>
            <w:r>
              <w:t xml:space="preserve"> </w:t>
            </w:r>
            <w:proofErr w:type="spellStart"/>
            <w:r>
              <w:t>dátumu</w:t>
            </w:r>
            <w:proofErr w:type="spellEnd"/>
            <w:r>
              <w:t xml:space="preserve"> </w:t>
            </w:r>
            <w:proofErr w:type="spellStart"/>
            <w:r>
              <w:t>písomného</w:t>
            </w:r>
            <w:proofErr w:type="spellEnd"/>
            <w:r>
              <w:t xml:space="preserve"> </w:t>
            </w:r>
            <w:proofErr w:type="spellStart"/>
            <w:r>
              <w:t>oznámenia</w:t>
            </w:r>
            <w:proofErr w:type="spellEnd"/>
            <w:r>
              <w:t xml:space="preserve"> </w:t>
            </w:r>
            <w:proofErr w:type="spellStart"/>
            <w:r>
              <w:t>alebo</w:t>
            </w:r>
            <w:proofErr w:type="spellEnd"/>
            <w:r>
              <w:t xml:space="preserve"> v </w:t>
            </w:r>
            <w:proofErr w:type="spellStart"/>
            <w:r>
              <w:t>rámci</w:t>
            </w:r>
            <w:proofErr w:type="spellEnd"/>
            <w:r>
              <w:t xml:space="preserve"> </w:t>
            </w:r>
            <w:proofErr w:type="spellStart"/>
            <w:r>
              <w:t>dlhšie</w:t>
            </w:r>
            <w:proofErr w:type="spellEnd"/>
            <w:r>
              <w:t xml:space="preserve"> </w:t>
            </w:r>
            <w:proofErr w:type="spellStart"/>
            <w:r>
              <w:t>obdobia</w:t>
            </w:r>
            <w:proofErr w:type="spellEnd"/>
            <w:r>
              <w:t xml:space="preserve">, </w:t>
            </w:r>
            <w:proofErr w:type="spellStart"/>
            <w:r>
              <w:t>pokiaľ</w:t>
            </w:r>
            <w:proofErr w:type="spellEnd"/>
            <w:r>
              <w:t xml:space="preserve"> </w:t>
            </w:r>
            <w:proofErr w:type="spellStart"/>
            <w:r>
              <w:t>si</w:t>
            </w:r>
            <w:proofErr w:type="spellEnd"/>
            <w:r>
              <w:t xml:space="preserve"> to </w:t>
            </w:r>
            <w:proofErr w:type="spellStart"/>
            <w:r>
              <w:t>vyžadujú</w:t>
            </w:r>
            <w:proofErr w:type="spellEnd"/>
            <w:r>
              <w:t xml:space="preserve"> </w:t>
            </w:r>
            <w:proofErr w:type="spellStart"/>
            <w:r>
              <w:t>dodacie</w:t>
            </w:r>
            <w:proofErr w:type="spellEnd"/>
            <w:r>
              <w:t xml:space="preserve"> </w:t>
            </w:r>
            <w:proofErr w:type="spellStart"/>
            <w:r>
              <w:t>lehoty</w:t>
            </w:r>
            <w:proofErr w:type="spellEnd"/>
            <w:r>
              <w:t xml:space="preserve"> </w:t>
            </w:r>
            <w:proofErr w:type="spellStart"/>
            <w:r>
              <w:t>položiek</w:t>
            </w:r>
            <w:proofErr w:type="spellEnd"/>
            <w:r>
              <w:t xml:space="preserve">, za </w:t>
            </w:r>
            <w:proofErr w:type="spellStart"/>
            <w:r>
              <w:t>predpokladu</w:t>
            </w:r>
            <w:proofErr w:type="spellEnd"/>
            <w:r>
              <w:t xml:space="preserve">, </w:t>
            </w:r>
            <w:proofErr w:type="spellStart"/>
            <w:r>
              <w:t>že</w:t>
            </w:r>
            <w:proofErr w:type="spellEnd"/>
            <w:r>
              <w:t xml:space="preserve"> </w:t>
            </w:r>
            <w:proofErr w:type="spellStart"/>
            <w:r>
              <w:t>dodacia</w:t>
            </w:r>
            <w:proofErr w:type="spellEnd"/>
            <w:r>
              <w:t xml:space="preserve"> </w:t>
            </w:r>
            <w:proofErr w:type="spellStart"/>
            <w:r>
              <w:t>lehota</w:t>
            </w:r>
            <w:proofErr w:type="spellEnd"/>
            <w:r>
              <w:t xml:space="preserve"> </w:t>
            </w:r>
            <w:proofErr w:type="spellStart"/>
            <w:r>
              <w:t>nesmie</w:t>
            </w:r>
            <w:proofErr w:type="spellEnd"/>
            <w:r>
              <w:t xml:space="preserve"> </w:t>
            </w:r>
            <w:proofErr w:type="spellStart"/>
            <w:r>
              <w:t>presiahnuť</w:t>
            </w:r>
            <w:proofErr w:type="spellEnd"/>
            <w:r>
              <w:t xml:space="preserve"> 1 </w:t>
            </w:r>
            <w:proofErr w:type="spellStart"/>
            <w:r>
              <w:t>kalendárny</w:t>
            </w:r>
            <w:proofErr w:type="spellEnd"/>
            <w:r>
              <w:t xml:space="preserve"> </w:t>
            </w:r>
            <w:proofErr w:type="spellStart"/>
            <w:r>
              <w:t>mesiac</w:t>
            </w:r>
            <w:proofErr w:type="spellEnd"/>
            <w:r>
              <w:t xml:space="preserve">. V </w:t>
            </w:r>
            <w:proofErr w:type="spellStart"/>
            <w:r>
              <w:t>prípade</w:t>
            </w:r>
            <w:proofErr w:type="spellEnd"/>
            <w:r>
              <w:t xml:space="preserve"> </w:t>
            </w:r>
            <w:proofErr w:type="spellStart"/>
            <w:r>
              <w:t>nepotvrdenia</w:t>
            </w:r>
            <w:proofErr w:type="spellEnd"/>
            <w:r>
              <w:t xml:space="preserve"> </w:t>
            </w:r>
            <w:proofErr w:type="spellStart"/>
            <w:r>
              <w:t>prípadu</w:t>
            </w:r>
            <w:proofErr w:type="spellEnd"/>
            <w:r>
              <w:t xml:space="preserve"> </w:t>
            </w:r>
            <w:proofErr w:type="spellStart"/>
            <w:r>
              <w:t>záruky</w:t>
            </w:r>
            <w:proofErr w:type="spellEnd"/>
            <w:r>
              <w:t xml:space="preserve"> </w:t>
            </w:r>
            <w:proofErr w:type="spellStart"/>
            <w:r>
              <w:t>predávajúcim</w:t>
            </w:r>
            <w:proofErr w:type="spellEnd"/>
            <w:r>
              <w:t xml:space="preserve"> (</w:t>
            </w:r>
            <w:proofErr w:type="spellStart"/>
            <w:r>
              <w:t>ak</w:t>
            </w:r>
            <w:proofErr w:type="spellEnd"/>
            <w:r>
              <w:t xml:space="preserve"> </w:t>
            </w:r>
            <w:proofErr w:type="spellStart"/>
            <w:r>
              <w:t>nastanú</w:t>
            </w:r>
            <w:proofErr w:type="spellEnd"/>
            <w:r>
              <w:t xml:space="preserve"> </w:t>
            </w:r>
            <w:proofErr w:type="spellStart"/>
            <w:r>
              <w:t>okolnosti</w:t>
            </w:r>
            <w:proofErr w:type="spellEnd"/>
            <w:r>
              <w:t xml:space="preserve"> </w:t>
            </w:r>
            <w:proofErr w:type="spellStart"/>
            <w:r>
              <w:t>podľa</w:t>
            </w:r>
            <w:proofErr w:type="spellEnd"/>
            <w:r>
              <w:t xml:space="preserve"> </w:t>
            </w:r>
            <w:proofErr w:type="spellStart"/>
            <w:r>
              <w:t>článku</w:t>
            </w:r>
            <w:proofErr w:type="spellEnd"/>
            <w:r>
              <w:t xml:space="preserve"> 9.1.2.), </w:t>
            </w:r>
            <w:proofErr w:type="spellStart"/>
            <w:r>
              <w:t>kupujúci</w:t>
            </w:r>
            <w:proofErr w:type="spellEnd"/>
            <w:r>
              <w:t xml:space="preserve"> </w:t>
            </w:r>
            <w:proofErr w:type="spellStart"/>
            <w:r>
              <w:t>hradí</w:t>
            </w:r>
            <w:proofErr w:type="spellEnd"/>
            <w:r>
              <w:t xml:space="preserve"> </w:t>
            </w:r>
            <w:proofErr w:type="spellStart"/>
            <w:r>
              <w:t>súvisiace</w:t>
            </w:r>
            <w:proofErr w:type="spellEnd"/>
            <w:r>
              <w:t xml:space="preserve"> </w:t>
            </w:r>
            <w:proofErr w:type="spellStart"/>
            <w:r>
              <w:t>náklady</w:t>
            </w:r>
            <w:proofErr w:type="spellEnd"/>
            <w:r>
              <w:t xml:space="preserve"> </w:t>
            </w:r>
            <w:proofErr w:type="spellStart"/>
            <w:r>
              <w:t>predávajúceho</w:t>
            </w:r>
            <w:proofErr w:type="spellEnd"/>
            <w:r>
              <w:t>.</w:t>
            </w:r>
          </w:p>
          <w:p w14:paraId="67B2865E" w14:textId="77777777" w:rsidR="003F413A" w:rsidRDefault="00000000">
            <w:pPr>
              <w:spacing w:after="40"/>
              <w:jc w:val="both"/>
            </w:pPr>
            <w:proofErr w:type="spellStart"/>
            <w:r>
              <w:t>Predávajúci</w:t>
            </w:r>
            <w:proofErr w:type="spellEnd"/>
            <w:r>
              <w:t xml:space="preserve"> </w:t>
            </w:r>
            <w:proofErr w:type="spellStart"/>
            <w:r>
              <w:t>na</w:t>
            </w:r>
            <w:proofErr w:type="spellEnd"/>
            <w:r>
              <w:t xml:space="preserve"> </w:t>
            </w:r>
            <w:proofErr w:type="spellStart"/>
            <w:r>
              <w:t>svoje</w:t>
            </w:r>
            <w:proofErr w:type="spellEnd"/>
            <w:r>
              <w:t xml:space="preserve"> </w:t>
            </w:r>
            <w:proofErr w:type="spellStart"/>
            <w:r>
              <w:t>náklady</w:t>
            </w:r>
            <w:proofErr w:type="spellEnd"/>
            <w:r>
              <w:t xml:space="preserve"> </w:t>
            </w:r>
            <w:proofErr w:type="spellStart"/>
            <w:r>
              <w:t>zaistí</w:t>
            </w:r>
            <w:proofErr w:type="spellEnd"/>
            <w:r>
              <w:t xml:space="preserve"> </w:t>
            </w:r>
            <w:proofErr w:type="spellStart"/>
            <w:r>
              <w:t>novú</w:t>
            </w:r>
            <w:proofErr w:type="spellEnd"/>
            <w:r>
              <w:t xml:space="preserve"> </w:t>
            </w:r>
            <w:proofErr w:type="spellStart"/>
            <w:r>
              <w:t>dodávku</w:t>
            </w:r>
            <w:proofErr w:type="spellEnd"/>
            <w:r>
              <w:t xml:space="preserve"> </w:t>
            </w:r>
            <w:proofErr w:type="spellStart"/>
            <w:r>
              <w:t>dodatočného</w:t>
            </w:r>
            <w:proofErr w:type="spellEnd"/>
            <w:r>
              <w:t>/</w:t>
            </w:r>
            <w:proofErr w:type="spellStart"/>
            <w:r>
              <w:t>nahradeného</w:t>
            </w:r>
            <w:proofErr w:type="spellEnd"/>
            <w:r>
              <w:t xml:space="preserve"> </w:t>
            </w:r>
            <w:proofErr w:type="spellStart"/>
            <w:r>
              <w:t>Tovaru</w:t>
            </w:r>
            <w:proofErr w:type="spellEnd"/>
            <w:r>
              <w:t xml:space="preserve"> </w:t>
            </w:r>
            <w:proofErr w:type="spellStart"/>
            <w:r>
              <w:t>podľa</w:t>
            </w:r>
            <w:proofErr w:type="spellEnd"/>
            <w:r>
              <w:t xml:space="preserve"> </w:t>
            </w:r>
            <w:proofErr w:type="spellStart"/>
            <w:r>
              <w:t>dodacej</w:t>
            </w:r>
            <w:proofErr w:type="spellEnd"/>
            <w:r>
              <w:t xml:space="preserve"> </w:t>
            </w:r>
            <w:proofErr w:type="spellStart"/>
            <w:r>
              <w:t>doložky</w:t>
            </w:r>
            <w:proofErr w:type="spellEnd"/>
            <w:r>
              <w:t xml:space="preserve"> DAP v </w:t>
            </w:r>
            <w:proofErr w:type="spellStart"/>
            <w:r>
              <w:t>súlade</w:t>
            </w:r>
            <w:proofErr w:type="spellEnd"/>
            <w:r>
              <w:t xml:space="preserve"> s „</w:t>
            </w:r>
            <w:proofErr w:type="gramStart"/>
            <w:r>
              <w:t xml:space="preserve">Incoterms“ </w:t>
            </w:r>
            <w:proofErr w:type="spellStart"/>
            <w:r>
              <w:t>podľa</w:t>
            </w:r>
            <w:proofErr w:type="spellEnd"/>
            <w:proofErr w:type="gramEnd"/>
            <w:r>
              <w:t xml:space="preserve"> </w:t>
            </w:r>
            <w:proofErr w:type="spellStart"/>
            <w:r>
              <w:t>predchádzajúceho</w:t>
            </w:r>
            <w:proofErr w:type="spellEnd"/>
            <w:r>
              <w:t xml:space="preserve"> </w:t>
            </w:r>
            <w:proofErr w:type="spellStart"/>
            <w:r>
              <w:t>článku</w:t>
            </w:r>
            <w:proofErr w:type="spellEnd"/>
            <w:r>
              <w:t xml:space="preserve"> 4 (</w:t>
            </w:r>
            <w:proofErr w:type="spellStart"/>
            <w:r>
              <w:t>Dodanie</w:t>
            </w:r>
            <w:proofErr w:type="spellEnd"/>
            <w:r>
              <w:t xml:space="preserve"> </w:t>
            </w:r>
            <w:proofErr w:type="spellStart"/>
            <w:r>
              <w:t>Tovaru</w:t>
            </w:r>
            <w:proofErr w:type="spellEnd"/>
            <w:r>
              <w:t xml:space="preserve">) a </w:t>
            </w:r>
            <w:proofErr w:type="spellStart"/>
            <w:r>
              <w:t>uhradí</w:t>
            </w:r>
            <w:proofErr w:type="spellEnd"/>
            <w:r>
              <w:t xml:space="preserve"> Kupujúcemu </w:t>
            </w:r>
            <w:proofErr w:type="spellStart"/>
            <w:r>
              <w:t>vlastné</w:t>
            </w:r>
            <w:proofErr w:type="spellEnd"/>
            <w:r>
              <w:t xml:space="preserve"> </w:t>
            </w:r>
            <w:proofErr w:type="spellStart"/>
            <w:r>
              <w:t>výdavky</w:t>
            </w:r>
            <w:proofErr w:type="spellEnd"/>
            <w:r>
              <w:t xml:space="preserve"> </w:t>
            </w:r>
            <w:proofErr w:type="spellStart"/>
            <w:r>
              <w:t>vynaložené</w:t>
            </w:r>
            <w:proofErr w:type="spellEnd"/>
            <w:r>
              <w:t xml:space="preserve"> </w:t>
            </w:r>
            <w:proofErr w:type="spellStart"/>
            <w:r>
              <w:t>na</w:t>
            </w:r>
            <w:proofErr w:type="spellEnd"/>
            <w:r>
              <w:t xml:space="preserve"> </w:t>
            </w:r>
            <w:proofErr w:type="spellStart"/>
            <w:r>
              <w:t>prenájom</w:t>
            </w:r>
            <w:proofErr w:type="spellEnd"/>
            <w:r>
              <w:t xml:space="preserve"> </w:t>
            </w:r>
            <w:proofErr w:type="spellStart"/>
            <w:r>
              <w:t>žeriavov</w:t>
            </w:r>
            <w:proofErr w:type="spellEnd"/>
            <w:r>
              <w:t xml:space="preserve"> a </w:t>
            </w:r>
            <w:proofErr w:type="spellStart"/>
            <w:r>
              <w:t>iných</w:t>
            </w:r>
            <w:proofErr w:type="spellEnd"/>
            <w:r>
              <w:t xml:space="preserve"> </w:t>
            </w:r>
            <w:proofErr w:type="spellStart"/>
            <w:r>
              <w:t>nástrojov</w:t>
            </w:r>
            <w:proofErr w:type="spellEnd"/>
            <w:r>
              <w:t xml:space="preserve">. </w:t>
            </w:r>
            <w:proofErr w:type="spellStart"/>
            <w:r>
              <w:t>Všetky</w:t>
            </w:r>
            <w:proofErr w:type="spellEnd"/>
            <w:r>
              <w:t xml:space="preserve"> </w:t>
            </w:r>
            <w:proofErr w:type="spellStart"/>
            <w:r>
              <w:t>ostatné</w:t>
            </w:r>
            <w:proofErr w:type="spellEnd"/>
            <w:r>
              <w:t xml:space="preserve"> </w:t>
            </w:r>
            <w:proofErr w:type="spellStart"/>
            <w:r>
              <w:t>náklady</w:t>
            </w:r>
            <w:proofErr w:type="spellEnd"/>
            <w:r>
              <w:t xml:space="preserve"> </w:t>
            </w:r>
            <w:proofErr w:type="spellStart"/>
            <w:r>
              <w:t>znáša</w:t>
            </w:r>
            <w:proofErr w:type="spellEnd"/>
            <w:r>
              <w:t xml:space="preserve"> </w:t>
            </w:r>
            <w:proofErr w:type="spellStart"/>
            <w:r>
              <w:t>kupujúci</w:t>
            </w:r>
            <w:proofErr w:type="spellEnd"/>
            <w:r>
              <w:t>.</w:t>
            </w:r>
          </w:p>
        </w:tc>
      </w:tr>
    </w:tbl>
    <w:p w14:paraId="26609B25"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46A32C6" w14:textId="77777777">
        <w:trPr>
          <w:jc w:val="center"/>
        </w:trPr>
        <w:tc>
          <w:tcPr>
            <w:tcW w:w="5159" w:type="dxa"/>
            <w:tcMar>
              <w:top w:w="70" w:type="dxa"/>
              <w:left w:w="95" w:type="dxa"/>
              <w:bottom w:w="70" w:type="dxa"/>
              <w:right w:w="95" w:type="dxa"/>
            </w:tcMar>
          </w:tcPr>
          <w:p w14:paraId="632C9389" w14:textId="77777777" w:rsidR="003F413A" w:rsidRDefault="00000000">
            <w:pPr>
              <w:spacing w:after="40"/>
              <w:jc w:val="both"/>
            </w:pPr>
            <w:r>
              <w:t>9.1.2. The guarantee shall be immediately terminated in the event of:</w:t>
            </w:r>
          </w:p>
          <w:p w14:paraId="4024D858" w14:textId="77777777" w:rsidR="003F413A" w:rsidRDefault="00000000">
            <w:pPr>
              <w:spacing w:after="40"/>
              <w:jc w:val="both"/>
            </w:pPr>
            <w:r>
              <w:t>a)  Improper use of the Goods by the Buyer.</w:t>
            </w:r>
          </w:p>
          <w:p w14:paraId="608C7F2F" w14:textId="77777777" w:rsidR="003F413A" w:rsidRDefault="00000000">
            <w:pPr>
              <w:spacing w:after="40"/>
              <w:jc w:val="both"/>
            </w:pPr>
            <w:r>
              <w:t>b)  Inadequate maintenance by the Buyer.</w:t>
            </w:r>
          </w:p>
          <w:p w14:paraId="08F81867" w14:textId="77777777" w:rsidR="003F413A" w:rsidRDefault="00000000">
            <w:pPr>
              <w:spacing w:after="40"/>
              <w:jc w:val="both"/>
            </w:pPr>
            <w:r>
              <w:t>с) Use of the Goods beyond its physical specifications.</w:t>
            </w:r>
          </w:p>
          <w:p w14:paraId="30CCD13B" w14:textId="77777777" w:rsidR="003F413A" w:rsidRDefault="00000000">
            <w:pPr>
              <w:spacing w:after="40"/>
              <w:jc w:val="both"/>
            </w:pPr>
            <w:r>
              <w:t>d) Use of other than Seller's original spare parts unless Buyer proofs that this did not cause the defect.</w:t>
            </w:r>
          </w:p>
          <w:p w14:paraId="3C83858C" w14:textId="77777777" w:rsidR="003F413A" w:rsidRDefault="00000000">
            <w:pPr>
              <w:spacing w:after="40"/>
              <w:jc w:val="both"/>
            </w:pPr>
            <w:r>
              <w:t>е) Assembly, repair or installation of the Goods by the Buyer or third parties without explicit approval of the Seller, unless Buyer proofs that this did not cause the defect.</w:t>
            </w:r>
          </w:p>
          <w:p w14:paraId="1CA71FC8" w14:textId="77777777" w:rsidR="003F413A" w:rsidRDefault="00000000">
            <w:pPr>
              <w:spacing w:after="40"/>
              <w:jc w:val="both"/>
            </w:pPr>
            <w:r>
              <w:t>The guarantee does not cover wear and tear parts (according to a special list to be supplied by Seller and agreed on by the Parties).</w:t>
            </w:r>
          </w:p>
        </w:tc>
        <w:tc>
          <w:tcPr>
            <w:tcW w:w="5159" w:type="dxa"/>
            <w:tcMar>
              <w:top w:w="70" w:type="dxa"/>
              <w:left w:w="95" w:type="dxa"/>
              <w:bottom w:w="70" w:type="dxa"/>
              <w:right w:w="95" w:type="dxa"/>
            </w:tcMar>
          </w:tcPr>
          <w:p w14:paraId="527AFFEA" w14:textId="77777777" w:rsidR="003F413A" w:rsidRDefault="00000000">
            <w:pPr>
              <w:spacing w:after="40"/>
              <w:jc w:val="both"/>
            </w:pPr>
            <w:r>
              <w:t xml:space="preserve">9.1.2. </w:t>
            </w:r>
            <w:proofErr w:type="spellStart"/>
            <w:r>
              <w:t>Záruka</w:t>
            </w:r>
            <w:proofErr w:type="spellEnd"/>
            <w:r>
              <w:t xml:space="preserve"> </w:t>
            </w:r>
            <w:proofErr w:type="spellStart"/>
            <w:r>
              <w:t>bude</w:t>
            </w:r>
            <w:proofErr w:type="spellEnd"/>
            <w:r>
              <w:t xml:space="preserve"> </w:t>
            </w:r>
            <w:proofErr w:type="spellStart"/>
            <w:r>
              <w:t>okamžite</w:t>
            </w:r>
            <w:proofErr w:type="spellEnd"/>
            <w:r>
              <w:t xml:space="preserve"> </w:t>
            </w:r>
            <w:proofErr w:type="spellStart"/>
            <w:r>
              <w:t>zrušená</w:t>
            </w:r>
            <w:proofErr w:type="spellEnd"/>
            <w:r>
              <w:t xml:space="preserve"> v </w:t>
            </w:r>
            <w:proofErr w:type="spellStart"/>
            <w:r>
              <w:t>prípade</w:t>
            </w:r>
            <w:proofErr w:type="spellEnd"/>
            <w:r>
              <w:t>:</w:t>
            </w:r>
          </w:p>
          <w:p w14:paraId="53B8A00E" w14:textId="77777777" w:rsidR="00FD3E38" w:rsidRPr="00FD3E38" w:rsidRDefault="00FD3E38">
            <w:pPr>
              <w:spacing w:after="40"/>
              <w:jc w:val="both"/>
              <w:rPr>
                <w:sz w:val="12"/>
                <w:szCs w:val="18"/>
              </w:rPr>
            </w:pPr>
          </w:p>
          <w:p w14:paraId="6CE11013" w14:textId="77777777" w:rsidR="003F413A" w:rsidRDefault="00000000">
            <w:pPr>
              <w:spacing w:after="40"/>
              <w:jc w:val="both"/>
            </w:pPr>
            <w:r>
              <w:t xml:space="preserve">a)  </w:t>
            </w:r>
            <w:proofErr w:type="spellStart"/>
            <w:r>
              <w:t>nesprávneho</w:t>
            </w:r>
            <w:proofErr w:type="spellEnd"/>
            <w:r>
              <w:t xml:space="preserve"> </w:t>
            </w:r>
            <w:proofErr w:type="spellStart"/>
            <w:r>
              <w:t>používania</w:t>
            </w:r>
            <w:proofErr w:type="spellEnd"/>
            <w:r>
              <w:t xml:space="preserve"> </w:t>
            </w:r>
            <w:proofErr w:type="spellStart"/>
            <w:r>
              <w:t>Tovaru</w:t>
            </w:r>
            <w:proofErr w:type="spellEnd"/>
            <w:r>
              <w:t xml:space="preserve"> </w:t>
            </w:r>
            <w:proofErr w:type="spellStart"/>
            <w:r>
              <w:t>kupujúcim</w:t>
            </w:r>
            <w:proofErr w:type="spellEnd"/>
            <w:r>
              <w:t>.</w:t>
            </w:r>
          </w:p>
          <w:p w14:paraId="1132A4B0" w14:textId="77777777" w:rsidR="003F413A" w:rsidRDefault="00000000">
            <w:pPr>
              <w:spacing w:after="40"/>
              <w:jc w:val="both"/>
            </w:pPr>
            <w:r>
              <w:t xml:space="preserve">b)  </w:t>
            </w:r>
            <w:proofErr w:type="spellStart"/>
            <w:r>
              <w:t>nevhodnej</w:t>
            </w:r>
            <w:proofErr w:type="spellEnd"/>
            <w:r>
              <w:t xml:space="preserve"> </w:t>
            </w:r>
            <w:proofErr w:type="spellStart"/>
            <w:r>
              <w:t>údržby</w:t>
            </w:r>
            <w:proofErr w:type="spellEnd"/>
            <w:r>
              <w:t xml:space="preserve"> </w:t>
            </w:r>
            <w:proofErr w:type="spellStart"/>
            <w:r>
              <w:t>kupujúceho</w:t>
            </w:r>
            <w:proofErr w:type="spellEnd"/>
            <w:r>
              <w:t>.</w:t>
            </w:r>
          </w:p>
          <w:p w14:paraId="5EE4AA1C" w14:textId="77777777" w:rsidR="003F413A" w:rsidRDefault="00000000">
            <w:pPr>
              <w:spacing w:after="40"/>
              <w:jc w:val="both"/>
            </w:pPr>
            <w:r>
              <w:t xml:space="preserve">с) </w:t>
            </w:r>
            <w:proofErr w:type="spellStart"/>
            <w:r>
              <w:t>používania</w:t>
            </w:r>
            <w:proofErr w:type="spellEnd"/>
            <w:r>
              <w:t xml:space="preserve"> </w:t>
            </w:r>
            <w:proofErr w:type="spellStart"/>
            <w:r>
              <w:t>Tovaru</w:t>
            </w:r>
            <w:proofErr w:type="spellEnd"/>
            <w:r>
              <w:t xml:space="preserve"> </w:t>
            </w:r>
            <w:proofErr w:type="spellStart"/>
            <w:r>
              <w:t>nad</w:t>
            </w:r>
            <w:proofErr w:type="spellEnd"/>
            <w:r>
              <w:t xml:space="preserve"> </w:t>
            </w:r>
            <w:proofErr w:type="spellStart"/>
            <w:r>
              <w:t>rámec</w:t>
            </w:r>
            <w:proofErr w:type="spellEnd"/>
            <w:r>
              <w:t xml:space="preserve"> </w:t>
            </w:r>
            <w:proofErr w:type="spellStart"/>
            <w:r>
              <w:t>jeho</w:t>
            </w:r>
            <w:proofErr w:type="spellEnd"/>
            <w:r>
              <w:t xml:space="preserve"> </w:t>
            </w:r>
            <w:proofErr w:type="spellStart"/>
            <w:r>
              <w:t>fyzických</w:t>
            </w:r>
            <w:proofErr w:type="spellEnd"/>
            <w:r>
              <w:t xml:space="preserve"> </w:t>
            </w:r>
            <w:proofErr w:type="spellStart"/>
            <w:r>
              <w:t>špecifikácií</w:t>
            </w:r>
            <w:proofErr w:type="spellEnd"/>
            <w:r>
              <w:t>.</w:t>
            </w:r>
          </w:p>
          <w:p w14:paraId="055EDA87" w14:textId="77777777" w:rsidR="003F413A" w:rsidRDefault="00000000">
            <w:pPr>
              <w:spacing w:after="40"/>
              <w:jc w:val="both"/>
            </w:pPr>
            <w:r>
              <w:t xml:space="preserve">d) </w:t>
            </w:r>
            <w:proofErr w:type="spellStart"/>
            <w:r>
              <w:t>používania</w:t>
            </w:r>
            <w:proofErr w:type="spellEnd"/>
            <w:r>
              <w:t xml:space="preserve"> </w:t>
            </w:r>
            <w:proofErr w:type="spellStart"/>
            <w:r>
              <w:t>iných</w:t>
            </w:r>
            <w:proofErr w:type="spellEnd"/>
            <w:r>
              <w:t xml:space="preserve"> </w:t>
            </w:r>
            <w:proofErr w:type="spellStart"/>
            <w:r>
              <w:t>ako</w:t>
            </w:r>
            <w:proofErr w:type="spellEnd"/>
            <w:r>
              <w:t xml:space="preserve"> </w:t>
            </w:r>
            <w:proofErr w:type="spellStart"/>
            <w:r>
              <w:t>originálnych</w:t>
            </w:r>
            <w:proofErr w:type="spellEnd"/>
            <w:r>
              <w:t xml:space="preserve"> </w:t>
            </w:r>
            <w:proofErr w:type="spellStart"/>
            <w:r>
              <w:t>náhradných</w:t>
            </w:r>
            <w:proofErr w:type="spellEnd"/>
            <w:r>
              <w:t xml:space="preserve"> </w:t>
            </w:r>
            <w:proofErr w:type="spellStart"/>
            <w:r>
              <w:t>dielov</w:t>
            </w:r>
            <w:proofErr w:type="spellEnd"/>
            <w:r>
              <w:t xml:space="preserve"> </w:t>
            </w:r>
            <w:proofErr w:type="spellStart"/>
            <w:r>
              <w:t>predávajúceho</w:t>
            </w:r>
            <w:proofErr w:type="spellEnd"/>
            <w:r>
              <w:t xml:space="preserve">, </w:t>
            </w:r>
            <w:proofErr w:type="spellStart"/>
            <w:r>
              <w:t>pokiaľ</w:t>
            </w:r>
            <w:proofErr w:type="spellEnd"/>
            <w:r>
              <w:t xml:space="preserve"> </w:t>
            </w:r>
            <w:proofErr w:type="spellStart"/>
            <w:r>
              <w:t>kupujúci</w:t>
            </w:r>
            <w:proofErr w:type="spellEnd"/>
            <w:r>
              <w:t xml:space="preserve"> </w:t>
            </w:r>
            <w:proofErr w:type="spellStart"/>
            <w:r>
              <w:t>nemá</w:t>
            </w:r>
            <w:proofErr w:type="spellEnd"/>
            <w:r>
              <w:t xml:space="preserve"> </w:t>
            </w:r>
            <w:proofErr w:type="spellStart"/>
            <w:r>
              <w:t>súhlas</w:t>
            </w:r>
            <w:proofErr w:type="spellEnd"/>
            <w:r>
              <w:t xml:space="preserve"> </w:t>
            </w:r>
            <w:proofErr w:type="spellStart"/>
            <w:r>
              <w:t>predávajúceho</w:t>
            </w:r>
            <w:proofErr w:type="spellEnd"/>
            <w:r>
              <w:t>.</w:t>
            </w:r>
          </w:p>
          <w:p w14:paraId="22F2252B" w14:textId="77777777" w:rsidR="003F413A" w:rsidRDefault="00000000">
            <w:pPr>
              <w:spacing w:after="40"/>
              <w:jc w:val="both"/>
            </w:pPr>
            <w:r>
              <w:t xml:space="preserve">е) </w:t>
            </w:r>
            <w:proofErr w:type="spellStart"/>
            <w:r>
              <w:t>montáže</w:t>
            </w:r>
            <w:proofErr w:type="spellEnd"/>
            <w:r>
              <w:t xml:space="preserve">, </w:t>
            </w:r>
            <w:proofErr w:type="spellStart"/>
            <w:r>
              <w:t>opravy</w:t>
            </w:r>
            <w:proofErr w:type="spellEnd"/>
            <w:r>
              <w:t xml:space="preserve"> </w:t>
            </w:r>
            <w:proofErr w:type="spellStart"/>
            <w:r>
              <w:t>alebo</w:t>
            </w:r>
            <w:proofErr w:type="spellEnd"/>
            <w:r>
              <w:t xml:space="preserve"> </w:t>
            </w:r>
            <w:proofErr w:type="spellStart"/>
            <w:r>
              <w:t>inštalácie</w:t>
            </w:r>
            <w:proofErr w:type="spellEnd"/>
            <w:r>
              <w:t xml:space="preserve"> </w:t>
            </w:r>
            <w:proofErr w:type="spellStart"/>
            <w:r>
              <w:t>Tovaru</w:t>
            </w:r>
            <w:proofErr w:type="spellEnd"/>
            <w:r>
              <w:t xml:space="preserve"> </w:t>
            </w:r>
            <w:proofErr w:type="spellStart"/>
            <w:r>
              <w:t>kupujúcim</w:t>
            </w:r>
            <w:proofErr w:type="spellEnd"/>
            <w:r>
              <w:t xml:space="preserve"> </w:t>
            </w:r>
            <w:proofErr w:type="spellStart"/>
            <w:r>
              <w:t>alebo</w:t>
            </w:r>
            <w:proofErr w:type="spellEnd"/>
            <w:r>
              <w:t xml:space="preserve"> </w:t>
            </w:r>
            <w:proofErr w:type="spellStart"/>
            <w:r>
              <w:t>tretími</w:t>
            </w:r>
            <w:proofErr w:type="spellEnd"/>
            <w:r>
              <w:t xml:space="preserve"> </w:t>
            </w:r>
            <w:proofErr w:type="spellStart"/>
            <w:r>
              <w:t>osobami</w:t>
            </w:r>
            <w:proofErr w:type="spellEnd"/>
            <w:r>
              <w:t xml:space="preserve"> bez </w:t>
            </w:r>
            <w:proofErr w:type="spellStart"/>
            <w:r>
              <w:t>výslovného</w:t>
            </w:r>
            <w:proofErr w:type="spellEnd"/>
            <w:r>
              <w:t xml:space="preserve"> </w:t>
            </w:r>
            <w:proofErr w:type="spellStart"/>
            <w:r>
              <w:t>súhlasu</w:t>
            </w:r>
            <w:proofErr w:type="spellEnd"/>
            <w:r>
              <w:t xml:space="preserve"> </w:t>
            </w:r>
            <w:proofErr w:type="spellStart"/>
            <w:r>
              <w:t>predávajúceho</w:t>
            </w:r>
            <w:proofErr w:type="spellEnd"/>
            <w:r>
              <w:t>.</w:t>
            </w:r>
          </w:p>
          <w:p w14:paraId="3E8897F8" w14:textId="77777777" w:rsidR="00FD3E38" w:rsidRDefault="00FD3E38">
            <w:pPr>
              <w:spacing w:after="40"/>
              <w:jc w:val="both"/>
            </w:pPr>
          </w:p>
          <w:p w14:paraId="193AEB86" w14:textId="77777777" w:rsidR="003F413A" w:rsidRDefault="00000000">
            <w:pPr>
              <w:spacing w:after="40"/>
              <w:jc w:val="both"/>
            </w:pPr>
            <w:proofErr w:type="spellStart"/>
            <w:r>
              <w:t>Záruka</w:t>
            </w:r>
            <w:proofErr w:type="spellEnd"/>
            <w:r>
              <w:t xml:space="preserve"> </w:t>
            </w:r>
            <w:proofErr w:type="spellStart"/>
            <w:r>
              <w:t>sa</w:t>
            </w:r>
            <w:proofErr w:type="spellEnd"/>
            <w:r>
              <w:t xml:space="preserve"> </w:t>
            </w:r>
            <w:proofErr w:type="spellStart"/>
            <w:r>
              <w:t>nevzťahuje</w:t>
            </w:r>
            <w:proofErr w:type="spellEnd"/>
            <w:r>
              <w:t xml:space="preserve"> </w:t>
            </w:r>
            <w:proofErr w:type="spellStart"/>
            <w:r>
              <w:t>na</w:t>
            </w:r>
            <w:proofErr w:type="spellEnd"/>
            <w:r>
              <w:t xml:space="preserve"> </w:t>
            </w:r>
            <w:proofErr w:type="spellStart"/>
            <w:r>
              <w:t>opotrebované</w:t>
            </w:r>
            <w:proofErr w:type="spellEnd"/>
            <w:r>
              <w:t xml:space="preserve"> </w:t>
            </w:r>
            <w:proofErr w:type="spellStart"/>
            <w:r>
              <w:t>diely</w:t>
            </w:r>
            <w:proofErr w:type="spellEnd"/>
            <w:r>
              <w:t xml:space="preserve"> (</w:t>
            </w:r>
            <w:proofErr w:type="spellStart"/>
            <w:r>
              <w:t>podľa</w:t>
            </w:r>
            <w:proofErr w:type="spellEnd"/>
            <w:r>
              <w:t xml:space="preserve"> </w:t>
            </w:r>
            <w:proofErr w:type="spellStart"/>
            <w:r>
              <w:t>osobitného</w:t>
            </w:r>
            <w:proofErr w:type="spellEnd"/>
            <w:r>
              <w:t xml:space="preserve"> </w:t>
            </w:r>
            <w:proofErr w:type="spellStart"/>
            <w:r>
              <w:t>zoznamu</w:t>
            </w:r>
            <w:proofErr w:type="spellEnd"/>
            <w:r>
              <w:t xml:space="preserve">, </w:t>
            </w:r>
            <w:proofErr w:type="spellStart"/>
            <w:r>
              <w:t>ktorý</w:t>
            </w:r>
            <w:proofErr w:type="spellEnd"/>
            <w:r>
              <w:t xml:space="preserve"> </w:t>
            </w:r>
            <w:proofErr w:type="spellStart"/>
            <w:r>
              <w:t>dodá</w:t>
            </w:r>
            <w:proofErr w:type="spellEnd"/>
            <w:r>
              <w:t xml:space="preserve"> </w:t>
            </w:r>
            <w:proofErr w:type="spellStart"/>
            <w:r>
              <w:t>predávajúci</w:t>
            </w:r>
            <w:proofErr w:type="spellEnd"/>
            <w:r>
              <w:t xml:space="preserve"> </w:t>
            </w:r>
            <w:proofErr w:type="gramStart"/>
            <w:r>
              <w:t>a</w:t>
            </w:r>
            <w:proofErr w:type="gramEnd"/>
            <w:r>
              <w:t xml:space="preserve"> </w:t>
            </w:r>
            <w:proofErr w:type="spellStart"/>
            <w:r>
              <w:t>odsúhlasia</w:t>
            </w:r>
            <w:proofErr w:type="spellEnd"/>
            <w:r>
              <w:t xml:space="preserve"> </w:t>
            </w:r>
            <w:proofErr w:type="spellStart"/>
            <w:r>
              <w:t>zmluvné</w:t>
            </w:r>
            <w:proofErr w:type="spellEnd"/>
            <w:r>
              <w:t xml:space="preserve"> </w:t>
            </w:r>
            <w:proofErr w:type="spellStart"/>
            <w:r>
              <w:t>strany</w:t>
            </w:r>
            <w:proofErr w:type="spellEnd"/>
            <w:r>
              <w:t>).</w:t>
            </w:r>
          </w:p>
        </w:tc>
      </w:tr>
    </w:tbl>
    <w:p w14:paraId="792A8728"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D21C4A0" w14:textId="77777777">
        <w:trPr>
          <w:jc w:val="center"/>
        </w:trPr>
        <w:tc>
          <w:tcPr>
            <w:tcW w:w="5159" w:type="dxa"/>
            <w:tcMar>
              <w:top w:w="70" w:type="dxa"/>
              <w:left w:w="95" w:type="dxa"/>
              <w:bottom w:w="70" w:type="dxa"/>
              <w:right w:w="95" w:type="dxa"/>
            </w:tcMar>
          </w:tcPr>
          <w:p w14:paraId="6F8FF055" w14:textId="77777777" w:rsidR="003F413A" w:rsidRDefault="00000000">
            <w:pPr>
              <w:spacing w:after="40"/>
              <w:jc w:val="both"/>
            </w:pPr>
            <w:r>
              <w:t>9.1.3. In case the warranty obligations will not be fulfilled due to reasons solely caused by the Seller the Buyer has the right after written agreement of the Seller to eliminate the defects in the operation of the Goods by its own forces or by involvement of the third parties at its own risk. In this case the Seller must compensate to the Buyer the incurred proved expenses, within 14 banking days from the moment of receipt of a relevant and documentary confirmed claim from the Buyer. Warranty proceeds as per article 9.2 of the present Contract.</w:t>
            </w:r>
          </w:p>
        </w:tc>
        <w:tc>
          <w:tcPr>
            <w:tcW w:w="5159" w:type="dxa"/>
            <w:tcMar>
              <w:top w:w="70" w:type="dxa"/>
              <w:left w:w="95" w:type="dxa"/>
              <w:bottom w:w="70" w:type="dxa"/>
              <w:right w:w="95" w:type="dxa"/>
            </w:tcMar>
          </w:tcPr>
          <w:p w14:paraId="0003CED0" w14:textId="77777777" w:rsidR="003F413A" w:rsidRDefault="00000000">
            <w:pPr>
              <w:spacing w:after="40"/>
              <w:jc w:val="both"/>
            </w:pPr>
            <w:r>
              <w:t xml:space="preserve">9.1.3. V </w:t>
            </w:r>
            <w:proofErr w:type="spellStart"/>
            <w:r>
              <w:t>prípade</w:t>
            </w:r>
            <w:proofErr w:type="spellEnd"/>
            <w:r>
              <w:t xml:space="preserve"> </w:t>
            </w:r>
            <w:proofErr w:type="spellStart"/>
            <w:r>
              <w:t>nesplnenia</w:t>
            </w:r>
            <w:proofErr w:type="spellEnd"/>
            <w:r>
              <w:t xml:space="preserve"> </w:t>
            </w:r>
            <w:proofErr w:type="spellStart"/>
            <w:r>
              <w:t>záručných</w:t>
            </w:r>
            <w:proofErr w:type="spellEnd"/>
            <w:r>
              <w:t xml:space="preserve"> </w:t>
            </w:r>
            <w:proofErr w:type="spellStart"/>
            <w:r>
              <w:t>povinností</w:t>
            </w:r>
            <w:proofErr w:type="spellEnd"/>
            <w:r>
              <w:t xml:space="preserve"> z </w:t>
            </w:r>
            <w:proofErr w:type="spellStart"/>
            <w:r>
              <w:t>dôvodov</w:t>
            </w:r>
            <w:proofErr w:type="spellEnd"/>
            <w:r>
              <w:t xml:space="preserve"> </w:t>
            </w:r>
            <w:proofErr w:type="spellStart"/>
            <w:r>
              <w:t>výlučne</w:t>
            </w:r>
            <w:proofErr w:type="spellEnd"/>
            <w:r>
              <w:t xml:space="preserve"> </w:t>
            </w:r>
            <w:proofErr w:type="spellStart"/>
            <w:r>
              <w:t>zavinených</w:t>
            </w:r>
            <w:proofErr w:type="spellEnd"/>
            <w:r>
              <w:t xml:space="preserve"> </w:t>
            </w:r>
            <w:proofErr w:type="spellStart"/>
            <w:r>
              <w:t>predávajúcim</w:t>
            </w:r>
            <w:proofErr w:type="spellEnd"/>
            <w:r>
              <w:t xml:space="preserve">, </w:t>
            </w:r>
            <w:proofErr w:type="spellStart"/>
            <w:r>
              <w:t>má</w:t>
            </w:r>
            <w:proofErr w:type="spellEnd"/>
            <w:r>
              <w:t xml:space="preserve"> </w:t>
            </w:r>
            <w:proofErr w:type="spellStart"/>
            <w:r>
              <w:t>kupujúci</w:t>
            </w:r>
            <w:proofErr w:type="spellEnd"/>
            <w:r>
              <w:t xml:space="preserve"> </w:t>
            </w:r>
            <w:proofErr w:type="spellStart"/>
            <w:r>
              <w:t>právo</w:t>
            </w:r>
            <w:proofErr w:type="spellEnd"/>
            <w:r>
              <w:t xml:space="preserve"> po </w:t>
            </w:r>
            <w:proofErr w:type="spellStart"/>
            <w:r>
              <w:t>písomnom</w:t>
            </w:r>
            <w:proofErr w:type="spellEnd"/>
            <w:r>
              <w:t xml:space="preserve"> </w:t>
            </w:r>
            <w:proofErr w:type="spellStart"/>
            <w:r>
              <w:t>súhlase</w:t>
            </w:r>
            <w:proofErr w:type="spellEnd"/>
            <w:r>
              <w:t xml:space="preserve"> </w:t>
            </w:r>
            <w:proofErr w:type="spellStart"/>
            <w:r>
              <w:t>predávajúceho</w:t>
            </w:r>
            <w:proofErr w:type="spellEnd"/>
            <w:r>
              <w:t xml:space="preserve"> </w:t>
            </w:r>
            <w:proofErr w:type="spellStart"/>
            <w:r>
              <w:t>odstrániť</w:t>
            </w:r>
            <w:proofErr w:type="spellEnd"/>
            <w:r>
              <w:t xml:space="preserve"> </w:t>
            </w:r>
            <w:proofErr w:type="spellStart"/>
            <w:r>
              <w:t>nedostatky</w:t>
            </w:r>
            <w:proofErr w:type="spellEnd"/>
            <w:r>
              <w:t xml:space="preserve"> v </w:t>
            </w:r>
            <w:proofErr w:type="spellStart"/>
            <w:r>
              <w:t>prevádzke</w:t>
            </w:r>
            <w:proofErr w:type="spellEnd"/>
            <w:r>
              <w:t xml:space="preserve"> </w:t>
            </w:r>
            <w:proofErr w:type="spellStart"/>
            <w:r>
              <w:t>tovaru</w:t>
            </w:r>
            <w:proofErr w:type="spellEnd"/>
            <w:r>
              <w:t xml:space="preserve"> </w:t>
            </w:r>
            <w:proofErr w:type="spellStart"/>
            <w:r>
              <w:t>vlastnými</w:t>
            </w:r>
            <w:proofErr w:type="spellEnd"/>
            <w:r>
              <w:t xml:space="preserve"> </w:t>
            </w:r>
            <w:proofErr w:type="spellStart"/>
            <w:r>
              <w:t>silami</w:t>
            </w:r>
            <w:proofErr w:type="spellEnd"/>
            <w:r>
              <w:t xml:space="preserve"> </w:t>
            </w:r>
            <w:proofErr w:type="spellStart"/>
            <w:r>
              <w:t>alebo</w:t>
            </w:r>
            <w:proofErr w:type="spellEnd"/>
            <w:r>
              <w:t xml:space="preserve"> </w:t>
            </w:r>
            <w:proofErr w:type="spellStart"/>
            <w:r>
              <w:t>zapojením</w:t>
            </w:r>
            <w:proofErr w:type="spellEnd"/>
            <w:r>
              <w:t xml:space="preserve"> </w:t>
            </w:r>
            <w:proofErr w:type="spellStart"/>
            <w:r>
              <w:t>tretích</w:t>
            </w:r>
            <w:proofErr w:type="spellEnd"/>
            <w:r>
              <w:t xml:space="preserve"> </w:t>
            </w:r>
            <w:proofErr w:type="spellStart"/>
            <w:r>
              <w:t>osôb</w:t>
            </w:r>
            <w:proofErr w:type="spellEnd"/>
            <w:r>
              <w:t xml:space="preserve"> </w:t>
            </w:r>
            <w:proofErr w:type="spellStart"/>
            <w:r>
              <w:t>na</w:t>
            </w:r>
            <w:proofErr w:type="spellEnd"/>
            <w:r>
              <w:t xml:space="preserve"> </w:t>
            </w:r>
            <w:proofErr w:type="spellStart"/>
            <w:r>
              <w:t>vlastné</w:t>
            </w:r>
            <w:proofErr w:type="spellEnd"/>
            <w:r>
              <w:t xml:space="preserve"> </w:t>
            </w:r>
            <w:proofErr w:type="spellStart"/>
            <w:r>
              <w:t>riziko</w:t>
            </w:r>
            <w:proofErr w:type="spellEnd"/>
            <w:r>
              <w:t xml:space="preserve">. V </w:t>
            </w:r>
            <w:proofErr w:type="spellStart"/>
            <w:r>
              <w:t>tomto</w:t>
            </w:r>
            <w:proofErr w:type="spellEnd"/>
            <w:r>
              <w:t xml:space="preserve"> </w:t>
            </w:r>
            <w:proofErr w:type="spellStart"/>
            <w:r>
              <w:t>prípade</w:t>
            </w:r>
            <w:proofErr w:type="spellEnd"/>
            <w:r>
              <w:t xml:space="preserve"> je </w:t>
            </w:r>
            <w:proofErr w:type="spellStart"/>
            <w:r>
              <w:t>predávajúci</w:t>
            </w:r>
            <w:proofErr w:type="spellEnd"/>
            <w:r>
              <w:t xml:space="preserve"> </w:t>
            </w:r>
            <w:proofErr w:type="spellStart"/>
            <w:r>
              <w:t>povinný</w:t>
            </w:r>
            <w:proofErr w:type="spellEnd"/>
            <w:r>
              <w:t xml:space="preserve"> </w:t>
            </w:r>
            <w:proofErr w:type="spellStart"/>
            <w:r>
              <w:t>nahradiť</w:t>
            </w:r>
            <w:proofErr w:type="spellEnd"/>
            <w:r>
              <w:t xml:space="preserve"> </w:t>
            </w:r>
            <w:proofErr w:type="spellStart"/>
            <w:r>
              <w:t>kupujúcemu</w:t>
            </w:r>
            <w:proofErr w:type="spellEnd"/>
            <w:r>
              <w:t xml:space="preserve"> </w:t>
            </w:r>
            <w:proofErr w:type="spellStart"/>
            <w:r>
              <w:t>vzniknuté</w:t>
            </w:r>
            <w:proofErr w:type="spellEnd"/>
            <w:r>
              <w:t xml:space="preserve"> </w:t>
            </w:r>
            <w:proofErr w:type="spellStart"/>
            <w:r>
              <w:t>preukázané</w:t>
            </w:r>
            <w:proofErr w:type="spellEnd"/>
            <w:r>
              <w:t xml:space="preserve"> </w:t>
            </w:r>
            <w:proofErr w:type="spellStart"/>
            <w:r>
              <w:t>výdavky</w:t>
            </w:r>
            <w:proofErr w:type="spellEnd"/>
            <w:r>
              <w:t xml:space="preserve">, do 14 </w:t>
            </w:r>
            <w:proofErr w:type="spellStart"/>
            <w:r>
              <w:t>bankových</w:t>
            </w:r>
            <w:proofErr w:type="spellEnd"/>
            <w:r>
              <w:t xml:space="preserve"> </w:t>
            </w:r>
            <w:proofErr w:type="spellStart"/>
            <w:r>
              <w:t>dní</w:t>
            </w:r>
            <w:proofErr w:type="spellEnd"/>
            <w:r>
              <w:t xml:space="preserve"> </w:t>
            </w:r>
            <w:proofErr w:type="spellStart"/>
            <w:r>
              <w:t>od</w:t>
            </w:r>
            <w:proofErr w:type="spellEnd"/>
            <w:r>
              <w:t xml:space="preserve"> </w:t>
            </w:r>
            <w:proofErr w:type="spellStart"/>
            <w:r>
              <w:t>momentu</w:t>
            </w:r>
            <w:proofErr w:type="spellEnd"/>
            <w:r>
              <w:t xml:space="preserve"> </w:t>
            </w:r>
            <w:proofErr w:type="spellStart"/>
            <w:r>
              <w:t>prijatia</w:t>
            </w:r>
            <w:proofErr w:type="spellEnd"/>
            <w:r>
              <w:t xml:space="preserve"> </w:t>
            </w:r>
            <w:proofErr w:type="spellStart"/>
            <w:r>
              <w:t>relevantnej</w:t>
            </w:r>
            <w:proofErr w:type="spellEnd"/>
            <w:r>
              <w:t xml:space="preserve"> a </w:t>
            </w:r>
            <w:proofErr w:type="spellStart"/>
            <w:r>
              <w:t>písomne</w:t>
            </w:r>
            <w:proofErr w:type="spellEnd"/>
            <w:r>
              <w:t xml:space="preserve"> ​​</w:t>
            </w:r>
            <w:proofErr w:type="spellStart"/>
            <w:r>
              <w:t>preukázanej</w:t>
            </w:r>
            <w:proofErr w:type="spellEnd"/>
            <w:r>
              <w:t xml:space="preserve"> </w:t>
            </w:r>
            <w:proofErr w:type="spellStart"/>
            <w:r>
              <w:t>reklamácie</w:t>
            </w:r>
            <w:proofErr w:type="spellEnd"/>
            <w:r>
              <w:t xml:space="preserve"> </w:t>
            </w:r>
            <w:proofErr w:type="spellStart"/>
            <w:r>
              <w:t>od</w:t>
            </w:r>
            <w:proofErr w:type="spellEnd"/>
            <w:r>
              <w:t xml:space="preserve"> </w:t>
            </w:r>
            <w:proofErr w:type="spellStart"/>
            <w:r>
              <w:t>kupujúceho</w:t>
            </w:r>
            <w:proofErr w:type="spellEnd"/>
            <w:r>
              <w:t xml:space="preserve">. </w:t>
            </w:r>
            <w:proofErr w:type="spellStart"/>
            <w:r>
              <w:t>Pri</w:t>
            </w:r>
            <w:proofErr w:type="spellEnd"/>
            <w:r>
              <w:t xml:space="preserve"> </w:t>
            </w:r>
            <w:proofErr w:type="spellStart"/>
            <w:r>
              <w:t>záruke</w:t>
            </w:r>
            <w:proofErr w:type="spellEnd"/>
            <w:r>
              <w:t xml:space="preserve"> </w:t>
            </w:r>
            <w:proofErr w:type="spellStart"/>
            <w:r>
              <w:t>sa</w:t>
            </w:r>
            <w:proofErr w:type="spellEnd"/>
            <w:r>
              <w:t xml:space="preserve"> </w:t>
            </w:r>
            <w:proofErr w:type="spellStart"/>
            <w:r>
              <w:t>postupuje</w:t>
            </w:r>
            <w:proofErr w:type="spellEnd"/>
            <w:r>
              <w:t xml:space="preserve"> </w:t>
            </w:r>
            <w:proofErr w:type="spellStart"/>
            <w:r>
              <w:t>podľa</w:t>
            </w:r>
            <w:proofErr w:type="spellEnd"/>
            <w:r>
              <w:t xml:space="preserve"> </w:t>
            </w:r>
            <w:proofErr w:type="spellStart"/>
            <w:r>
              <w:t>článku</w:t>
            </w:r>
            <w:proofErr w:type="spellEnd"/>
            <w:r>
              <w:t xml:space="preserve"> 9.2 </w:t>
            </w:r>
            <w:proofErr w:type="spellStart"/>
            <w:r>
              <w:t>tejto</w:t>
            </w:r>
            <w:proofErr w:type="spellEnd"/>
            <w:r>
              <w:t xml:space="preserve"> </w:t>
            </w:r>
            <w:proofErr w:type="spellStart"/>
            <w:r>
              <w:t>zmluvy</w:t>
            </w:r>
            <w:proofErr w:type="spellEnd"/>
            <w:r>
              <w:t>.</w:t>
            </w:r>
          </w:p>
        </w:tc>
      </w:tr>
    </w:tbl>
    <w:p w14:paraId="0380F769"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B5E6F70" w14:textId="77777777">
        <w:trPr>
          <w:jc w:val="center"/>
        </w:trPr>
        <w:tc>
          <w:tcPr>
            <w:tcW w:w="5159" w:type="dxa"/>
            <w:tcMar>
              <w:top w:w="70" w:type="dxa"/>
              <w:left w:w="95" w:type="dxa"/>
              <w:bottom w:w="70" w:type="dxa"/>
              <w:right w:w="95" w:type="dxa"/>
            </w:tcMar>
          </w:tcPr>
          <w:p w14:paraId="05A02AD0" w14:textId="4D75F613" w:rsidR="003F413A" w:rsidRDefault="00000000">
            <w:pPr>
              <w:spacing w:after="40"/>
              <w:jc w:val="both"/>
            </w:pPr>
            <w:r>
              <w:t xml:space="preserve">9.2. The defective Goods are returned by the Buyer at the expense and by the request of the Seller after delivery of new Goods. The </w:t>
            </w:r>
            <w:r>
              <w:lastRenderedPageBreak/>
              <w:t>warranty period for such Goods is calculated from the moment of replacement (installation) and is 12 calendar months.</w:t>
            </w:r>
          </w:p>
        </w:tc>
        <w:tc>
          <w:tcPr>
            <w:tcW w:w="5159" w:type="dxa"/>
            <w:tcMar>
              <w:top w:w="70" w:type="dxa"/>
              <w:left w:w="95" w:type="dxa"/>
              <w:bottom w:w="70" w:type="dxa"/>
              <w:right w:w="95" w:type="dxa"/>
            </w:tcMar>
          </w:tcPr>
          <w:p w14:paraId="6C97171C" w14:textId="77777777" w:rsidR="003F413A" w:rsidRDefault="00000000">
            <w:pPr>
              <w:spacing w:after="40"/>
              <w:jc w:val="both"/>
            </w:pPr>
            <w:r>
              <w:lastRenderedPageBreak/>
              <w:t xml:space="preserve">9.2. </w:t>
            </w:r>
            <w:proofErr w:type="spellStart"/>
            <w:r>
              <w:t>Chybný</w:t>
            </w:r>
            <w:proofErr w:type="spellEnd"/>
            <w:r>
              <w:t xml:space="preserve"> Tovar </w:t>
            </w:r>
            <w:proofErr w:type="spellStart"/>
            <w:r>
              <w:t>vráti</w:t>
            </w:r>
            <w:proofErr w:type="spellEnd"/>
            <w:r>
              <w:t xml:space="preserve"> </w:t>
            </w:r>
            <w:proofErr w:type="spellStart"/>
            <w:r>
              <w:t>kupujúci</w:t>
            </w:r>
            <w:proofErr w:type="spellEnd"/>
            <w:r>
              <w:t xml:space="preserve"> </w:t>
            </w:r>
            <w:proofErr w:type="spellStart"/>
            <w:r>
              <w:t>na</w:t>
            </w:r>
            <w:proofErr w:type="spellEnd"/>
            <w:r>
              <w:t xml:space="preserve"> </w:t>
            </w:r>
            <w:proofErr w:type="spellStart"/>
            <w:r>
              <w:t>náklady</w:t>
            </w:r>
            <w:proofErr w:type="spellEnd"/>
            <w:r>
              <w:t xml:space="preserve"> a </w:t>
            </w:r>
            <w:proofErr w:type="spellStart"/>
            <w:r>
              <w:t>žiadosť</w:t>
            </w:r>
            <w:proofErr w:type="spellEnd"/>
            <w:r>
              <w:t xml:space="preserve"> </w:t>
            </w:r>
            <w:proofErr w:type="spellStart"/>
            <w:r>
              <w:t>predávajúceho</w:t>
            </w:r>
            <w:proofErr w:type="spellEnd"/>
            <w:r>
              <w:t xml:space="preserve"> po </w:t>
            </w:r>
            <w:proofErr w:type="spellStart"/>
            <w:r>
              <w:t>dodaní</w:t>
            </w:r>
            <w:proofErr w:type="spellEnd"/>
            <w:r>
              <w:t xml:space="preserve"> </w:t>
            </w:r>
            <w:proofErr w:type="spellStart"/>
            <w:r>
              <w:t>nového</w:t>
            </w:r>
            <w:proofErr w:type="spellEnd"/>
            <w:r>
              <w:t xml:space="preserve"> </w:t>
            </w:r>
            <w:proofErr w:type="spellStart"/>
            <w:r>
              <w:t>Tovaru</w:t>
            </w:r>
            <w:proofErr w:type="spellEnd"/>
            <w:r>
              <w:t xml:space="preserve">. </w:t>
            </w:r>
            <w:proofErr w:type="spellStart"/>
            <w:r>
              <w:t>Záručná</w:t>
            </w:r>
            <w:proofErr w:type="spellEnd"/>
            <w:r>
              <w:t xml:space="preserve"> </w:t>
            </w:r>
            <w:proofErr w:type="spellStart"/>
            <w:r>
              <w:t>doba</w:t>
            </w:r>
            <w:proofErr w:type="spellEnd"/>
            <w:r>
              <w:t xml:space="preserve"> </w:t>
            </w:r>
            <w:proofErr w:type="spellStart"/>
            <w:r>
              <w:t>na</w:t>
            </w:r>
            <w:proofErr w:type="spellEnd"/>
            <w:r>
              <w:t xml:space="preserve"> </w:t>
            </w:r>
            <w:proofErr w:type="spellStart"/>
            <w:r>
              <w:t>takýto</w:t>
            </w:r>
            <w:proofErr w:type="spellEnd"/>
            <w:r>
              <w:t xml:space="preserve"> </w:t>
            </w:r>
            <w:r>
              <w:lastRenderedPageBreak/>
              <w:t xml:space="preserve">Tovar </w:t>
            </w:r>
            <w:proofErr w:type="spellStart"/>
            <w:r>
              <w:t>sa</w:t>
            </w:r>
            <w:proofErr w:type="spellEnd"/>
            <w:r>
              <w:t xml:space="preserve"> </w:t>
            </w:r>
            <w:proofErr w:type="spellStart"/>
            <w:r>
              <w:t>počíta</w:t>
            </w:r>
            <w:proofErr w:type="spellEnd"/>
            <w:r>
              <w:t xml:space="preserve"> </w:t>
            </w:r>
            <w:proofErr w:type="spellStart"/>
            <w:r>
              <w:t>od</w:t>
            </w:r>
            <w:proofErr w:type="spellEnd"/>
            <w:r>
              <w:t xml:space="preserve"> </w:t>
            </w:r>
            <w:proofErr w:type="spellStart"/>
            <w:r>
              <w:t>okamihu</w:t>
            </w:r>
            <w:proofErr w:type="spellEnd"/>
            <w:r>
              <w:t xml:space="preserve"> </w:t>
            </w:r>
            <w:proofErr w:type="spellStart"/>
            <w:r>
              <w:t>výmeny</w:t>
            </w:r>
            <w:proofErr w:type="spellEnd"/>
            <w:r>
              <w:t xml:space="preserve"> (</w:t>
            </w:r>
            <w:proofErr w:type="spellStart"/>
            <w:r>
              <w:t>inštalácie</w:t>
            </w:r>
            <w:proofErr w:type="spellEnd"/>
            <w:r>
              <w:t xml:space="preserve">) a </w:t>
            </w:r>
            <w:proofErr w:type="spellStart"/>
            <w:r>
              <w:t>trvá</w:t>
            </w:r>
            <w:proofErr w:type="spellEnd"/>
            <w:r>
              <w:t xml:space="preserve"> 12 </w:t>
            </w:r>
            <w:proofErr w:type="spellStart"/>
            <w:r>
              <w:t>kalendárnych</w:t>
            </w:r>
            <w:proofErr w:type="spellEnd"/>
            <w:r>
              <w:t xml:space="preserve"> </w:t>
            </w:r>
            <w:proofErr w:type="spellStart"/>
            <w:r>
              <w:t>mesiacov</w:t>
            </w:r>
            <w:proofErr w:type="spellEnd"/>
            <w:r>
              <w:t>.</w:t>
            </w:r>
          </w:p>
        </w:tc>
      </w:tr>
    </w:tbl>
    <w:p w14:paraId="70E6113F"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756B406" w14:textId="77777777">
        <w:trPr>
          <w:jc w:val="center"/>
        </w:trPr>
        <w:tc>
          <w:tcPr>
            <w:tcW w:w="5159" w:type="dxa"/>
            <w:tcMar>
              <w:top w:w="70" w:type="dxa"/>
              <w:left w:w="95" w:type="dxa"/>
              <w:bottom w:w="70" w:type="dxa"/>
              <w:right w:w="95" w:type="dxa"/>
            </w:tcMar>
          </w:tcPr>
          <w:p w14:paraId="45309DF0" w14:textId="77777777" w:rsidR="003F413A" w:rsidRDefault="00000000">
            <w:pPr>
              <w:spacing w:after="40"/>
              <w:jc w:val="both"/>
            </w:pPr>
            <w:r>
              <w:t xml:space="preserve">9.3. If there occurs any damage to the Goods by fault of the Buyer, the Buyer </w:t>
            </w:r>
            <w:proofErr w:type="gramStart"/>
            <w:r>
              <w:t>has to</w:t>
            </w:r>
            <w:proofErr w:type="gramEnd"/>
            <w:r>
              <w:t xml:space="preserve"> sustain the costs of a repair or replacement of the Goods at his own expense.</w:t>
            </w:r>
          </w:p>
        </w:tc>
        <w:tc>
          <w:tcPr>
            <w:tcW w:w="5159" w:type="dxa"/>
            <w:tcMar>
              <w:top w:w="70" w:type="dxa"/>
              <w:left w:w="95" w:type="dxa"/>
              <w:bottom w:w="70" w:type="dxa"/>
              <w:right w:w="95" w:type="dxa"/>
            </w:tcMar>
          </w:tcPr>
          <w:p w14:paraId="7527EA5C" w14:textId="77777777" w:rsidR="003F413A" w:rsidRDefault="00000000">
            <w:pPr>
              <w:spacing w:after="40"/>
              <w:jc w:val="both"/>
            </w:pPr>
            <w:r>
              <w:t xml:space="preserve">9.3. Ak </w:t>
            </w:r>
            <w:proofErr w:type="spellStart"/>
            <w:r>
              <w:t>dôjde</w:t>
            </w:r>
            <w:proofErr w:type="spellEnd"/>
            <w:r>
              <w:t xml:space="preserve"> k </w:t>
            </w:r>
            <w:proofErr w:type="spellStart"/>
            <w:r>
              <w:t>poškodeniu</w:t>
            </w:r>
            <w:proofErr w:type="spellEnd"/>
            <w:r>
              <w:t xml:space="preserve"> </w:t>
            </w:r>
            <w:proofErr w:type="spellStart"/>
            <w:r>
              <w:t>Tovaru</w:t>
            </w:r>
            <w:proofErr w:type="spellEnd"/>
            <w:r>
              <w:t xml:space="preserve">, </w:t>
            </w:r>
            <w:proofErr w:type="spellStart"/>
            <w:r>
              <w:t>ktoré</w:t>
            </w:r>
            <w:proofErr w:type="spellEnd"/>
            <w:r>
              <w:t xml:space="preserve"> je </w:t>
            </w:r>
            <w:proofErr w:type="spellStart"/>
            <w:r>
              <w:t>spôsobené</w:t>
            </w:r>
            <w:proofErr w:type="spellEnd"/>
            <w:r>
              <w:t xml:space="preserve"> </w:t>
            </w:r>
            <w:proofErr w:type="spellStart"/>
            <w:r>
              <w:t>zavinením</w:t>
            </w:r>
            <w:proofErr w:type="spellEnd"/>
            <w:r>
              <w:t xml:space="preserve"> </w:t>
            </w:r>
            <w:proofErr w:type="spellStart"/>
            <w:r>
              <w:t>kupujúceho</w:t>
            </w:r>
            <w:proofErr w:type="spellEnd"/>
            <w:r>
              <w:t xml:space="preserve">, </w:t>
            </w:r>
            <w:proofErr w:type="spellStart"/>
            <w:r>
              <w:t>kupujúci</w:t>
            </w:r>
            <w:proofErr w:type="spellEnd"/>
            <w:r>
              <w:t xml:space="preserve"> je </w:t>
            </w:r>
            <w:proofErr w:type="spellStart"/>
            <w:r>
              <w:t>povinný</w:t>
            </w:r>
            <w:proofErr w:type="spellEnd"/>
            <w:r>
              <w:t xml:space="preserve"> </w:t>
            </w:r>
            <w:proofErr w:type="spellStart"/>
            <w:r>
              <w:t>znášať</w:t>
            </w:r>
            <w:proofErr w:type="spellEnd"/>
            <w:r>
              <w:t xml:space="preserve"> </w:t>
            </w:r>
            <w:proofErr w:type="spellStart"/>
            <w:r>
              <w:t>náklady</w:t>
            </w:r>
            <w:proofErr w:type="spellEnd"/>
            <w:r>
              <w:t xml:space="preserve"> </w:t>
            </w:r>
            <w:proofErr w:type="spellStart"/>
            <w:r>
              <w:t>na</w:t>
            </w:r>
            <w:proofErr w:type="spellEnd"/>
            <w:r>
              <w:t xml:space="preserve"> </w:t>
            </w:r>
            <w:proofErr w:type="spellStart"/>
            <w:r>
              <w:t>opravu</w:t>
            </w:r>
            <w:proofErr w:type="spellEnd"/>
            <w:r>
              <w:t xml:space="preserve"> </w:t>
            </w:r>
            <w:proofErr w:type="spellStart"/>
            <w:r>
              <w:t>samostatne</w:t>
            </w:r>
            <w:proofErr w:type="spellEnd"/>
            <w:r>
              <w:t>.</w:t>
            </w:r>
          </w:p>
        </w:tc>
      </w:tr>
    </w:tbl>
    <w:p w14:paraId="74451388"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63AAAD5" w14:textId="77777777">
        <w:trPr>
          <w:jc w:val="center"/>
        </w:trPr>
        <w:tc>
          <w:tcPr>
            <w:tcW w:w="5159" w:type="dxa"/>
            <w:tcMar>
              <w:top w:w="70" w:type="dxa"/>
              <w:left w:w="95" w:type="dxa"/>
              <w:bottom w:w="70" w:type="dxa"/>
              <w:right w:w="95" w:type="dxa"/>
            </w:tcMar>
          </w:tcPr>
          <w:p w14:paraId="190B41F1" w14:textId="77777777" w:rsidR="003F413A" w:rsidRDefault="00000000">
            <w:pPr>
              <w:spacing w:after="40"/>
              <w:jc w:val="both"/>
            </w:pPr>
            <w:r>
              <w:t>9.4. There are no other warranties, statutory or at law, express or implied, including implied warranties of merchantability or other quality and fitness for a particular purpose, which extend beyond the face of the contract.</w:t>
            </w:r>
          </w:p>
        </w:tc>
        <w:tc>
          <w:tcPr>
            <w:tcW w:w="5159" w:type="dxa"/>
            <w:tcMar>
              <w:top w:w="70" w:type="dxa"/>
              <w:left w:w="95" w:type="dxa"/>
              <w:bottom w:w="70" w:type="dxa"/>
              <w:right w:w="95" w:type="dxa"/>
            </w:tcMar>
          </w:tcPr>
          <w:p w14:paraId="5FED8600" w14:textId="77777777" w:rsidR="003F413A" w:rsidRDefault="00000000">
            <w:pPr>
              <w:spacing w:after="40"/>
              <w:jc w:val="both"/>
            </w:pPr>
            <w:r>
              <w:t xml:space="preserve">9.4. </w:t>
            </w:r>
            <w:proofErr w:type="spellStart"/>
            <w:r>
              <w:t>Neexistujú</w:t>
            </w:r>
            <w:proofErr w:type="spellEnd"/>
            <w:r>
              <w:t xml:space="preserve"> </w:t>
            </w:r>
            <w:proofErr w:type="spellStart"/>
            <w:r>
              <w:t>žiadne</w:t>
            </w:r>
            <w:proofErr w:type="spellEnd"/>
            <w:r>
              <w:t xml:space="preserve"> </w:t>
            </w:r>
            <w:proofErr w:type="spellStart"/>
            <w:r>
              <w:t>ďalšie</w:t>
            </w:r>
            <w:proofErr w:type="spellEnd"/>
            <w:r>
              <w:t xml:space="preserve"> </w:t>
            </w:r>
            <w:proofErr w:type="spellStart"/>
            <w:r>
              <w:t>záruky</w:t>
            </w:r>
            <w:proofErr w:type="spellEnd"/>
            <w:r>
              <w:t xml:space="preserve">, </w:t>
            </w:r>
            <w:proofErr w:type="spellStart"/>
            <w:r>
              <w:t>štatutárne</w:t>
            </w:r>
            <w:proofErr w:type="spellEnd"/>
            <w:r>
              <w:t xml:space="preserve"> </w:t>
            </w:r>
            <w:proofErr w:type="spellStart"/>
            <w:r>
              <w:t>alebo</w:t>
            </w:r>
            <w:proofErr w:type="spellEnd"/>
            <w:r>
              <w:t xml:space="preserve"> </w:t>
            </w:r>
            <w:proofErr w:type="spellStart"/>
            <w:r>
              <w:t>zákonné</w:t>
            </w:r>
            <w:proofErr w:type="spellEnd"/>
            <w:r>
              <w:t xml:space="preserve">, </w:t>
            </w:r>
            <w:proofErr w:type="spellStart"/>
            <w:r>
              <w:t>výslovné</w:t>
            </w:r>
            <w:proofErr w:type="spellEnd"/>
            <w:r>
              <w:t xml:space="preserve"> </w:t>
            </w:r>
            <w:proofErr w:type="spellStart"/>
            <w:r>
              <w:t>alebo</w:t>
            </w:r>
            <w:proofErr w:type="spellEnd"/>
            <w:r>
              <w:t xml:space="preserve"> </w:t>
            </w:r>
            <w:proofErr w:type="spellStart"/>
            <w:r>
              <w:t>implicitné</w:t>
            </w:r>
            <w:proofErr w:type="spellEnd"/>
            <w:r>
              <w:t xml:space="preserve">, </w:t>
            </w:r>
            <w:proofErr w:type="spellStart"/>
            <w:r>
              <w:t>vrátane</w:t>
            </w:r>
            <w:proofErr w:type="spellEnd"/>
            <w:r>
              <w:t xml:space="preserve"> </w:t>
            </w:r>
            <w:proofErr w:type="spellStart"/>
            <w:r>
              <w:t>implicitných</w:t>
            </w:r>
            <w:proofErr w:type="spellEnd"/>
            <w:r>
              <w:t xml:space="preserve"> </w:t>
            </w:r>
            <w:proofErr w:type="spellStart"/>
            <w:r>
              <w:t>záruk</w:t>
            </w:r>
            <w:proofErr w:type="spellEnd"/>
            <w:r>
              <w:t xml:space="preserve"> </w:t>
            </w:r>
            <w:proofErr w:type="spellStart"/>
            <w:r>
              <w:t>predajnosti</w:t>
            </w:r>
            <w:proofErr w:type="spellEnd"/>
            <w:r>
              <w:t xml:space="preserve"> </w:t>
            </w:r>
            <w:proofErr w:type="spellStart"/>
            <w:r>
              <w:t>alebo</w:t>
            </w:r>
            <w:proofErr w:type="spellEnd"/>
            <w:r>
              <w:t xml:space="preserve"> </w:t>
            </w:r>
            <w:proofErr w:type="spellStart"/>
            <w:r>
              <w:t>inej</w:t>
            </w:r>
            <w:proofErr w:type="spellEnd"/>
            <w:r>
              <w:t xml:space="preserve"> </w:t>
            </w:r>
            <w:proofErr w:type="spellStart"/>
            <w:r>
              <w:t>kvality</w:t>
            </w:r>
            <w:proofErr w:type="spellEnd"/>
            <w:r>
              <w:t xml:space="preserve"> a </w:t>
            </w:r>
            <w:proofErr w:type="spellStart"/>
            <w:r>
              <w:t>vhodnosti</w:t>
            </w:r>
            <w:proofErr w:type="spellEnd"/>
            <w:r>
              <w:t xml:space="preserve"> </w:t>
            </w:r>
            <w:proofErr w:type="spellStart"/>
            <w:r>
              <w:t>na</w:t>
            </w:r>
            <w:proofErr w:type="spellEnd"/>
            <w:r>
              <w:t xml:space="preserve"> </w:t>
            </w:r>
            <w:proofErr w:type="spellStart"/>
            <w:r>
              <w:t>konkrétny</w:t>
            </w:r>
            <w:proofErr w:type="spellEnd"/>
            <w:r>
              <w:t xml:space="preserve"> </w:t>
            </w:r>
            <w:proofErr w:type="spellStart"/>
            <w:r>
              <w:t>účel</w:t>
            </w:r>
            <w:proofErr w:type="spellEnd"/>
            <w:r>
              <w:t xml:space="preserve">, </w:t>
            </w:r>
            <w:proofErr w:type="spellStart"/>
            <w:r>
              <w:t>ktoré</w:t>
            </w:r>
            <w:proofErr w:type="spellEnd"/>
            <w:r>
              <w:t xml:space="preserve"> </w:t>
            </w:r>
            <w:proofErr w:type="spellStart"/>
            <w:r>
              <w:t>presahujú</w:t>
            </w:r>
            <w:proofErr w:type="spellEnd"/>
            <w:r>
              <w:t xml:space="preserve"> </w:t>
            </w:r>
            <w:proofErr w:type="spellStart"/>
            <w:r>
              <w:t>rámec</w:t>
            </w:r>
            <w:proofErr w:type="spellEnd"/>
            <w:r>
              <w:t xml:space="preserve"> </w:t>
            </w:r>
            <w:proofErr w:type="spellStart"/>
            <w:r>
              <w:t>zmluvy</w:t>
            </w:r>
            <w:proofErr w:type="spellEnd"/>
            <w:r>
              <w:t>.</w:t>
            </w:r>
          </w:p>
        </w:tc>
      </w:tr>
    </w:tbl>
    <w:p w14:paraId="03B87863"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188D978D" w14:textId="77777777">
        <w:trPr>
          <w:jc w:val="center"/>
        </w:trPr>
        <w:tc>
          <w:tcPr>
            <w:tcW w:w="5159" w:type="dxa"/>
            <w:shd w:val="clear" w:color="auto" w:fill="EDEDED"/>
            <w:tcMar>
              <w:top w:w="90" w:type="dxa"/>
              <w:left w:w="95" w:type="dxa"/>
              <w:bottom w:w="90" w:type="dxa"/>
              <w:right w:w="95" w:type="dxa"/>
            </w:tcMar>
          </w:tcPr>
          <w:p w14:paraId="56EF1A9F" w14:textId="77777777" w:rsidR="003F413A" w:rsidRDefault="00000000">
            <w:pPr>
              <w:keepNext/>
              <w:spacing w:after="40"/>
              <w:jc w:val="center"/>
            </w:pPr>
            <w:r>
              <w:rPr>
                <w:b/>
                <w:sz w:val="18"/>
              </w:rPr>
              <w:t>Article 10. Force-Majeure</w:t>
            </w:r>
          </w:p>
        </w:tc>
        <w:tc>
          <w:tcPr>
            <w:tcW w:w="5159" w:type="dxa"/>
            <w:shd w:val="clear" w:color="auto" w:fill="EDEDED"/>
            <w:tcMar>
              <w:top w:w="90" w:type="dxa"/>
              <w:left w:w="95" w:type="dxa"/>
              <w:bottom w:w="90" w:type="dxa"/>
              <w:right w:w="95" w:type="dxa"/>
            </w:tcMar>
          </w:tcPr>
          <w:p w14:paraId="2DDD297E" w14:textId="77777777" w:rsidR="003F413A" w:rsidRDefault="00000000">
            <w:pPr>
              <w:keepNext/>
              <w:spacing w:after="40"/>
              <w:jc w:val="center"/>
            </w:pPr>
            <w:proofErr w:type="spellStart"/>
            <w:r>
              <w:rPr>
                <w:b/>
                <w:sz w:val="18"/>
              </w:rPr>
              <w:t>Článok</w:t>
            </w:r>
            <w:proofErr w:type="spellEnd"/>
            <w:r>
              <w:rPr>
                <w:b/>
                <w:sz w:val="18"/>
              </w:rPr>
              <w:t xml:space="preserve"> 10. </w:t>
            </w:r>
            <w:proofErr w:type="spellStart"/>
            <w:r>
              <w:rPr>
                <w:b/>
                <w:sz w:val="18"/>
              </w:rPr>
              <w:t>Vyššia</w:t>
            </w:r>
            <w:proofErr w:type="spellEnd"/>
            <w:r>
              <w:rPr>
                <w:b/>
                <w:sz w:val="18"/>
              </w:rPr>
              <w:t xml:space="preserve"> </w:t>
            </w:r>
            <w:proofErr w:type="spellStart"/>
            <w:r>
              <w:rPr>
                <w:b/>
                <w:sz w:val="18"/>
              </w:rPr>
              <w:t>moc</w:t>
            </w:r>
            <w:proofErr w:type="spellEnd"/>
          </w:p>
        </w:tc>
      </w:tr>
    </w:tbl>
    <w:p w14:paraId="0AFBA85C"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32FDEC7" w14:textId="77777777">
        <w:trPr>
          <w:jc w:val="center"/>
        </w:trPr>
        <w:tc>
          <w:tcPr>
            <w:tcW w:w="5159" w:type="dxa"/>
            <w:tcMar>
              <w:top w:w="70" w:type="dxa"/>
              <w:left w:w="95" w:type="dxa"/>
              <w:bottom w:w="70" w:type="dxa"/>
              <w:right w:w="95" w:type="dxa"/>
            </w:tcMar>
          </w:tcPr>
          <w:p w14:paraId="7376845F" w14:textId="77777777" w:rsidR="003F413A" w:rsidRDefault="00000000">
            <w:pPr>
              <w:spacing w:after="40"/>
              <w:jc w:val="both"/>
            </w:pPr>
            <w:r>
              <w:t xml:space="preserve">10.1. A Party shall not be in default if execution and performance of obligations to the other party are delayed, impeded, or prevented by circumstances beyond its control. Force majeure shall include but not be limited to war, riots, fire and calamities, epidemics (like covid-19) strikes, blockades, government measures, </w:t>
            </w:r>
            <w:proofErr w:type="gramStart"/>
            <w:r>
              <w:t>and also</w:t>
            </w:r>
            <w:proofErr w:type="gramEnd"/>
            <w:r>
              <w:t xml:space="preserve"> includes other similar circumstances which are beyond the Parties’ control but influence the fulfillment of their obligations under the Contact.</w:t>
            </w:r>
          </w:p>
          <w:p w14:paraId="24C11E22" w14:textId="77777777" w:rsidR="003F413A" w:rsidRDefault="00000000">
            <w:pPr>
              <w:spacing w:after="40"/>
              <w:jc w:val="both"/>
            </w:pPr>
            <w:proofErr w:type="gramStart"/>
            <w:r>
              <w:t>In order to</w:t>
            </w:r>
            <w:proofErr w:type="gramEnd"/>
            <w:r>
              <w:t xml:space="preserve"> be relieved of their responsibility for untimely fulfillment of their obligations, parties are to give notice about the beginning of force majeure circumstances to the other party without undue delay days after the force majeure circumstances have started to affect a Party’s obligation.</w:t>
            </w:r>
          </w:p>
        </w:tc>
        <w:tc>
          <w:tcPr>
            <w:tcW w:w="5159" w:type="dxa"/>
            <w:tcMar>
              <w:top w:w="70" w:type="dxa"/>
              <w:left w:w="95" w:type="dxa"/>
              <w:bottom w:w="70" w:type="dxa"/>
              <w:right w:w="95" w:type="dxa"/>
            </w:tcMar>
          </w:tcPr>
          <w:p w14:paraId="1FADCE4D" w14:textId="77777777" w:rsidR="003F413A" w:rsidRDefault="00000000">
            <w:pPr>
              <w:spacing w:after="40"/>
              <w:jc w:val="both"/>
            </w:pPr>
            <w:r>
              <w:t xml:space="preserve">10.1. </w:t>
            </w:r>
            <w:proofErr w:type="spellStart"/>
            <w:r>
              <w:t>Zmluvná</w:t>
            </w:r>
            <w:proofErr w:type="spellEnd"/>
            <w:r>
              <w:t xml:space="preserve"> </w:t>
            </w:r>
            <w:proofErr w:type="spellStart"/>
            <w:r>
              <w:t>strana</w:t>
            </w:r>
            <w:proofErr w:type="spellEnd"/>
            <w:r>
              <w:t xml:space="preserve"> </w:t>
            </w:r>
            <w:proofErr w:type="spellStart"/>
            <w:r>
              <w:t>nebude</w:t>
            </w:r>
            <w:proofErr w:type="spellEnd"/>
            <w:r>
              <w:t xml:space="preserve"> v stave </w:t>
            </w:r>
            <w:proofErr w:type="spellStart"/>
            <w:r>
              <w:t>zlyhania</w:t>
            </w:r>
            <w:proofErr w:type="spellEnd"/>
            <w:r>
              <w:t xml:space="preserve">, </w:t>
            </w:r>
            <w:proofErr w:type="spellStart"/>
            <w:r>
              <w:t>ak</w:t>
            </w:r>
            <w:proofErr w:type="spellEnd"/>
            <w:r>
              <w:t xml:space="preserve"> </w:t>
            </w:r>
            <w:proofErr w:type="spellStart"/>
            <w:r>
              <w:t>sa</w:t>
            </w:r>
            <w:proofErr w:type="spellEnd"/>
            <w:r>
              <w:t xml:space="preserve"> </w:t>
            </w:r>
            <w:proofErr w:type="spellStart"/>
            <w:r>
              <w:t>realizácia</w:t>
            </w:r>
            <w:proofErr w:type="spellEnd"/>
            <w:r>
              <w:t xml:space="preserve"> a </w:t>
            </w:r>
            <w:proofErr w:type="spellStart"/>
            <w:r>
              <w:t>plnenie</w:t>
            </w:r>
            <w:proofErr w:type="spellEnd"/>
            <w:r>
              <w:t xml:space="preserve"> </w:t>
            </w:r>
            <w:proofErr w:type="spellStart"/>
            <w:r>
              <w:t>záväzkov</w:t>
            </w:r>
            <w:proofErr w:type="spellEnd"/>
            <w:r>
              <w:t xml:space="preserve"> </w:t>
            </w:r>
            <w:proofErr w:type="spellStart"/>
            <w:r>
              <w:t>voči</w:t>
            </w:r>
            <w:proofErr w:type="spellEnd"/>
            <w:r>
              <w:t xml:space="preserve"> </w:t>
            </w:r>
            <w:proofErr w:type="spellStart"/>
            <w:r>
              <w:t>druhej</w:t>
            </w:r>
            <w:proofErr w:type="spellEnd"/>
            <w:r>
              <w:t xml:space="preserve"> </w:t>
            </w:r>
            <w:proofErr w:type="spellStart"/>
            <w:r>
              <w:t>strane</w:t>
            </w:r>
            <w:proofErr w:type="spellEnd"/>
            <w:r>
              <w:t xml:space="preserve"> </w:t>
            </w:r>
            <w:proofErr w:type="spellStart"/>
            <w:r>
              <w:t>oneskorí</w:t>
            </w:r>
            <w:proofErr w:type="spellEnd"/>
            <w:r>
              <w:t xml:space="preserve">, </w:t>
            </w:r>
            <w:proofErr w:type="spellStart"/>
            <w:r>
              <w:t>zabránia</w:t>
            </w:r>
            <w:proofErr w:type="spellEnd"/>
            <w:r>
              <w:t xml:space="preserve"> mu </w:t>
            </w:r>
            <w:proofErr w:type="spellStart"/>
            <w:r>
              <w:t>alebo</w:t>
            </w:r>
            <w:proofErr w:type="spellEnd"/>
            <w:r>
              <w:t xml:space="preserve"> ho </w:t>
            </w:r>
            <w:proofErr w:type="spellStart"/>
            <w:r>
              <w:t>znemožnia</w:t>
            </w:r>
            <w:proofErr w:type="spellEnd"/>
            <w:r>
              <w:t xml:space="preserve"> </w:t>
            </w:r>
            <w:proofErr w:type="spellStart"/>
            <w:r>
              <w:t>okolnosti</w:t>
            </w:r>
            <w:proofErr w:type="spellEnd"/>
            <w:r>
              <w:t xml:space="preserve">, </w:t>
            </w:r>
            <w:proofErr w:type="spellStart"/>
            <w:r>
              <w:t>ktoré</w:t>
            </w:r>
            <w:proofErr w:type="spellEnd"/>
            <w:r>
              <w:t xml:space="preserve"> </w:t>
            </w:r>
            <w:proofErr w:type="spellStart"/>
            <w:r>
              <w:t>nemôže</w:t>
            </w:r>
            <w:proofErr w:type="spellEnd"/>
            <w:r>
              <w:t xml:space="preserve"> </w:t>
            </w:r>
            <w:proofErr w:type="spellStart"/>
            <w:r>
              <w:t>ovplyvniť</w:t>
            </w:r>
            <w:proofErr w:type="spellEnd"/>
            <w:r>
              <w:t xml:space="preserve">. </w:t>
            </w:r>
            <w:proofErr w:type="spellStart"/>
            <w:r>
              <w:t>Vyššia</w:t>
            </w:r>
            <w:proofErr w:type="spellEnd"/>
            <w:r>
              <w:t xml:space="preserve"> </w:t>
            </w:r>
            <w:proofErr w:type="spellStart"/>
            <w:r>
              <w:t>moc</w:t>
            </w:r>
            <w:proofErr w:type="spellEnd"/>
            <w:r>
              <w:t xml:space="preserve"> </w:t>
            </w:r>
            <w:proofErr w:type="spellStart"/>
            <w:r>
              <w:t>zahŕňa</w:t>
            </w:r>
            <w:proofErr w:type="spellEnd"/>
            <w:r>
              <w:t xml:space="preserve">, </w:t>
            </w:r>
            <w:proofErr w:type="spellStart"/>
            <w:r>
              <w:t>okrem</w:t>
            </w:r>
            <w:proofErr w:type="spellEnd"/>
            <w:r>
              <w:t xml:space="preserve"> </w:t>
            </w:r>
            <w:proofErr w:type="spellStart"/>
            <w:r>
              <w:t>iného</w:t>
            </w:r>
            <w:proofErr w:type="spellEnd"/>
            <w:r>
              <w:t xml:space="preserve">, </w:t>
            </w:r>
            <w:proofErr w:type="spellStart"/>
            <w:r>
              <w:t>vojnu</w:t>
            </w:r>
            <w:proofErr w:type="spellEnd"/>
            <w:r>
              <w:t xml:space="preserve">, </w:t>
            </w:r>
            <w:proofErr w:type="spellStart"/>
            <w:r>
              <w:t>nepokoje</w:t>
            </w:r>
            <w:proofErr w:type="spellEnd"/>
            <w:r>
              <w:t xml:space="preserve">, </w:t>
            </w:r>
            <w:proofErr w:type="spellStart"/>
            <w:r>
              <w:t>požiare</w:t>
            </w:r>
            <w:proofErr w:type="spellEnd"/>
            <w:r>
              <w:t xml:space="preserve"> a </w:t>
            </w:r>
            <w:proofErr w:type="spellStart"/>
            <w:r>
              <w:t>kalamity</w:t>
            </w:r>
            <w:proofErr w:type="spellEnd"/>
            <w:r>
              <w:t xml:space="preserve">, </w:t>
            </w:r>
            <w:proofErr w:type="spellStart"/>
            <w:r>
              <w:t>epidémie</w:t>
            </w:r>
            <w:proofErr w:type="spellEnd"/>
            <w:r>
              <w:t xml:space="preserve"> (</w:t>
            </w:r>
            <w:proofErr w:type="spellStart"/>
            <w:r>
              <w:t>ako</w:t>
            </w:r>
            <w:proofErr w:type="spellEnd"/>
            <w:r>
              <w:t xml:space="preserve"> Covid-19) </w:t>
            </w:r>
            <w:proofErr w:type="spellStart"/>
            <w:r>
              <w:t>štrajky</w:t>
            </w:r>
            <w:proofErr w:type="spellEnd"/>
            <w:r>
              <w:t xml:space="preserve">, </w:t>
            </w:r>
            <w:proofErr w:type="spellStart"/>
            <w:r>
              <w:t>blokády</w:t>
            </w:r>
            <w:proofErr w:type="spellEnd"/>
            <w:r>
              <w:t xml:space="preserve">, </w:t>
            </w:r>
            <w:proofErr w:type="spellStart"/>
            <w:r>
              <w:t>vládne</w:t>
            </w:r>
            <w:proofErr w:type="spellEnd"/>
            <w:r>
              <w:t xml:space="preserve"> </w:t>
            </w:r>
            <w:proofErr w:type="spellStart"/>
            <w:r>
              <w:t>opatrenia</w:t>
            </w:r>
            <w:proofErr w:type="spellEnd"/>
            <w:r>
              <w:t xml:space="preserve"> a </w:t>
            </w:r>
            <w:proofErr w:type="spellStart"/>
            <w:r>
              <w:t>zahŕňa</w:t>
            </w:r>
            <w:proofErr w:type="spellEnd"/>
            <w:r>
              <w:t xml:space="preserve"> </w:t>
            </w:r>
            <w:proofErr w:type="spellStart"/>
            <w:r>
              <w:t>aj</w:t>
            </w:r>
            <w:proofErr w:type="spellEnd"/>
            <w:r>
              <w:t xml:space="preserve"> </w:t>
            </w:r>
            <w:proofErr w:type="spellStart"/>
            <w:r>
              <w:t>iné</w:t>
            </w:r>
            <w:proofErr w:type="spellEnd"/>
            <w:r>
              <w:t xml:space="preserve"> </w:t>
            </w:r>
            <w:proofErr w:type="spellStart"/>
            <w:r>
              <w:t>podobné</w:t>
            </w:r>
            <w:proofErr w:type="spellEnd"/>
            <w:r>
              <w:t xml:space="preserve"> </w:t>
            </w:r>
            <w:proofErr w:type="spellStart"/>
            <w:r>
              <w:t>okolnosti</w:t>
            </w:r>
            <w:proofErr w:type="spellEnd"/>
            <w:r>
              <w:t xml:space="preserve">, </w:t>
            </w:r>
            <w:proofErr w:type="spellStart"/>
            <w:r>
              <w:t>ktoré</w:t>
            </w:r>
            <w:proofErr w:type="spellEnd"/>
            <w:r>
              <w:t xml:space="preserve"> </w:t>
            </w:r>
            <w:proofErr w:type="spellStart"/>
            <w:r>
              <w:t>sú</w:t>
            </w:r>
            <w:proofErr w:type="spellEnd"/>
            <w:r>
              <w:t xml:space="preserve"> </w:t>
            </w:r>
            <w:proofErr w:type="spellStart"/>
            <w:r>
              <w:t>mimo</w:t>
            </w:r>
            <w:proofErr w:type="spellEnd"/>
            <w:r>
              <w:t xml:space="preserve"> </w:t>
            </w:r>
            <w:proofErr w:type="spellStart"/>
            <w:r>
              <w:t>vplyvu</w:t>
            </w:r>
            <w:proofErr w:type="spellEnd"/>
            <w:r>
              <w:t xml:space="preserve"> </w:t>
            </w:r>
            <w:proofErr w:type="spellStart"/>
            <w:r>
              <w:t>zmluvných</w:t>
            </w:r>
            <w:proofErr w:type="spellEnd"/>
            <w:r>
              <w:t xml:space="preserve"> </w:t>
            </w:r>
            <w:proofErr w:type="spellStart"/>
            <w:r>
              <w:t>strán</w:t>
            </w:r>
            <w:proofErr w:type="spellEnd"/>
            <w:r>
              <w:t xml:space="preserve">, ale </w:t>
            </w:r>
            <w:proofErr w:type="spellStart"/>
            <w:r>
              <w:t>ovplyvňujú</w:t>
            </w:r>
            <w:proofErr w:type="spellEnd"/>
            <w:r>
              <w:t xml:space="preserve"> </w:t>
            </w:r>
            <w:proofErr w:type="spellStart"/>
            <w:r>
              <w:t>plnenie</w:t>
            </w:r>
            <w:proofErr w:type="spellEnd"/>
            <w:r>
              <w:t xml:space="preserve"> ich </w:t>
            </w:r>
            <w:proofErr w:type="spellStart"/>
            <w:r>
              <w:t>záväzkov</w:t>
            </w:r>
            <w:proofErr w:type="spellEnd"/>
            <w:r>
              <w:t xml:space="preserve"> </w:t>
            </w:r>
            <w:proofErr w:type="spellStart"/>
            <w:r>
              <w:t>vyplývajúcich</w:t>
            </w:r>
            <w:proofErr w:type="spellEnd"/>
            <w:r>
              <w:t xml:space="preserve"> z </w:t>
            </w:r>
            <w:proofErr w:type="spellStart"/>
            <w:r>
              <w:t>tejto</w:t>
            </w:r>
            <w:proofErr w:type="spellEnd"/>
            <w:r>
              <w:t xml:space="preserve"> </w:t>
            </w:r>
            <w:proofErr w:type="spellStart"/>
            <w:r>
              <w:t>zmluvy</w:t>
            </w:r>
            <w:proofErr w:type="spellEnd"/>
            <w:r>
              <w:t>.</w:t>
            </w:r>
          </w:p>
          <w:p w14:paraId="69D0328B" w14:textId="77777777" w:rsidR="003F413A" w:rsidRDefault="00000000">
            <w:pPr>
              <w:spacing w:after="40"/>
              <w:jc w:val="both"/>
            </w:pPr>
            <w:r>
              <w:t xml:space="preserve">K </w:t>
            </w:r>
            <w:proofErr w:type="spellStart"/>
            <w:r>
              <w:t>tomu</w:t>
            </w:r>
            <w:proofErr w:type="spellEnd"/>
            <w:r>
              <w:t xml:space="preserve">, aby </w:t>
            </w:r>
            <w:proofErr w:type="spellStart"/>
            <w:r>
              <w:t>boli</w:t>
            </w:r>
            <w:proofErr w:type="spellEnd"/>
            <w:r>
              <w:t xml:space="preserve"> </w:t>
            </w:r>
            <w:proofErr w:type="spellStart"/>
            <w:r>
              <w:t>zbavené</w:t>
            </w:r>
            <w:proofErr w:type="spellEnd"/>
            <w:r>
              <w:t xml:space="preserve"> </w:t>
            </w:r>
            <w:proofErr w:type="spellStart"/>
            <w:r>
              <w:t>zodpovednosti</w:t>
            </w:r>
            <w:proofErr w:type="spellEnd"/>
            <w:r>
              <w:t xml:space="preserve"> za </w:t>
            </w:r>
            <w:proofErr w:type="spellStart"/>
            <w:r>
              <w:t>neskoré</w:t>
            </w:r>
            <w:proofErr w:type="spellEnd"/>
            <w:r>
              <w:t xml:space="preserve"> </w:t>
            </w:r>
            <w:proofErr w:type="spellStart"/>
            <w:r>
              <w:t>splnenie</w:t>
            </w:r>
            <w:proofErr w:type="spellEnd"/>
            <w:r>
              <w:t xml:space="preserve"> </w:t>
            </w:r>
            <w:proofErr w:type="spellStart"/>
            <w:r>
              <w:t>svojich</w:t>
            </w:r>
            <w:proofErr w:type="spellEnd"/>
            <w:r>
              <w:t xml:space="preserve"> </w:t>
            </w:r>
            <w:proofErr w:type="spellStart"/>
            <w:r>
              <w:t>záväzkov</w:t>
            </w:r>
            <w:proofErr w:type="spellEnd"/>
            <w:r>
              <w:t xml:space="preserve">, </w:t>
            </w:r>
            <w:proofErr w:type="spellStart"/>
            <w:r>
              <w:t>zmluvné</w:t>
            </w:r>
            <w:proofErr w:type="spellEnd"/>
            <w:r>
              <w:t xml:space="preserve"> </w:t>
            </w:r>
            <w:proofErr w:type="spellStart"/>
            <w:r>
              <w:t>strany</w:t>
            </w:r>
            <w:proofErr w:type="spellEnd"/>
            <w:r>
              <w:t xml:space="preserve"> </w:t>
            </w:r>
            <w:proofErr w:type="spellStart"/>
            <w:r>
              <w:t>oznámia</w:t>
            </w:r>
            <w:proofErr w:type="spellEnd"/>
            <w:r>
              <w:t xml:space="preserve"> </w:t>
            </w:r>
            <w:proofErr w:type="spellStart"/>
            <w:r>
              <w:t>začiatok</w:t>
            </w:r>
            <w:proofErr w:type="spellEnd"/>
            <w:r>
              <w:t xml:space="preserve"> </w:t>
            </w:r>
            <w:proofErr w:type="spellStart"/>
            <w:r>
              <w:t>okolností</w:t>
            </w:r>
            <w:proofErr w:type="spellEnd"/>
            <w:r>
              <w:t xml:space="preserve"> </w:t>
            </w:r>
            <w:proofErr w:type="spellStart"/>
            <w:r>
              <w:t>vyššej</w:t>
            </w:r>
            <w:proofErr w:type="spellEnd"/>
            <w:r>
              <w:t xml:space="preserve"> </w:t>
            </w:r>
            <w:proofErr w:type="spellStart"/>
            <w:r>
              <w:t>moci</w:t>
            </w:r>
            <w:proofErr w:type="spellEnd"/>
            <w:r>
              <w:t xml:space="preserve"> </w:t>
            </w:r>
            <w:proofErr w:type="spellStart"/>
            <w:r>
              <w:t>druhej</w:t>
            </w:r>
            <w:proofErr w:type="spellEnd"/>
            <w:r>
              <w:t xml:space="preserve"> </w:t>
            </w:r>
            <w:proofErr w:type="spellStart"/>
            <w:r>
              <w:t>zmluvnej</w:t>
            </w:r>
            <w:proofErr w:type="spellEnd"/>
            <w:r>
              <w:t xml:space="preserve"> </w:t>
            </w:r>
            <w:proofErr w:type="spellStart"/>
            <w:r>
              <w:t>strane</w:t>
            </w:r>
            <w:proofErr w:type="spellEnd"/>
            <w:r>
              <w:t xml:space="preserve"> bez </w:t>
            </w:r>
            <w:proofErr w:type="spellStart"/>
            <w:r>
              <w:t>zbytočného</w:t>
            </w:r>
            <w:proofErr w:type="spellEnd"/>
            <w:r>
              <w:t xml:space="preserve"> </w:t>
            </w:r>
            <w:proofErr w:type="spellStart"/>
            <w:r>
              <w:t>odkladu</w:t>
            </w:r>
            <w:proofErr w:type="spellEnd"/>
            <w:r>
              <w:t xml:space="preserve"> po tom, </w:t>
            </w:r>
            <w:proofErr w:type="spellStart"/>
            <w:r>
              <w:t>čo</w:t>
            </w:r>
            <w:proofErr w:type="spellEnd"/>
            <w:r>
              <w:t xml:space="preserve"> </w:t>
            </w:r>
            <w:proofErr w:type="spellStart"/>
            <w:r>
              <w:t>okolnosti</w:t>
            </w:r>
            <w:proofErr w:type="spellEnd"/>
            <w:r>
              <w:t xml:space="preserve"> </w:t>
            </w:r>
            <w:proofErr w:type="spellStart"/>
            <w:r>
              <w:t>vyššej</w:t>
            </w:r>
            <w:proofErr w:type="spellEnd"/>
            <w:r>
              <w:t xml:space="preserve"> </w:t>
            </w:r>
            <w:proofErr w:type="spellStart"/>
            <w:r>
              <w:t>moci</w:t>
            </w:r>
            <w:proofErr w:type="spellEnd"/>
            <w:r>
              <w:t xml:space="preserve"> </w:t>
            </w:r>
            <w:proofErr w:type="spellStart"/>
            <w:r>
              <w:t>začali</w:t>
            </w:r>
            <w:proofErr w:type="spellEnd"/>
            <w:r>
              <w:t xml:space="preserve"> </w:t>
            </w:r>
            <w:proofErr w:type="spellStart"/>
            <w:r>
              <w:t>ovplyvňovať</w:t>
            </w:r>
            <w:proofErr w:type="spellEnd"/>
            <w:r>
              <w:t xml:space="preserve"> </w:t>
            </w:r>
            <w:proofErr w:type="spellStart"/>
            <w:r>
              <w:t>záväzok</w:t>
            </w:r>
            <w:proofErr w:type="spellEnd"/>
            <w:r>
              <w:t xml:space="preserve"> </w:t>
            </w:r>
            <w:proofErr w:type="spellStart"/>
            <w:r>
              <w:t>zmluvnej</w:t>
            </w:r>
            <w:proofErr w:type="spellEnd"/>
            <w:r>
              <w:t xml:space="preserve"> </w:t>
            </w:r>
            <w:proofErr w:type="spellStart"/>
            <w:r>
              <w:t>strany</w:t>
            </w:r>
            <w:proofErr w:type="spellEnd"/>
            <w:r>
              <w:t>.</w:t>
            </w:r>
          </w:p>
        </w:tc>
      </w:tr>
    </w:tbl>
    <w:p w14:paraId="0E8261CC"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A36E0A4" w14:textId="77777777">
        <w:trPr>
          <w:jc w:val="center"/>
        </w:trPr>
        <w:tc>
          <w:tcPr>
            <w:tcW w:w="5159" w:type="dxa"/>
            <w:tcMar>
              <w:top w:w="70" w:type="dxa"/>
              <w:left w:w="95" w:type="dxa"/>
              <w:bottom w:w="70" w:type="dxa"/>
              <w:right w:w="95" w:type="dxa"/>
            </w:tcMar>
          </w:tcPr>
          <w:p w14:paraId="3AEE78FF" w14:textId="77777777" w:rsidR="003F413A" w:rsidRDefault="00000000">
            <w:pPr>
              <w:spacing w:after="40"/>
              <w:jc w:val="both"/>
            </w:pPr>
            <w:r>
              <w:t>10.2. If force majeure circumstances last for more than 3 calendar months, then any of the parties shall have the right to cancel the Contract unilaterally and shall send appropriate written notification about this cancellation to the other Party.</w:t>
            </w:r>
          </w:p>
        </w:tc>
        <w:tc>
          <w:tcPr>
            <w:tcW w:w="5159" w:type="dxa"/>
            <w:tcMar>
              <w:top w:w="70" w:type="dxa"/>
              <w:left w:w="95" w:type="dxa"/>
              <w:bottom w:w="70" w:type="dxa"/>
              <w:right w:w="95" w:type="dxa"/>
            </w:tcMar>
          </w:tcPr>
          <w:p w14:paraId="69A496B7" w14:textId="77777777" w:rsidR="003F413A" w:rsidRDefault="00000000">
            <w:pPr>
              <w:spacing w:after="40"/>
              <w:jc w:val="both"/>
            </w:pPr>
            <w:r>
              <w:t xml:space="preserve">10.2. Ak </w:t>
            </w:r>
            <w:proofErr w:type="spellStart"/>
            <w:r>
              <w:t>okolnosti</w:t>
            </w:r>
            <w:proofErr w:type="spellEnd"/>
            <w:r>
              <w:t xml:space="preserve"> </w:t>
            </w:r>
            <w:proofErr w:type="spellStart"/>
            <w:r>
              <w:t>vyššej</w:t>
            </w:r>
            <w:proofErr w:type="spellEnd"/>
            <w:r>
              <w:t xml:space="preserve"> </w:t>
            </w:r>
            <w:proofErr w:type="spellStart"/>
            <w:r>
              <w:t>moci</w:t>
            </w:r>
            <w:proofErr w:type="spellEnd"/>
            <w:r>
              <w:t xml:space="preserve"> </w:t>
            </w:r>
            <w:proofErr w:type="spellStart"/>
            <w:r>
              <w:t>trvajú</w:t>
            </w:r>
            <w:proofErr w:type="spellEnd"/>
            <w:r>
              <w:t xml:space="preserve"> </w:t>
            </w:r>
            <w:proofErr w:type="spellStart"/>
            <w:r>
              <w:t>dlhšie</w:t>
            </w:r>
            <w:proofErr w:type="spellEnd"/>
            <w:r>
              <w:t xml:space="preserve"> </w:t>
            </w:r>
            <w:proofErr w:type="spellStart"/>
            <w:r>
              <w:t>ako</w:t>
            </w:r>
            <w:proofErr w:type="spellEnd"/>
            <w:r>
              <w:t xml:space="preserve"> 3 </w:t>
            </w:r>
            <w:proofErr w:type="spellStart"/>
            <w:r>
              <w:t>kalendárne</w:t>
            </w:r>
            <w:proofErr w:type="spellEnd"/>
            <w:r>
              <w:t xml:space="preserve"> </w:t>
            </w:r>
            <w:proofErr w:type="spellStart"/>
            <w:r>
              <w:t>mesiace</w:t>
            </w:r>
            <w:proofErr w:type="spellEnd"/>
            <w:r>
              <w:t xml:space="preserve">, </w:t>
            </w:r>
            <w:proofErr w:type="spellStart"/>
            <w:r>
              <w:t>potom</w:t>
            </w:r>
            <w:proofErr w:type="spellEnd"/>
            <w:r>
              <w:t xml:space="preserve"> </w:t>
            </w:r>
            <w:proofErr w:type="spellStart"/>
            <w:r>
              <w:t>má</w:t>
            </w:r>
            <w:proofErr w:type="spellEnd"/>
            <w:r>
              <w:t xml:space="preserve"> </w:t>
            </w:r>
            <w:proofErr w:type="spellStart"/>
            <w:r>
              <w:t>ktorákoľvek</w:t>
            </w:r>
            <w:proofErr w:type="spellEnd"/>
            <w:r>
              <w:t xml:space="preserve"> zo </w:t>
            </w:r>
            <w:proofErr w:type="spellStart"/>
            <w:r>
              <w:t>zmluvných</w:t>
            </w:r>
            <w:proofErr w:type="spellEnd"/>
            <w:r>
              <w:t xml:space="preserve"> </w:t>
            </w:r>
            <w:proofErr w:type="spellStart"/>
            <w:r>
              <w:t>strán</w:t>
            </w:r>
            <w:proofErr w:type="spellEnd"/>
            <w:r>
              <w:t xml:space="preserve"> </w:t>
            </w:r>
            <w:proofErr w:type="spellStart"/>
            <w:r>
              <w:t>právo</w:t>
            </w:r>
            <w:proofErr w:type="spellEnd"/>
            <w:r>
              <w:t xml:space="preserve"> </w:t>
            </w:r>
            <w:proofErr w:type="spellStart"/>
            <w:r>
              <w:t>jednostranne</w:t>
            </w:r>
            <w:proofErr w:type="spellEnd"/>
            <w:r>
              <w:t xml:space="preserve"> </w:t>
            </w:r>
            <w:proofErr w:type="spellStart"/>
            <w:r>
              <w:t>vypovedať</w:t>
            </w:r>
            <w:proofErr w:type="spellEnd"/>
            <w:r>
              <w:t xml:space="preserve"> </w:t>
            </w:r>
            <w:proofErr w:type="spellStart"/>
            <w:r>
              <w:t>zmluvu</w:t>
            </w:r>
            <w:proofErr w:type="spellEnd"/>
            <w:r>
              <w:t xml:space="preserve"> a </w:t>
            </w:r>
            <w:proofErr w:type="spellStart"/>
            <w:r>
              <w:t>pošle</w:t>
            </w:r>
            <w:proofErr w:type="spellEnd"/>
            <w:r>
              <w:t xml:space="preserve"> o tom </w:t>
            </w:r>
            <w:proofErr w:type="spellStart"/>
            <w:r>
              <w:t>druhej</w:t>
            </w:r>
            <w:proofErr w:type="spellEnd"/>
            <w:r>
              <w:t xml:space="preserve"> </w:t>
            </w:r>
            <w:proofErr w:type="spellStart"/>
            <w:r>
              <w:t>zmluvnej</w:t>
            </w:r>
            <w:proofErr w:type="spellEnd"/>
            <w:r>
              <w:t xml:space="preserve"> </w:t>
            </w:r>
            <w:proofErr w:type="spellStart"/>
            <w:r>
              <w:t>strane</w:t>
            </w:r>
            <w:proofErr w:type="spellEnd"/>
            <w:r>
              <w:t xml:space="preserve"> </w:t>
            </w:r>
            <w:proofErr w:type="spellStart"/>
            <w:r>
              <w:t>príslušnú</w:t>
            </w:r>
            <w:proofErr w:type="spellEnd"/>
            <w:r>
              <w:t xml:space="preserve"> </w:t>
            </w:r>
            <w:proofErr w:type="spellStart"/>
            <w:r>
              <w:t>písomnú</w:t>
            </w:r>
            <w:proofErr w:type="spellEnd"/>
            <w:r>
              <w:t xml:space="preserve"> </w:t>
            </w:r>
            <w:proofErr w:type="spellStart"/>
            <w:r>
              <w:t>výpoveď</w:t>
            </w:r>
            <w:proofErr w:type="spellEnd"/>
            <w:r>
              <w:t>.</w:t>
            </w:r>
          </w:p>
        </w:tc>
      </w:tr>
    </w:tbl>
    <w:p w14:paraId="5654DE93"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CC59520" w14:textId="77777777">
        <w:trPr>
          <w:jc w:val="center"/>
        </w:trPr>
        <w:tc>
          <w:tcPr>
            <w:tcW w:w="5159" w:type="dxa"/>
            <w:tcMar>
              <w:top w:w="70" w:type="dxa"/>
              <w:left w:w="95" w:type="dxa"/>
              <w:bottom w:w="70" w:type="dxa"/>
              <w:right w:w="95" w:type="dxa"/>
            </w:tcMar>
          </w:tcPr>
          <w:p w14:paraId="10EB95EE" w14:textId="77777777" w:rsidR="003F413A" w:rsidRDefault="00000000">
            <w:pPr>
              <w:spacing w:after="40"/>
              <w:jc w:val="both"/>
            </w:pPr>
            <w:r>
              <w:t>10.3. A party that is being relieved of its obligations on the grounds of force majeure circumstances shall take all reasonable steps to mitigate their duration and effect. Promptly after the termination of the circumstances, the party that has been relieved of its obligations shall immediately notify the other party in writing.</w:t>
            </w:r>
          </w:p>
        </w:tc>
        <w:tc>
          <w:tcPr>
            <w:tcW w:w="5159" w:type="dxa"/>
            <w:tcMar>
              <w:top w:w="70" w:type="dxa"/>
              <w:left w:w="95" w:type="dxa"/>
              <w:bottom w:w="70" w:type="dxa"/>
              <w:right w:w="95" w:type="dxa"/>
            </w:tcMar>
          </w:tcPr>
          <w:p w14:paraId="38E38DD9" w14:textId="77777777" w:rsidR="003F413A" w:rsidRDefault="00000000">
            <w:pPr>
              <w:spacing w:after="40"/>
              <w:jc w:val="both"/>
            </w:pPr>
            <w:r>
              <w:t xml:space="preserve">10.3. </w:t>
            </w:r>
            <w:proofErr w:type="spellStart"/>
            <w:r>
              <w:t>Zmluvná</w:t>
            </w:r>
            <w:proofErr w:type="spellEnd"/>
            <w:r>
              <w:t xml:space="preserve"> </w:t>
            </w:r>
            <w:proofErr w:type="spellStart"/>
            <w:r>
              <w:t>strana</w:t>
            </w:r>
            <w:proofErr w:type="spellEnd"/>
            <w:r>
              <w:t xml:space="preserve">, </w:t>
            </w:r>
            <w:proofErr w:type="spellStart"/>
            <w:r>
              <w:t>ktorá</w:t>
            </w:r>
            <w:proofErr w:type="spellEnd"/>
            <w:r>
              <w:t xml:space="preserve"> je </w:t>
            </w:r>
            <w:proofErr w:type="spellStart"/>
            <w:r>
              <w:t>zbavená</w:t>
            </w:r>
            <w:proofErr w:type="spellEnd"/>
            <w:r>
              <w:t xml:space="preserve"> </w:t>
            </w:r>
            <w:proofErr w:type="spellStart"/>
            <w:r>
              <w:t>svojich</w:t>
            </w:r>
            <w:proofErr w:type="spellEnd"/>
            <w:r>
              <w:t xml:space="preserve"> </w:t>
            </w:r>
            <w:proofErr w:type="spellStart"/>
            <w:r>
              <w:t>povinností</w:t>
            </w:r>
            <w:proofErr w:type="spellEnd"/>
            <w:r>
              <w:t xml:space="preserve"> z </w:t>
            </w:r>
            <w:proofErr w:type="spellStart"/>
            <w:r>
              <w:t>dôvodu</w:t>
            </w:r>
            <w:proofErr w:type="spellEnd"/>
            <w:r>
              <w:t xml:space="preserve"> </w:t>
            </w:r>
            <w:proofErr w:type="spellStart"/>
            <w:r>
              <w:t>okolností</w:t>
            </w:r>
            <w:proofErr w:type="spellEnd"/>
            <w:r>
              <w:t xml:space="preserve"> </w:t>
            </w:r>
            <w:proofErr w:type="spellStart"/>
            <w:r>
              <w:t>vyššej</w:t>
            </w:r>
            <w:proofErr w:type="spellEnd"/>
            <w:r>
              <w:t xml:space="preserve"> </w:t>
            </w:r>
            <w:proofErr w:type="spellStart"/>
            <w:r>
              <w:t>moci</w:t>
            </w:r>
            <w:proofErr w:type="spellEnd"/>
            <w:r>
              <w:t xml:space="preserve">, </w:t>
            </w:r>
            <w:proofErr w:type="spellStart"/>
            <w:r>
              <w:t>prijme</w:t>
            </w:r>
            <w:proofErr w:type="spellEnd"/>
            <w:r>
              <w:t xml:space="preserve"> </w:t>
            </w:r>
            <w:proofErr w:type="spellStart"/>
            <w:r>
              <w:t>všetky</w:t>
            </w:r>
            <w:proofErr w:type="spellEnd"/>
            <w:r>
              <w:t xml:space="preserve"> </w:t>
            </w:r>
            <w:proofErr w:type="spellStart"/>
            <w:r>
              <w:t>primerané</w:t>
            </w:r>
            <w:proofErr w:type="spellEnd"/>
            <w:r>
              <w:t xml:space="preserve"> </w:t>
            </w:r>
            <w:proofErr w:type="spellStart"/>
            <w:r>
              <w:t>kroky</w:t>
            </w:r>
            <w:proofErr w:type="spellEnd"/>
            <w:r>
              <w:t xml:space="preserve"> </w:t>
            </w:r>
            <w:proofErr w:type="spellStart"/>
            <w:r>
              <w:t>na</w:t>
            </w:r>
            <w:proofErr w:type="spellEnd"/>
            <w:r>
              <w:t xml:space="preserve"> </w:t>
            </w:r>
            <w:proofErr w:type="spellStart"/>
            <w:r>
              <w:t>zmiernenie</w:t>
            </w:r>
            <w:proofErr w:type="spellEnd"/>
            <w:r>
              <w:t xml:space="preserve"> ich </w:t>
            </w:r>
            <w:proofErr w:type="spellStart"/>
            <w:r>
              <w:t>trvania</w:t>
            </w:r>
            <w:proofErr w:type="spellEnd"/>
            <w:r>
              <w:t xml:space="preserve"> a </w:t>
            </w:r>
            <w:proofErr w:type="spellStart"/>
            <w:r>
              <w:t>účinku</w:t>
            </w:r>
            <w:proofErr w:type="spellEnd"/>
            <w:r>
              <w:t xml:space="preserve">. </w:t>
            </w:r>
            <w:proofErr w:type="spellStart"/>
            <w:r>
              <w:t>Zmluvná</w:t>
            </w:r>
            <w:proofErr w:type="spellEnd"/>
            <w:r>
              <w:t xml:space="preserve"> </w:t>
            </w:r>
            <w:proofErr w:type="spellStart"/>
            <w:r>
              <w:t>strana</w:t>
            </w:r>
            <w:proofErr w:type="spellEnd"/>
            <w:r>
              <w:t xml:space="preserve">, </w:t>
            </w:r>
            <w:proofErr w:type="spellStart"/>
            <w:r>
              <w:t>ktorá</w:t>
            </w:r>
            <w:proofErr w:type="spellEnd"/>
            <w:r>
              <w:t xml:space="preserve"> bola </w:t>
            </w:r>
            <w:proofErr w:type="spellStart"/>
            <w:r>
              <w:t>zbavená</w:t>
            </w:r>
            <w:proofErr w:type="spellEnd"/>
            <w:r>
              <w:t xml:space="preserve"> </w:t>
            </w:r>
            <w:proofErr w:type="spellStart"/>
            <w:r>
              <w:t>svojich</w:t>
            </w:r>
            <w:proofErr w:type="spellEnd"/>
            <w:r>
              <w:t xml:space="preserve"> </w:t>
            </w:r>
            <w:proofErr w:type="spellStart"/>
            <w:r>
              <w:t>povinností</w:t>
            </w:r>
            <w:proofErr w:type="spellEnd"/>
            <w:r>
              <w:t xml:space="preserve">, </w:t>
            </w:r>
            <w:proofErr w:type="spellStart"/>
            <w:r>
              <w:t>bude</w:t>
            </w:r>
            <w:proofErr w:type="spellEnd"/>
            <w:r>
              <w:t xml:space="preserve"> o tom </w:t>
            </w:r>
            <w:proofErr w:type="spellStart"/>
            <w:r>
              <w:t>bezodkladne</w:t>
            </w:r>
            <w:proofErr w:type="spellEnd"/>
            <w:r>
              <w:t xml:space="preserve"> </w:t>
            </w:r>
            <w:proofErr w:type="spellStart"/>
            <w:r>
              <w:t>písomne</w:t>
            </w:r>
            <w:proofErr w:type="spellEnd"/>
            <w:r>
              <w:t xml:space="preserve"> </w:t>
            </w:r>
            <w:proofErr w:type="spellStart"/>
            <w:r>
              <w:t>informovať</w:t>
            </w:r>
            <w:proofErr w:type="spellEnd"/>
            <w:r>
              <w:t xml:space="preserve"> </w:t>
            </w:r>
            <w:proofErr w:type="spellStart"/>
            <w:r>
              <w:t>druhú</w:t>
            </w:r>
            <w:proofErr w:type="spellEnd"/>
            <w:r>
              <w:t xml:space="preserve"> </w:t>
            </w:r>
            <w:proofErr w:type="spellStart"/>
            <w:r>
              <w:t>zmluvnú</w:t>
            </w:r>
            <w:proofErr w:type="spellEnd"/>
            <w:r>
              <w:t xml:space="preserve"> </w:t>
            </w:r>
            <w:proofErr w:type="spellStart"/>
            <w:r>
              <w:t>stranu</w:t>
            </w:r>
            <w:proofErr w:type="spellEnd"/>
            <w:r>
              <w:t xml:space="preserve"> po </w:t>
            </w:r>
            <w:proofErr w:type="spellStart"/>
            <w:r>
              <w:t>skončení</w:t>
            </w:r>
            <w:proofErr w:type="spellEnd"/>
            <w:r>
              <w:t xml:space="preserve"> </w:t>
            </w:r>
            <w:proofErr w:type="spellStart"/>
            <w:r>
              <w:t>okolností</w:t>
            </w:r>
            <w:proofErr w:type="spellEnd"/>
            <w:r>
              <w:t xml:space="preserve"> </w:t>
            </w:r>
            <w:proofErr w:type="spellStart"/>
            <w:r>
              <w:t>vyššej</w:t>
            </w:r>
            <w:proofErr w:type="spellEnd"/>
            <w:r>
              <w:t xml:space="preserve"> </w:t>
            </w:r>
            <w:proofErr w:type="spellStart"/>
            <w:r>
              <w:t>moci</w:t>
            </w:r>
            <w:proofErr w:type="spellEnd"/>
            <w:r>
              <w:t>.</w:t>
            </w:r>
          </w:p>
        </w:tc>
      </w:tr>
    </w:tbl>
    <w:p w14:paraId="12F6B78E"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7CEBB94" w14:textId="77777777">
        <w:trPr>
          <w:jc w:val="center"/>
        </w:trPr>
        <w:tc>
          <w:tcPr>
            <w:tcW w:w="5159" w:type="dxa"/>
            <w:tcMar>
              <w:top w:w="70" w:type="dxa"/>
              <w:left w:w="95" w:type="dxa"/>
              <w:bottom w:w="70" w:type="dxa"/>
              <w:right w:w="95" w:type="dxa"/>
            </w:tcMar>
          </w:tcPr>
          <w:p w14:paraId="1DEC8EA4" w14:textId="77777777" w:rsidR="003F413A" w:rsidRDefault="00000000">
            <w:pPr>
              <w:spacing w:after="40"/>
              <w:jc w:val="both"/>
            </w:pPr>
            <w:r>
              <w:t>10.4. Official documents issued by the respective Chambers of Commerce of the Seller's or the Buyer's country will serve as sufficient proof of such circumstances and their duration.</w:t>
            </w:r>
          </w:p>
        </w:tc>
        <w:tc>
          <w:tcPr>
            <w:tcW w:w="5159" w:type="dxa"/>
            <w:tcMar>
              <w:top w:w="70" w:type="dxa"/>
              <w:left w:w="95" w:type="dxa"/>
              <w:bottom w:w="70" w:type="dxa"/>
              <w:right w:w="95" w:type="dxa"/>
            </w:tcMar>
          </w:tcPr>
          <w:p w14:paraId="1728EB11" w14:textId="77777777" w:rsidR="003F413A" w:rsidRDefault="00000000">
            <w:pPr>
              <w:spacing w:after="40"/>
              <w:jc w:val="both"/>
            </w:pPr>
            <w:r>
              <w:t xml:space="preserve">10.4. </w:t>
            </w:r>
            <w:proofErr w:type="spellStart"/>
            <w:r>
              <w:t>Úradné</w:t>
            </w:r>
            <w:proofErr w:type="spellEnd"/>
            <w:r>
              <w:t xml:space="preserve"> </w:t>
            </w:r>
            <w:proofErr w:type="spellStart"/>
            <w:r>
              <w:t>dokumenty</w:t>
            </w:r>
            <w:proofErr w:type="spellEnd"/>
            <w:r>
              <w:t xml:space="preserve"> </w:t>
            </w:r>
            <w:proofErr w:type="spellStart"/>
            <w:r>
              <w:t>vydané</w:t>
            </w:r>
            <w:proofErr w:type="spellEnd"/>
            <w:r>
              <w:t xml:space="preserve"> </w:t>
            </w:r>
            <w:proofErr w:type="spellStart"/>
            <w:r>
              <w:t>príslušnými</w:t>
            </w:r>
            <w:proofErr w:type="spellEnd"/>
            <w:r>
              <w:t xml:space="preserve"> </w:t>
            </w:r>
            <w:proofErr w:type="spellStart"/>
            <w:r>
              <w:t>obchodnými</w:t>
            </w:r>
            <w:proofErr w:type="spellEnd"/>
            <w:r>
              <w:t xml:space="preserve"> </w:t>
            </w:r>
            <w:proofErr w:type="spellStart"/>
            <w:r>
              <w:t>komorami</w:t>
            </w:r>
            <w:proofErr w:type="spellEnd"/>
            <w:r>
              <w:t xml:space="preserve"> </w:t>
            </w:r>
            <w:proofErr w:type="spellStart"/>
            <w:r>
              <w:t>krajiny</w:t>
            </w:r>
            <w:proofErr w:type="spellEnd"/>
            <w:r>
              <w:t xml:space="preserve"> </w:t>
            </w:r>
            <w:proofErr w:type="spellStart"/>
            <w:r>
              <w:t>predávajúceho</w:t>
            </w:r>
            <w:proofErr w:type="spellEnd"/>
            <w:r>
              <w:t xml:space="preserve"> </w:t>
            </w:r>
            <w:proofErr w:type="spellStart"/>
            <w:r>
              <w:t>alebo</w:t>
            </w:r>
            <w:proofErr w:type="spellEnd"/>
            <w:r>
              <w:t xml:space="preserve"> </w:t>
            </w:r>
            <w:proofErr w:type="spellStart"/>
            <w:r>
              <w:t>kupujúceho</w:t>
            </w:r>
            <w:proofErr w:type="spellEnd"/>
            <w:r>
              <w:t xml:space="preserve"> </w:t>
            </w:r>
            <w:proofErr w:type="spellStart"/>
            <w:r>
              <w:t>budú</w:t>
            </w:r>
            <w:proofErr w:type="spellEnd"/>
            <w:r>
              <w:t xml:space="preserve"> </w:t>
            </w:r>
            <w:proofErr w:type="spellStart"/>
            <w:r>
              <w:t>dostatočným</w:t>
            </w:r>
            <w:proofErr w:type="spellEnd"/>
            <w:r>
              <w:t xml:space="preserve"> </w:t>
            </w:r>
            <w:proofErr w:type="spellStart"/>
            <w:r>
              <w:t>dôkazom</w:t>
            </w:r>
            <w:proofErr w:type="spellEnd"/>
            <w:r>
              <w:t xml:space="preserve"> o </w:t>
            </w:r>
            <w:proofErr w:type="spellStart"/>
            <w:r>
              <w:t>takýchto</w:t>
            </w:r>
            <w:proofErr w:type="spellEnd"/>
            <w:r>
              <w:t xml:space="preserve"> </w:t>
            </w:r>
            <w:proofErr w:type="spellStart"/>
            <w:r>
              <w:t>okolnostiach</w:t>
            </w:r>
            <w:proofErr w:type="spellEnd"/>
            <w:r>
              <w:t xml:space="preserve"> </w:t>
            </w:r>
            <w:proofErr w:type="gramStart"/>
            <w:r>
              <w:t>a</w:t>
            </w:r>
            <w:proofErr w:type="gramEnd"/>
            <w:r>
              <w:t xml:space="preserve"> ich </w:t>
            </w:r>
            <w:proofErr w:type="spellStart"/>
            <w:r>
              <w:t>trvaní</w:t>
            </w:r>
            <w:proofErr w:type="spellEnd"/>
            <w:r>
              <w:t>.</w:t>
            </w:r>
          </w:p>
        </w:tc>
      </w:tr>
    </w:tbl>
    <w:p w14:paraId="70FECC6B"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00C0A26B" w14:textId="77777777">
        <w:trPr>
          <w:jc w:val="center"/>
        </w:trPr>
        <w:tc>
          <w:tcPr>
            <w:tcW w:w="5159" w:type="dxa"/>
            <w:shd w:val="clear" w:color="auto" w:fill="EDEDED"/>
            <w:tcMar>
              <w:top w:w="90" w:type="dxa"/>
              <w:left w:w="95" w:type="dxa"/>
              <w:bottom w:w="90" w:type="dxa"/>
              <w:right w:w="95" w:type="dxa"/>
            </w:tcMar>
          </w:tcPr>
          <w:p w14:paraId="79F512CA" w14:textId="77777777" w:rsidR="003F413A" w:rsidRDefault="00000000">
            <w:pPr>
              <w:keepNext/>
              <w:spacing w:after="40"/>
              <w:jc w:val="center"/>
            </w:pPr>
            <w:r>
              <w:rPr>
                <w:b/>
                <w:sz w:val="18"/>
              </w:rPr>
              <w:t>Article 11. Responsibilities of the Parties</w:t>
            </w:r>
          </w:p>
        </w:tc>
        <w:tc>
          <w:tcPr>
            <w:tcW w:w="5159" w:type="dxa"/>
            <w:shd w:val="clear" w:color="auto" w:fill="EDEDED"/>
            <w:tcMar>
              <w:top w:w="90" w:type="dxa"/>
              <w:left w:w="95" w:type="dxa"/>
              <w:bottom w:w="90" w:type="dxa"/>
              <w:right w:w="95" w:type="dxa"/>
            </w:tcMar>
          </w:tcPr>
          <w:p w14:paraId="49DEBB34" w14:textId="77777777" w:rsidR="003F413A" w:rsidRDefault="00000000">
            <w:pPr>
              <w:keepNext/>
              <w:spacing w:after="40"/>
              <w:jc w:val="center"/>
            </w:pPr>
            <w:proofErr w:type="spellStart"/>
            <w:r>
              <w:rPr>
                <w:b/>
                <w:sz w:val="18"/>
              </w:rPr>
              <w:t>Článok</w:t>
            </w:r>
            <w:proofErr w:type="spellEnd"/>
            <w:r>
              <w:rPr>
                <w:b/>
                <w:sz w:val="18"/>
              </w:rPr>
              <w:t xml:space="preserve"> 11. </w:t>
            </w:r>
            <w:proofErr w:type="spellStart"/>
            <w:r>
              <w:rPr>
                <w:b/>
                <w:sz w:val="18"/>
              </w:rPr>
              <w:t>Zodpovednosti</w:t>
            </w:r>
            <w:proofErr w:type="spellEnd"/>
            <w:r>
              <w:rPr>
                <w:b/>
                <w:sz w:val="18"/>
              </w:rPr>
              <w:t xml:space="preserve"> </w:t>
            </w:r>
            <w:proofErr w:type="spellStart"/>
            <w:r>
              <w:rPr>
                <w:b/>
                <w:sz w:val="18"/>
              </w:rPr>
              <w:t>zmluvných</w:t>
            </w:r>
            <w:proofErr w:type="spellEnd"/>
            <w:r>
              <w:rPr>
                <w:b/>
                <w:sz w:val="18"/>
              </w:rPr>
              <w:t xml:space="preserve"> </w:t>
            </w:r>
            <w:proofErr w:type="spellStart"/>
            <w:r>
              <w:rPr>
                <w:b/>
                <w:sz w:val="18"/>
              </w:rPr>
              <w:t>strán</w:t>
            </w:r>
            <w:proofErr w:type="spellEnd"/>
          </w:p>
        </w:tc>
      </w:tr>
    </w:tbl>
    <w:p w14:paraId="7923A541"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ABF97A5" w14:textId="77777777">
        <w:trPr>
          <w:jc w:val="center"/>
        </w:trPr>
        <w:tc>
          <w:tcPr>
            <w:tcW w:w="5159" w:type="dxa"/>
            <w:tcMar>
              <w:top w:w="70" w:type="dxa"/>
              <w:left w:w="95" w:type="dxa"/>
              <w:bottom w:w="70" w:type="dxa"/>
              <w:right w:w="95" w:type="dxa"/>
            </w:tcMar>
          </w:tcPr>
          <w:p w14:paraId="6787AC44" w14:textId="77777777" w:rsidR="003F413A" w:rsidRDefault="00000000">
            <w:pPr>
              <w:spacing w:after="40"/>
              <w:jc w:val="both"/>
            </w:pPr>
            <w:r>
              <w:t xml:space="preserve">11.1. If the date that the equipment shall be delivered as stipulated in Annexes to the present Contract is  delayed for more than 5 working  days, due to causes solely attributable to the Seller, the Seller shall pay the Buyer agreed and liquidated damages for the delay in delivery at a rate of 0,5% percent of the value of the equipment delayed per each full week, but the total amount of agreed and liquidated damages is not to exceed 7,5% percent of the value of the delayed equipment. If delay in readiness for shipment of the equipment continues over a period of more than three months, the Buyer has the right to cancel part or the whole of </w:t>
            </w:r>
            <w:r>
              <w:lastRenderedPageBreak/>
              <w:t>the Contract and has the right to demand of return of prepayment related to the Goods that have not yet been shipped.</w:t>
            </w:r>
          </w:p>
        </w:tc>
        <w:tc>
          <w:tcPr>
            <w:tcW w:w="5159" w:type="dxa"/>
            <w:tcMar>
              <w:top w:w="70" w:type="dxa"/>
              <w:left w:w="95" w:type="dxa"/>
              <w:bottom w:w="70" w:type="dxa"/>
              <w:right w:w="95" w:type="dxa"/>
            </w:tcMar>
          </w:tcPr>
          <w:p w14:paraId="5AE8A99B" w14:textId="77777777" w:rsidR="003F413A" w:rsidRDefault="00000000">
            <w:pPr>
              <w:spacing w:after="40"/>
              <w:jc w:val="both"/>
            </w:pPr>
            <w:r>
              <w:lastRenderedPageBreak/>
              <w:t xml:space="preserve">11.1. Ak </w:t>
            </w:r>
            <w:proofErr w:type="spellStart"/>
            <w:r>
              <w:t>bude</w:t>
            </w:r>
            <w:proofErr w:type="spellEnd"/>
            <w:r>
              <w:t xml:space="preserve"> </w:t>
            </w:r>
            <w:proofErr w:type="spellStart"/>
            <w:r>
              <w:t>dátum</w:t>
            </w:r>
            <w:proofErr w:type="spellEnd"/>
            <w:r>
              <w:t xml:space="preserve">, </w:t>
            </w:r>
            <w:proofErr w:type="spellStart"/>
            <w:r>
              <w:t>kedy</w:t>
            </w:r>
            <w:proofErr w:type="spellEnd"/>
            <w:r>
              <w:t xml:space="preserve"> </w:t>
            </w:r>
            <w:proofErr w:type="spellStart"/>
            <w:r>
              <w:t>bude</w:t>
            </w:r>
            <w:proofErr w:type="spellEnd"/>
            <w:r>
              <w:t xml:space="preserve"> </w:t>
            </w:r>
            <w:proofErr w:type="spellStart"/>
            <w:r>
              <w:t>zariadenie</w:t>
            </w:r>
            <w:proofErr w:type="spellEnd"/>
            <w:r>
              <w:t xml:space="preserve"> </w:t>
            </w:r>
            <w:proofErr w:type="spellStart"/>
            <w:r>
              <w:t>dodané</w:t>
            </w:r>
            <w:proofErr w:type="spellEnd"/>
            <w:r>
              <w:t xml:space="preserve">, </w:t>
            </w:r>
            <w:proofErr w:type="spellStart"/>
            <w:r>
              <w:t>ako</w:t>
            </w:r>
            <w:proofErr w:type="spellEnd"/>
            <w:r>
              <w:t xml:space="preserve"> je </w:t>
            </w:r>
            <w:proofErr w:type="spellStart"/>
            <w:r>
              <w:t>uvedené</w:t>
            </w:r>
            <w:proofErr w:type="spellEnd"/>
            <w:r>
              <w:t xml:space="preserve"> v </w:t>
            </w:r>
            <w:proofErr w:type="spellStart"/>
            <w:r>
              <w:t>prílohách</w:t>
            </w:r>
            <w:proofErr w:type="spellEnd"/>
            <w:r>
              <w:t xml:space="preserve"> k </w:t>
            </w:r>
            <w:proofErr w:type="spellStart"/>
            <w:r>
              <w:t>tejto</w:t>
            </w:r>
            <w:proofErr w:type="spellEnd"/>
            <w:r>
              <w:t xml:space="preserve"> </w:t>
            </w:r>
            <w:proofErr w:type="spellStart"/>
            <w:r>
              <w:t>zmluve</w:t>
            </w:r>
            <w:proofErr w:type="spellEnd"/>
            <w:r>
              <w:t xml:space="preserve">, </w:t>
            </w:r>
            <w:proofErr w:type="spellStart"/>
            <w:r>
              <w:t>neskorší</w:t>
            </w:r>
            <w:proofErr w:type="spellEnd"/>
            <w:r>
              <w:t xml:space="preserve"> o </w:t>
            </w:r>
            <w:proofErr w:type="spellStart"/>
            <w:r>
              <w:t>viac</w:t>
            </w:r>
            <w:proofErr w:type="spellEnd"/>
            <w:r>
              <w:t xml:space="preserve"> </w:t>
            </w:r>
            <w:proofErr w:type="spellStart"/>
            <w:r>
              <w:t>ako</w:t>
            </w:r>
            <w:proofErr w:type="spellEnd"/>
            <w:r>
              <w:t xml:space="preserve"> 5 </w:t>
            </w:r>
            <w:proofErr w:type="spellStart"/>
            <w:r>
              <w:t>pracovných</w:t>
            </w:r>
            <w:proofErr w:type="spellEnd"/>
            <w:r>
              <w:t xml:space="preserve"> </w:t>
            </w:r>
            <w:proofErr w:type="spellStart"/>
            <w:r>
              <w:t>dní</w:t>
            </w:r>
            <w:proofErr w:type="spellEnd"/>
            <w:r>
              <w:t xml:space="preserve"> z </w:t>
            </w:r>
            <w:proofErr w:type="spellStart"/>
            <w:r>
              <w:t>dôvodov</w:t>
            </w:r>
            <w:proofErr w:type="spellEnd"/>
            <w:r>
              <w:t xml:space="preserve">, </w:t>
            </w:r>
            <w:proofErr w:type="spellStart"/>
            <w:r>
              <w:t>ktoré</w:t>
            </w:r>
            <w:proofErr w:type="spellEnd"/>
            <w:r>
              <w:t xml:space="preserve"> </w:t>
            </w:r>
            <w:proofErr w:type="spellStart"/>
            <w:r>
              <w:t>možno</w:t>
            </w:r>
            <w:proofErr w:type="spellEnd"/>
            <w:r>
              <w:t xml:space="preserve"> </w:t>
            </w:r>
            <w:proofErr w:type="spellStart"/>
            <w:r>
              <w:t>pripísať</w:t>
            </w:r>
            <w:proofErr w:type="spellEnd"/>
            <w:r>
              <w:t xml:space="preserve"> </w:t>
            </w:r>
            <w:proofErr w:type="spellStart"/>
            <w:r>
              <w:t>výlučne</w:t>
            </w:r>
            <w:proofErr w:type="spellEnd"/>
            <w:r>
              <w:t xml:space="preserve"> </w:t>
            </w:r>
            <w:proofErr w:type="spellStart"/>
            <w:r>
              <w:t>predávajúcemu</w:t>
            </w:r>
            <w:proofErr w:type="spellEnd"/>
            <w:r>
              <w:t xml:space="preserve">, </w:t>
            </w:r>
            <w:proofErr w:type="spellStart"/>
            <w:r>
              <w:t>predávajúci</w:t>
            </w:r>
            <w:proofErr w:type="spellEnd"/>
            <w:r>
              <w:t xml:space="preserve"> </w:t>
            </w:r>
            <w:proofErr w:type="spellStart"/>
            <w:r>
              <w:t>zaplatí</w:t>
            </w:r>
            <w:proofErr w:type="spellEnd"/>
            <w:r>
              <w:t xml:space="preserve"> </w:t>
            </w:r>
            <w:proofErr w:type="spellStart"/>
            <w:r>
              <w:t>kupujúcemu</w:t>
            </w:r>
            <w:proofErr w:type="spellEnd"/>
            <w:r>
              <w:t xml:space="preserve"> </w:t>
            </w:r>
            <w:proofErr w:type="spellStart"/>
            <w:r>
              <w:t>dohodnutú</w:t>
            </w:r>
            <w:proofErr w:type="spellEnd"/>
            <w:r>
              <w:t xml:space="preserve"> </w:t>
            </w:r>
            <w:proofErr w:type="spellStart"/>
            <w:r>
              <w:t>zmluvnú</w:t>
            </w:r>
            <w:proofErr w:type="spellEnd"/>
            <w:r>
              <w:t xml:space="preserve"> </w:t>
            </w:r>
            <w:proofErr w:type="spellStart"/>
            <w:r>
              <w:t>pokutu</w:t>
            </w:r>
            <w:proofErr w:type="spellEnd"/>
            <w:r>
              <w:t xml:space="preserve"> za </w:t>
            </w:r>
            <w:proofErr w:type="spellStart"/>
            <w:r>
              <w:t>omeškanie</w:t>
            </w:r>
            <w:proofErr w:type="spellEnd"/>
            <w:r>
              <w:t xml:space="preserve"> </w:t>
            </w:r>
            <w:proofErr w:type="spellStart"/>
            <w:r>
              <w:t>dodávky</w:t>
            </w:r>
            <w:proofErr w:type="spellEnd"/>
            <w:r>
              <w:t xml:space="preserve"> </w:t>
            </w:r>
            <w:proofErr w:type="spellStart"/>
            <w:r>
              <w:t>vo</w:t>
            </w:r>
            <w:proofErr w:type="spellEnd"/>
            <w:r>
              <w:t xml:space="preserve"> </w:t>
            </w:r>
            <w:proofErr w:type="spellStart"/>
            <w:r>
              <w:t>výške</w:t>
            </w:r>
            <w:proofErr w:type="spellEnd"/>
            <w:r>
              <w:t xml:space="preserve"> 0,5% z </w:t>
            </w:r>
            <w:proofErr w:type="spellStart"/>
            <w:r>
              <w:t>hodnoty</w:t>
            </w:r>
            <w:proofErr w:type="spellEnd"/>
            <w:r>
              <w:t xml:space="preserve"> </w:t>
            </w:r>
            <w:proofErr w:type="spellStart"/>
            <w:r>
              <w:t>omeškaného</w:t>
            </w:r>
            <w:proofErr w:type="spellEnd"/>
            <w:r>
              <w:t xml:space="preserve"> </w:t>
            </w:r>
            <w:proofErr w:type="spellStart"/>
            <w:r>
              <w:t>zariadenia</w:t>
            </w:r>
            <w:proofErr w:type="spellEnd"/>
            <w:r>
              <w:t xml:space="preserve"> za </w:t>
            </w:r>
            <w:proofErr w:type="spellStart"/>
            <w:r>
              <w:t>každý</w:t>
            </w:r>
            <w:proofErr w:type="spellEnd"/>
            <w:r>
              <w:t xml:space="preserve"> </w:t>
            </w:r>
            <w:proofErr w:type="spellStart"/>
            <w:r>
              <w:t>celý</w:t>
            </w:r>
            <w:proofErr w:type="spellEnd"/>
            <w:r>
              <w:t xml:space="preserve"> </w:t>
            </w:r>
            <w:proofErr w:type="spellStart"/>
            <w:r>
              <w:t>týždeň</w:t>
            </w:r>
            <w:proofErr w:type="spellEnd"/>
            <w:r>
              <w:t xml:space="preserve">, ale </w:t>
            </w:r>
            <w:proofErr w:type="spellStart"/>
            <w:r>
              <w:t>celková</w:t>
            </w:r>
            <w:proofErr w:type="spellEnd"/>
            <w:r>
              <w:t xml:space="preserve"> </w:t>
            </w:r>
            <w:proofErr w:type="spellStart"/>
            <w:r>
              <w:t>suma</w:t>
            </w:r>
            <w:proofErr w:type="spellEnd"/>
            <w:r>
              <w:t xml:space="preserve"> </w:t>
            </w:r>
            <w:proofErr w:type="spellStart"/>
            <w:r>
              <w:t>dohodnutej</w:t>
            </w:r>
            <w:proofErr w:type="spellEnd"/>
            <w:r>
              <w:t xml:space="preserve"> </w:t>
            </w:r>
            <w:proofErr w:type="spellStart"/>
            <w:r>
              <w:t>zmluvnej</w:t>
            </w:r>
            <w:proofErr w:type="spellEnd"/>
            <w:r>
              <w:t xml:space="preserve"> </w:t>
            </w:r>
            <w:proofErr w:type="spellStart"/>
            <w:r>
              <w:t>pokuty</w:t>
            </w:r>
            <w:proofErr w:type="spellEnd"/>
            <w:r>
              <w:t xml:space="preserve"> </w:t>
            </w:r>
            <w:proofErr w:type="spellStart"/>
            <w:r>
              <w:t>nesmie</w:t>
            </w:r>
            <w:proofErr w:type="spellEnd"/>
            <w:r>
              <w:t xml:space="preserve"> </w:t>
            </w:r>
            <w:proofErr w:type="spellStart"/>
            <w:r>
              <w:t>presiahnuť</w:t>
            </w:r>
            <w:proofErr w:type="spellEnd"/>
            <w:r>
              <w:t xml:space="preserve"> 7,5% z </w:t>
            </w:r>
            <w:proofErr w:type="spellStart"/>
            <w:r>
              <w:t>hodnoty</w:t>
            </w:r>
            <w:proofErr w:type="spellEnd"/>
            <w:r>
              <w:t xml:space="preserve"> </w:t>
            </w:r>
            <w:proofErr w:type="spellStart"/>
            <w:r>
              <w:t>meškajúceho</w:t>
            </w:r>
            <w:proofErr w:type="spellEnd"/>
            <w:r>
              <w:t xml:space="preserve"> </w:t>
            </w:r>
            <w:proofErr w:type="spellStart"/>
            <w:r>
              <w:t>zariadenia</w:t>
            </w:r>
            <w:proofErr w:type="spellEnd"/>
            <w:r>
              <w:t xml:space="preserve">. Ak </w:t>
            </w:r>
            <w:proofErr w:type="spellStart"/>
            <w:r>
              <w:t>pripravenosť</w:t>
            </w:r>
            <w:proofErr w:type="spellEnd"/>
            <w:r>
              <w:t xml:space="preserve"> </w:t>
            </w:r>
            <w:proofErr w:type="spellStart"/>
            <w:r>
              <w:t>zariadenia</w:t>
            </w:r>
            <w:proofErr w:type="spellEnd"/>
            <w:r>
              <w:t xml:space="preserve"> </w:t>
            </w:r>
            <w:proofErr w:type="spellStart"/>
            <w:r>
              <w:t>na</w:t>
            </w:r>
            <w:proofErr w:type="spellEnd"/>
            <w:r>
              <w:t xml:space="preserve"> </w:t>
            </w:r>
            <w:proofErr w:type="spellStart"/>
            <w:r>
              <w:t>odoslanie</w:t>
            </w:r>
            <w:proofErr w:type="spellEnd"/>
            <w:r>
              <w:t xml:space="preserve"> </w:t>
            </w:r>
            <w:proofErr w:type="spellStart"/>
            <w:r>
              <w:t>mešká</w:t>
            </w:r>
            <w:proofErr w:type="spellEnd"/>
            <w:r>
              <w:t xml:space="preserve"> </w:t>
            </w:r>
            <w:proofErr w:type="spellStart"/>
            <w:r>
              <w:t>dlhšie</w:t>
            </w:r>
            <w:proofErr w:type="spellEnd"/>
            <w:r>
              <w:t xml:space="preserve"> </w:t>
            </w:r>
            <w:proofErr w:type="spellStart"/>
            <w:r>
              <w:t>ako</w:t>
            </w:r>
            <w:proofErr w:type="spellEnd"/>
            <w:r>
              <w:t xml:space="preserve"> tri </w:t>
            </w:r>
            <w:proofErr w:type="spellStart"/>
            <w:r>
              <w:t>mesiace</w:t>
            </w:r>
            <w:proofErr w:type="spellEnd"/>
            <w:r>
              <w:t xml:space="preserve">, </w:t>
            </w:r>
            <w:proofErr w:type="spellStart"/>
            <w:r>
              <w:t>má</w:t>
            </w:r>
            <w:proofErr w:type="spellEnd"/>
            <w:r>
              <w:t xml:space="preserve"> </w:t>
            </w:r>
            <w:proofErr w:type="spellStart"/>
            <w:r>
              <w:t>kupujúci</w:t>
            </w:r>
            <w:proofErr w:type="spellEnd"/>
            <w:r>
              <w:t xml:space="preserve"> </w:t>
            </w:r>
            <w:proofErr w:type="spellStart"/>
            <w:r>
              <w:t>právo</w:t>
            </w:r>
            <w:proofErr w:type="spellEnd"/>
            <w:r>
              <w:t xml:space="preserve"> </w:t>
            </w:r>
            <w:proofErr w:type="spellStart"/>
            <w:r>
              <w:t>zrušiť</w:t>
            </w:r>
            <w:proofErr w:type="spellEnd"/>
            <w:r>
              <w:t xml:space="preserve"> </w:t>
            </w:r>
            <w:proofErr w:type="spellStart"/>
            <w:r>
              <w:t>časť</w:t>
            </w:r>
            <w:proofErr w:type="spellEnd"/>
            <w:r>
              <w:t xml:space="preserve"> </w:t>
            </w:r>
            <w:proofErr w:type="spellStart"/>
            <w:r>
              <w:t>alebo</w:t>
            </w:r>
            <w:proofErr w:type="spellEnd"/>
            <w:r>
              <w:t xml:space="preserve"> </w:t>
            </w:r>
            <w:proofErr w:type="spellStart"/>
            <w:r>
              <w:lastRenderedPageBreak/>
              <w:t>celú</w:t>
            </w:r>
            <w:proofErr w:type="spellEnd"/>
            <w:r>
              <w:t xml:space="preserve"> </w:t>
            </w:r>
            <w:proofErr w:type="spellStart"/>
            <w:r>
              <w:t>zmluvu</w:t>
            </w:r>
            <w:proofErr w:type="spellEnd"/>
            <w:r>
              <w:t xml:space="preserve"> a </w:t>
            </w:r>
            <w:proofErr w:type="spellStart"/>
            <w:r>
              <w:t>má</w:t>
            </w:r>
            <w:proofErr w:type="spellEnd"/>
            <w:r>
              <w:t xml:space="preserve"> </w:t>
            </w:r>
            <w:proofErr w:type="spellStart"/>
            <w:r>
              <w:t>právo</w:t>
            </w:r>
            <w:proofErr w:type="spellEnd"/>
            <w:r>
              <w:t xml:space="preserve"> </w:t>
            </w:r>
            <w:proofErr w:type="spellStart"/>
            <w:r>
              <w:t>požadovať</w:t>
            </w:r>
            <w:proofErr w:type="spellEnd"/>
            <w:r>
              <w:t xml:space="preserve"> </w:t>
            </w:r>
            <w:proofErr w:type="spellStart"/>
            <w:r>
              <w:t>vrátenie</w:t>
            </w:r>
            <w:proofErr w:type="spellEnd"/>
            <w:r>
              <w:t xml:space="preserve"> </w:t>
            </w:r>
            <w:proofErr w:type="spellStart"/>
            <w:r>
              <w:t>zálohy</w:t>
            </w:r>
            <w:proofErr w:type="spellEnd"/>
            <w:r>
              <w:t xml:space="preserve"> </w:t>
            </w:r>
            <w:proofErr w:type="spellStart"/>
            <w:r>
              <w:t>súvisiacej</w:t>
            </w:r>
            <w:proofErr w:type="spellEnd"/>
            <w:r>
              <w:t xml:space="preserve"> s </w:t>
            </w:r>
            <w:proofErr w:type="spellStart"/>
            <w:r>
              <w:t>Tovarom</w:t>
            </w:r>
            <w:proofErr w:type="spellEnd"/>
            <w:r>
              <w:t xml:space="preserve">, </w:t>
            </w:r>
            <w:proofErr w:type="spellStart"/>
            <w:r>
              <w:t>ktorý</w:t>
            </w:r>
            <w:proofErr w:type="spellEnd"/>
            <w:r>
              <w:t xml:space="preserve"> </w:t>
            </w:r>
            <w:proofErr w:type="spellStart"/>
            <w:r>
              <w:t>ešte</w:t>
            </w:r>
            <w:proofErr w:type="spellEnd"/>
            <w:r>
              <w:t xml:space="preserve"> </w:t>
            </w:r>
            <w:proofErr w:type="spellStart"/>
            <w:r>
              <w:t>nebol</w:t>
            </w:r>
            <w:proofErr w:type="spellEnd"/>
            <w:r>
              <w:t xml:space="preserve"> </w:t>
            </w:r>
            <w:proofErr w:type="spellStart"/>
            <w:r>
              <w:t>odoslaný</w:t>
            </w:r>
            <w:proofErr w:type="spellEnd"/>
            <w:r>
              <w:t>.</w:t>
            </w:r>
          </w:p>
        </w:tc>
      </w:tr>
    </w:tbl>
    <w:p w14:paraId="132963D8"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1DAE7E7" w14:textId="77777777">
        <w:trPr>
          <w:jc w:val="center"/>
        </w:trPr>
        <w:tc>
          <w:tcPr>
            <w:tcW w:w="5159" w:type="dxa"/>
            <w:tcMar>
              <w:top w:w="70" w:type="dxa"/>
              <w:left w:w="95" w:type="dxa"/>
              <w:bottom w:w="70" w:type="dxa"/>
              <w:right w:w="95" w:type="dxa"/>
            </w:tcMar>
          </w:tcPr>
          <w:p w14:paraId="35E81336" w14:textId="77777777" w:rsidR="003F413A" w:rsidRDefault="00000000">
            <w:pPr>
              <w:spacing w:after="40"/>
              <w:jc w:val="both"/>
            </w:pPr>
            <w:r>
              <w:t xml:space="preserve">11.2. In Annexes to the present Contract should be described the performance guarantee given by Seller and the conditions that </w:t>
            </w:r>
            <w:proofErr w:type="gramStart"/>
            <w:r>
              <w:t>have to</w:t>
            </w:r>
            <w:proofErr w:type="gramEnd"/>
            <w:r>
              <w:t xml:space="preserve"> be met by Buyer to enable Seller to fulfil the performance guarantee. The consequences of not realizing the performance guarantee also should be described in Annexes to the present Contact. Seller </w:t>
            </w:r>
            <w:proofErr w:type="gramStart"/>
            <w:r>
              <w:t>has to</w:t>
            </w:r>
            <w:proofErr w:type="gramEnd"/>
            <w:r>
              <w:t xml:space="preserve"> show that this performance guarantee can be realized during a production test run. If this is shown the performance guarantee is fulfilled and can no longer be invoked by Buyer. If one or more of the conditions to be met by the Buyer are not realized during two production test runs the performance guarantee is deemed to be fulfilled. As stated in Annexes to the present Contract, the amount that Seller can be due to Buyer for underperformance shall never exceed 5% (five) of the value of the equipment that are underperforming. Parties agree that the fact that a machine may not perform does not influence the performance of equipment placed before or after such machine. Such equipment shall be judged individually.</w:t>
            </w:r>
          </w:p>
        </w:tc>
        <w:tc>
          <w:tcPr>
            <w:tcW w:w="5159" w:type="dxa"/>
            <w:tcMar>
              <w:top w:w="70" w:type="dxa"/>
              <w:left w:w="95" w:type="dxa"/>
              <w:bottom w:w="70" w:type="dxa"/>
              <w:right w:w="95" w:type="dxa"/>
            </w:tcMar>
          </w:tcPr>
          <w:p w14:paraId="2335CBDF" w14:textId="77777777" w:rsidR="003F413A" w:rsidRDefault="00000000">
            <w:pPr>
              <w:spacing w:after="40"/>
              <w:jc w:val="both"/>
            </w:pPr>
            <w:r>
              <w:t xml:space="preserve">11.2. V </w:t>
            </w:r>
            <w:proofErr w:type="spellStart"/>
            <w:r>
              <w:t>prílohách</w:t>
            </w:r>
            <w:proofErr w:type="spellEnd"/>
            <w:r>
              <w:t xml:space="preserve"> k </w:t>
            </w:r>
            <w:proofErr w:type="spellStart"/>
            <w:r>
              <w:t>tejto</w:t>
            </w:r>
            <w:proofErr w:type="spellEnd"/>
            <w:r>
              <w:t xml:space="preserve"> </w:t>
            </w:r>
            <w:proofErr w:type="spellStart"/>
            <w:r>
              <w:t>zmluve</w:t>
            </w:r>
            <w:proofErr w:type="spellEnd"/>
            <w:r>
              <w:t xml:space="preserve"> by mala </w:t>
            </w:r>
            <w:proofErr w:type="spellStart"/>
            <w:r>
              <w:t>byť</w:t>
            </w:r>
            <w:proofErr w:type="spellEnd"/>
            <w:r>
              <w:t xml:space="preserve"> </w:t>
            </w:r>
            <w:proofErr w:type="spellStart"/>
            <w:r>
              <w:t>popísaná</w:t>
            </w:r>
            <w:proofErr w:type="spellEnd"/>
            <w:r>
              <w:t xml:space="preserve"> </w:t>
            </w:r>
            <w:proofErr w:type="spellStart"/>
            <w:r>
              <w:t>záruka</w:t>
            </w:r>
            <w:proofErr w:type="spellEnd"/>
            <w:r>
              <w:t xml:space="preserve"> </w:t>
            </w:r>
            <w:proofErr w:type="spellStart"/>
            <w:r>
              <w:t>na</w:t>
            </w:r>
            <w:proofErr w:type="spellEnd"/>
            <w:r>
              <w:t xml:space="preserve"> </w:t>
            </w:r>
            <w:proofErr w:type="spellStart"/>
            <w:r>
              <w:t>výkon</w:t>
            </w:r>
            <w:proofErr w:type="spellEnd"/>
            <w:r>
              <w:t xml:space="preserve"> </w:t>
            </w:r>
            <w:proofErr w:type="spellStart"/>
            <w:r>
              <w:t>poskytovaná</w:t>
            </w:r>
            <w:proofErr w:type="spellEnd"/>
            <w:r>
              <w:t xml:space="preserve"> </w:t>
            </w:r>
            <w:proofErr w:type="spellStart"/>
            <w:r>
              <w:t>predávajúcim</w:t>
            </w:r>
            <w:proofErr w:type="spellEnd"/>
            <w:r>
              <w:t xml:space="preserve"> a </w:t>
            </w:r>
            <w:proofErr w:type="spellStart"/>
            <w:r>
              <w:t>podmienky</w:t>
            </w:r>
            <w:proofErr w:type="spellEnd"/>
            <w:r>
              <w:t xml:space="preserve">, </w:t>
            </w:r>
            <w:proofErr w:type="spellStart"/>
            <w:r>
              <w:t>ktoré</w:t>
            </w:r>
            <w:proofErr w:type="spellEnd"/>
            <w:r>
              <w:t xml:space="preserve"> </w:t>
            </w:r>
            <w:proofErr w:type="spellStart"/>
            <w:r>
              <w:t>musí</w:t>
            </w:r>
            <w:proofErr w:type="spellEnd"/>
            <w:r>
              <w:t xml:space="preserve"> </w:t>
            </w:r>
            <w:proofErr w:type="spellStart"/>
            <w:r>
              <w:t>kupujúci</w:t>
            </w:r>
            <w:proofErr w:type="spellEnd"/>
            <w:r>
              <w:t xml:space="preserve"> </w:t>
            </w:r>
            <w:proofErr w:type="spellStart"/>
            <w:r>
              <w:t>splniť</w:t>
            </w:r>
            <w:proofErr w:type="spellEnd"/>
            <w:r>
              <w:t xml:space="preserve">, aby </w:t>
            </w:r>
            <w:proofErr w:type="spellStart"/>
            <w:r>
              <w:t>predávajúci</w:t>
            </w:r>
            <w:proofErr w:type="spellEnd"/>
            <w:r>
              <w:t xml:space="preserve"> </w:t>
            </w:r>
            <w:proofErr w:type="spellStart"/>
            <w:r>
              <w:t>mohol</w:t>
            </w:r>
            <w:proofErr w:type="spellEnd"/>
            <w:r>
              <w:t xml:space="preserve"> </w:t>
            </w:r>
            <w:proofErr w:type="spellStart"/>
            <w:r>
              <w:t>splniť</w:t>
            </w:r>
            <w:proofErr w:type="spellEnd"/>
            <w:r>
              <w:t xml:space="preserve"> </w:t>
            </w:r>
            <w:proofErr w:type="spellStart"/>
            <w:r>
              <w:t>záruku</w:t>
            </w:r>
            <w:proofErr w:type="spellEnd"/>
            <w:r>
              <w:t xml:space="preserve"> </w:t>
            </w:r>
            <w:proofErr w:type="spellStart"/>
            <w:r>
              <w:t>na</w:t>
            </w:r>
            <w:proofErr w:type="spellEnd"/>
            <w:r>
              <w:t xml:space="preserve"> </w:t>
            </w:r>
            <w:proofErr w:type="spellStart"/>
            <w:r>
              <w:t>výkon</w:t>
            </w:r>
            <w:proofErr w:type="spellEnd"/>
            <w:r>
              <w:t xml:space="preserve">. </w:t>
            </w:r>
            <w:proofErr w:type="spellStart"/>
            <w:r>
              <w:t>Dôsledky</w:t>
            </w:r>
            <w:proofErr w:type="spellEnd"/>
            <w:r>
              <w:t xml:space="preserve"> </w:t>
            </w:r>
            <w:proofErr w:type="spellStart"/>
            <w:r>
              <w:t>neuplatnenia</w:t>
            </w:r>
            <w:proofErr w:type="spellEnd"/>
            <w:r>
              <w:t xml:space="preserve"> </w:t>
            </w:r>
            <w:proofErr w:type="spellStart"/>
            <w:r>
              <w:t>záruky</w:t>
            </w:r>
            <w:proofErr w:type="spellEnd"/>
            <w:r>
              <w:t xml:space="preserve"> </w:t>
            </w:r>
            <w:proofErr w:type="spellStart"/>
            <w:r>
              <w:t>na</w:t>
            </w:r>
            <w:proofErr w:type="spellEnd"/>
            <w:r>
              <w:t xml:space="preserve"> </w:t>
            </w:r>
            <w:proofErr w:type="spellStart"/>
            <w:r>
              <w:t>výkon</w:t>
            </w:r>
            <w:proofErr w:type="spellEnd"/>
            <w:r>
              <w:t xml:space="preserve"> by </w:t>
            </w:r>
            <w:proofErr w:type="spellStart"/>
            <w:r>
              <w:t>mali</w:t>
            </w:r>
            <w:proofErr w:type="spellEnd"/>
            <w:r>
              <w:t xml:space="preserve"> </w:t>
            </w:r>
            <w:proofErr w:type="spellStart"/>
            <w:r>
              <w:t>byť</w:t>
            </w:r>
            <w:proofErr w:type="spellEnd"/>
            <w:r>
              <w:t xml:space="preserve"> </w:t>
            </w:r>
            <w:proofErr w:type="spellStart"/>
            <w:r>
              <w:t>tiež</w:t>
            </w:r>
            <w:proofErr w:type="spellEnd"/>
            <w:r>
              <w:t xml:space="preserve"> </w:t>
            </w:r>
            <w:proofErr w:type="spellStart"/>
            <w:r>
              <w:t>popísané</w:t>
            </w:r>
            <w:proofErr w:type="spellEnd"/>
            <w:r>
              <w:t xml:space="preserve"> v </w:t>
            </w:r>
            <w:proofErr w:type="spellStart"/>
            <w:r>
              <w:t>prílohách</w:t>
            </w:r>
            <w:proofErr w:type="spellEnd"/>
            <w:r>
              <w:t xml:space="preserve"> k </w:t>
            </w:r>
            <w:proofErr w:type="spellStart"/>
            <w:r>
              <w:t>tejto</w:t>
            </w:r>
            <w:proofErr w:type="spellEnd"/>
            <w:r>
              <w:t xml:space="preserve"> </w:t>
            </w:r>
            <w:proofErr w:type="spellStart"/>
            <w:r>
              <w:t>zmluve</w:t>
            </w:r>
            <w:proofErr w:type="spellEnd"/>
            <w:r>
              <w:t xml:space="preserve">. </w:t>
            </w:r>
            <w:proofErr w:type="spellStart"/>
            <w:r>
              <w:t>Predávajúci</w:t>
            </w:r>
            <w:proofErr w:type="spellEnd"/>
            <w:r>
              <w:t xml:space="preserve"> </w:t>
            </w:r>
            <w:proofErr w:type="spellStart"/>
            <w:r>
              <w:t>musí</w:t>
            </w:r>
            <w:proofErr w:type="spellEnd"/>
            <w:r>
              <w:t xml:space="preserve"> </w:t>
            </w:r>
            <w:proofErr w:type="spellStart"/>
            <w:r>
              <w:t>preukázať</w:t>
            </w:r>
            <w:proofErr w:type="spellEnd"/>
            <w:r>
              <w:t xml:space="preserve">, </w:t>
            </w:r>
            <w:proofErr w:type="spellStart"/>
            <w:r>
              <w:t>že</w:t>
            </w:r>
            <w:proofErr w:type="spellEnd"/>
            <w:r>
              <w:t xml:space="preserve"> </w:t>
            </w:r>
            <w:proofErr w:type="spellStart"/>
            <w:r>
              <w:t>táto</w:t>
            </w:r>
            <w:proofErr w:type="spellEnd"/>
            <w:r>
              <w:t xml:space="preserve"> </w:t>
            </w:r>
            <w:proofErr w:type="spellStart"/>
            <w:r>
              <w:t>záruka</w:t>
            </w:r>
            <w:proofErr w:type="spellEnd"/>
            <w:r>
              <w:t xml:space="preserve"> </w:t>
            </w:r>
            <w:proofErr w:type="spellStart"/>
            <w:r>
              <w:t>na</w:t>
            </w:r>
            <w:proofErr w:type="spellEnd"/>
            <w:r>
              <w:t xml:space="preserve"> </w:t>
            </w:r>
            <w:proofErr w:type="spellStart"/>
            <w:r>
              <w:t>výkon</w:t>
            </w:r>
            <w:proofErr w:type="spellEnd"/>
            <w:r>
              <w:t xml:space="preserve"> </w:t>
            </w:r>
            <w:proofErr w:type="spellStart"/>
            <w:r>
              <w:t>môže</w:t>
            </w:r>
            <w:proofErr w:type="spellEnd"/>
            <w:r>
              <w:t xml:space="preserve"> </w:t>
            </w:r>
            <w:proofErr w:type="spellStart"/>
            <w:r>
              <w:t>byť</w:t>
            </w:r>
            <w:proofErr w:type="spellEnd"/>
            <w:r>
              <w:t xml:space="preserve"> </w:t>
            </w:r>
            <w:proofErr w:type="spellStart"/>
            <w:r>
              <w:t>uplatnená</w:t>
            </w:r>
            <w:proofErr w:type="spellEnd"/>
            <w:r>
              <w:t xml:space="preserve"> </w:t>
            </w:r>
            <w:proofErr w:type="spellStart"/>
            <w:r>
              <w:t>počas</w:t>
            </w:r>
            <w:proofErr w:type="spellEnd"/>
            <w:r>
              <w:t xml:space="preserve"> </w:t>
            </w:r>
            <w:proofErr w:type="spellStart"/>
            <w:r>
              <w:t>výrobnej</w:t>
            </w:r>
            <w:proofErr w:type="spellEnd"/>
            <w:r>
              <w:t xml:space="preserve"> </w:t>
            </w:r>
            <w:proofErr w:type="spellStart"/>
            <w:r>
              <w:t>skúšky</w:t>
            </w:r>
            <w:proofErr w:type="spellEnd"/>
            <w:r>
              <w:t xml:space="preserve">. </w:t>
            </w:r>
            <w:r w:rsidRPr="00B662DE">
              <w:rPr>
                <w:lang w:val="pl-PL"/>
              </w:rPr>
              <w:t xml:space="preserve">Ak to preukáže, záruka na výkon je splnená a kupujúci ju už nemôže uplatniť. Ak jedna alebo viacero podmienok, ktoré má kupujúci splniť počas dvoch výrobných skúšok, nebude splnená, záruka na výkon sa považuje za splnenú. Ako je uvedené v prílohách k tejto zmluve, suma, ktorú možno bude musieť predávajúci zaplatiť kupujúcemu za nedostatočný výkon, nikdy nepresiahne 5 (päť) % hodnoty zariadenia, ktoré má nedostatočný výkon. Zmluvné strany sa dohodli, že skutočnosť, že stroj nedosahuje požadovaný výkon, nemá vplyv na výkon zariadenia umiestneného pred alebo za takýmto strojom. </w:t>
            </w:r>
            <w:proofErr w:type="spellStart"/>
            <w:r>
              <w:t>Takéto</w:t>
            </w:r>
            <w:proofErr w:type="spellEnd"/>
            <w:r>
              <w:t xml:space="preserve"> </w:t>
            </w:r>
            <w:proofErr w:type="spellStart"/>
            <w:r>
              <w:t>zariadenie</w:t>
            </w:r>
            <w:proofErr w:type="spellEnd"/>
            <w:r>
              <w:t xml:space="preserve"> </w:t>
            </w:r>
            <w:proofErr w:type="spellStart"/>
            <w:r>
              <w:t>sa</w:t>
            </w:r>
            <w:proofErr w:type="spellEnd"/>
            <w:r>
              <w:t xml:space="preserve"> </w:t>
            </w:r>
            <w:proofErr w:type="spellStart"/>
            <w:r>
              <w:t>bude</w:t>
            </w:r>
            <w:proofErr w:type="spellEnd"/>
            <w:r>
              <w:t xml:space="preserve"> </w:t>
            </w:r>
            <w:proofErr w:type="spellStart"/>
            <w:r>
              <w:t>posudzovať</w:t>
            </w:r>
            <w:proofErr w:type="spellEnd"/>
            <w:r>
              <w:t xml:space="preserve"> </w:t>
            </w:r>
            <w:proofErr w:type="spellStart"/>
            <w:r>
              <w:t>individuálne</w:t>
            </w:r>
            <w:proofErr w:type="spellEnd"/>
            <w:r>
              <w:t>.</w:t>
            </w:r>
          </w:p>
        </w:tc>
      </w:tr>
    </w:tbl>
    <w:p w14:paraId="25FF641C"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2955D0A" w14:textId="77777777">
        <w:trPr>
          <w:jc w:val="center"/>
        </w:trPr>
        <w:tc>
          <w:tcPr>
            <w:tcW w:w="5159" w:type="dxa"/>
            <w:tcMar>
              <w:top w:w="70" w:type="dxa"/>
              <w:left w:w="95" w:type="dxa"/>
              <w:bottom w:w="70" w:type="dxa"/>
              <w:right w:w="95" w:type="dxa"/>
            </w:tcMar>
          </w:tcPr>
          <w:p w14:paraId="51B03BD2" w14:textId="57EF055D" w:rsidR="003F413A" w:rsidRDefault="00000000">
            <w:pPr>
              <w:spacing w:after="40"/>
              <w:jc w:val="both"/>
            </w:pPr>
            <w:r>
              <w:t xml:space="preserve">11.3. In case of delay of more than </w:t>
            </w:r>
            <w:r w:rsidR="00BE4E03">
              <w:t xml:space="preserve">20 </w:t>
            </w:r>
            <w:r>
              <w:t xml:space="preserve">working days of provision of installation and start-and-adjustment services as stated in clauses 4.1.1. and 6.1, due to reasons within the responsibility of the Seller, the Seller shall pay to the Buyer (starting from </w:t>
            </w:r>
            <w:r w:rsidR="00BE4E03">
              <w:t>21</w:t>
            </w:r>
            <w:proofErr w:type="gramStart"/>
            <w:r w:rsidR="00BE4E03" w:rsidRPr="004603AF">
              <w:t>st</w:t>
            </w:r>
            <w:r w:rsidR="00BE4E03">
              <w:t xml:space="preserve"> </w:t>
            </w:r>
            <w:r>
              <w:t xml:space="preserve"> working</w:t>
            </w:r>
            <w:proofErr w:type="gramEnd"/>
            <w:r>
              <w:t xml:space="preserve"> day of delay) liquidated damages in the amount of 0,3% of the total value of unexecuted installation and start-and-adjustment services for each calendar day of delay in fulfillment of obligations, with a maximum of 7,5% of the supervision installation amount.</w:t>
            </w:r>
          </w:p>
        </w:tc>
        <w:tc>
          <w:tcPr>
            <w:tcW w:w="5159" w:type="dxa"/>
            <w:tcMar>
              <w:top w:w="70" w:type="dxa"/>
              <w:left w:w="95" w:type="dxa"/>
              <w:bottom w:w="70" w:type="dxa"/>
              <w:right w:w="95" w:type="dxa"/>
            </w:tcMar>
          </w:tcPr>
          <w:p w14:paraId="70F3C339" w14:textId="77777777" w:rsidR="003F413A" w:rsidRDefault="00000000">
            <w:pPr>
              <w:spacing w:after="40"/>
              <w:jc w:val="both"/>
            </w:pPr>
            <w:r>
              <w:t xml:space="preserve">11.3. V </w:t>
            </w:r>
            <w:proofErr w:type="spellStart"/>
            <w:r>
              <w:t>prípade</w:t>
            </w:r>
            <w:proofErr w:type="spellEnd"/>
            <w:r>
              <w:t xml:space="preserve"> </w:t>
            </w:r>
            <w:proofErr w:type="spellStart"/>
            <w:r>
              <w:t>meškania</w:t>
            </w:r>
            <w:proofErr w:type="spellEnd"/>
            <w:r>
              <w:t xml:space="preserve"> o </w:t>
            </w:r>
            <w:proofErr w:type="spellStart"/>
            <w:r>
              <w:t>viac</w:t>
            </w:r>
            <w:proofErr w:type="spellEnd"/>
            <w:r>
              <w:t xml:space="preserve">, </w:t>
            </w:r>
            <w:proofErr w:type="spellStart"/>
            <w:r>
              <w:t>ako</w:t>
            </w:r>
            <w:proofErr w:type="spellEnd"/>
            <w:r>
              <w:t xml:space="preserve"> 5 </w:t>
            </w:r>
            <w:proofErr w:type="spellStart"/>
            <w:r>
              <w:t>pracovných</w:t>
            </w:r>
            <w:proofErr w:type="spellEnd"/>
            <w:r>
              <w:t xml:space="preserve"> </w:t>
            </w:r>
            <w:proofErr w:type="spellStart"/>
            <w:r>
              <w:t>dní</w:t>
            </w:r>
            <w:proofErr w:type="spellEnd"/>
            <w:r>
              <w:t xml:space="preserve"> s </w:t>
            </w:r>
            <w:proofErr w:type="spellStart"/>
            <w:r>
              <w:t>poskytovaním</w:t>
            </w:r>
            <w:proofErr w:type="spellEnd"/>
            <w:r>
              <w:t xml:space="preserve"> </w:t>
            </w:r>
            <w:proofErr w:type="spellStart"/>
            <w:r>
              <w:t>služieb</w:t>
            </w:r>
            <w:proofErr w:type="spellEnd"/>
            <w:r>
              <w:t xml:space="preserve"> </w:t>
            </w:r>
            <w:proofErr w:type="spellStart"/>
            <w:r>
              <w:t>inštalácie</w:t>
            </w:r>
            <w:proofErr w:type="spellEnd"/>
            <w:r>
              <w:t xml:space="preserve"> </w:t>
            </w:r>
            <w:proofErr w:type="gramStart"/>
            <w:r>
              <w:t xml:space="preserve">a  </w:t>
            </w:r>
            <w:proofErr w:type="spellStart"/>
            <w:r>
              <w:t>spustenie</w:t>
            </w:r>
            <w:proofErr w:type="spellEnd"/>
            <w:proofErr w:type="gramEnd"/>
            <w:r>
              <w:t xml:space="preserve"> a </w:t>
            </w:r>
            <w:proofErr w:type="spellStart"/>
            <w:r>
              <w:t>nastavovania</w:t>
            </w:r>
            <w:proofErr w:type="spellEnd"/>
            <w:r>
              <w:t xml:space="preserve">, </w:t>
            </w:r>
            <w:proofErr w:type="spellStart"/>
            <w:r>
              <w:t>ako</w:t>
            </w:r>
            <w:proofErr w:type="spellEnd"/>
            <w:r>
              <w:t xml:space="preserve"> je </w:t>
            </w:r>
            <w:proofErr w:type="spellStart"/>
            <w:r>
              <w:t>uvedené</w:t>
            </w:r>
            <w:proofErr w:type="spellEnd"/>
            <w:r>
              <w:t xml:space="preserve"> v </w:t>
            </w:r>
            <w:proofErr w:type="spellStart"/>
            <w:r>
              <w:t>bodoch</w:t>
            </w:r>
            <w:proofErr w:type="spellEnd"/>
            <w:r>
              <w:t xml:space="preserve"> 4.1.1 a 6.1, z </w:t>
            </w:r>
            <w:proofErr w:type="spellStart"/>
            <w:r>
              <w:t>dôvodov</w:t>
            </w:r>
            <w:proofErr w:type="spellEnd"/>
            <w:r>
              <w:t xml:space="preserve">, za, </w:t>
            </w:r>
            <w:proofErr w:type="spellStart"/>
            <w:r>
              <w:t>ktoré</w:t>
            </w:r>
            <w:proofErr w:type="spellEnd"/>
            <w:r>
              <w:t xml:space="preserve"> </w:t>
            </w:r>
            <w:proofErr w:type="spellStart"/>
            <w:r>
              <w:t>zodpovedá</w:t>
            </w:r>
            <w:proofErr w:type="spellEnd"/>
            <w:r>
              <w:t xml:space="preserve"> </w:t>
            </w:r>
            <w:proofErr w:type="spellStart"/>
            <w:r>
              <w:t>predávajúci</w:t>
            </w:r>
            <w:proofErr w:type="spellEnd"/>
            <w:r>
              <w:t xml:space="preserve">, </w:t>
            </w:r>
            <w:proofErr w:type="spellStart"/>
            <w:r>
              <w:t>zaplatí</w:t>
            </w:r>
            <w:proofErr w:type="spellEnd"/>
            <w:r>
              <w:t xml:space="preserve"> </w:t>
            </w:r>
            <w:proofErr w:type="spellStart"/>
            <w:r>
              <w:t>predávajúci</w:t>
            </w:r>
            <w:proofErr w:type="spellEnd"/>
            <w:r>
              <w:t xml:space="preserve"> </w:t>
            </w:r>
            <w:proofErr w:type="spellStart"/>
            <w:r>
              <w:t>kupujúcemu</w:t>
            </w:r>
            <w:proofErr w:type="spellEnd"/>
            <w:r>
              <w:t xml:space="preserve"> (</w:t>
            </w:r>
            <w:proofErr w:type="spellStart"/>
            <w:r>
              <w:t>počnúc</w:t>
            </w:r>
            <w:proofErr w:type="spellEnd"/>
            <w:r>
              <w:t xml:space="preserve"> od 6. </w:t>
            </w:r>
            <w:proofErr w:type="spellStart"/>
            <w:r>
              <w:t>pracovného</w:t>
            </w:r>
            <w:proofErr w:type="spellEnd"/>
            <w:r>
              <w:t xml:space="preserve"> </w:t>
            </w:r>
            <w:proofErr w:type="spellStart"/>
            <w:r>
              <w:t>dňa</w:t>
            </w:r>
            <w:proofErr w:type="spellEnd"/>
            <w:r>
              <w:t xml:space="preserve"> </w:t>
            </w:r>
            <w:proofErr w:type="spellStart"/>
            <w:r>
              <w:t>omeškania</w:t>
            </w:r>
            <w:proofErr w:type="spellEnd"/>
            <w:r>
              <w:t xml:space="preserve">) </w:t>
            </w:r>
            <w:proofErr w:type="spellStart"/>
            <w:r>
              <w:t>zmluvnú</w:t>
            </w:r>
            <w:proofErr w:type="spellEnd"/>
            <w:r>
              <w:t xml:space="preserve"> </w:t>
            </w:r>
            <w:proofErr w:type="spellStart"/>
            <w:r>
              <w:t>pokutu</w:t>
            </w:r>
            <w:proofErr w:type="spellEnd"/>
            <w:r>
              <w:t xml:space="preserve"> </w:t>
            </w:r>
            <w:proofErr w:type="spellStart"/>
            <w:r>
              <w:t>vo</w:t>
            </w:r>
            <w:proofErr w:type="spellEnd"/>
            <w:r>
              <w:t xml:space="preserve"> </w:t>
            </w:r>
            <w:proofErr w:type="spellStart"/>
            <w:r>
              <w:t>výške</w:t>
            </w:r>
            <w:proofErr w:type="spellEnd"/>
            <w:r>
              <w:t xml:space="preserve"> 0,3 % z </w:t>
            </w:r>
            <w:proofErr w:type="spellStart"/>
            <w:r>
              <w:t>celkovej</w:t>
            </w:r>
            <w:proofErr w:type="spellEnd"/>
            <w:r>
              <w:t xml:space="preserve"> </w:t>
            </w:r>
            <w:proofErr w:type="spellStart"/>
            <w:r>
              <w:t>hodnoty</w:t>
            </w:r>
            <w:proofErr w:type="spellEnd"/>
            <w:r>
              <w:t xml:space="preserve"> </w:t>
            </w:r>
            <w:proofErr w:type="spellStart"/>
            <w:r>
              <w:t>nevykonaných</w:t>
            </w:r>
            <w:proofErr w:type="spellEnd"/>
            <w:r>
              <w:t xml:space="preserve"> </w:t>
            </w:r>
            <w:proofErr w:type="spellStart"/>
            <w:r>
              <w:t>služieb</w:t>
            </w:r>
            <w:proofErr w:type="spellEnd"/>
            <w:r>
              <w:t xml:space="preserve"> </w:t>
            </w:r>
            <w:proofErr w:type="spellStart"/>
            <w:r>
              <w:t>inštalácie</w:t>
            </w:r>
            <w:proofErr w:type="spellEnd"/>
            <w:r>
              <w:t xml:space="preserve"> </w:t>
            </w:r>
            <w:proofErr w:type="gramStart"/>
            <w:r>
              <w:t xml:space="preserve">a  </w:t>
            </w:r>
            <w:proofErr w:type="spellStart"/>
            <w:r>
              <w:t>spustenie</w:t>
            </w:r>
            <w:proofErr w:type="spellEnd"/>
            <w:proofErr w:type="gramEnd"/>
            <w:r>
              <w:t xml:space="preserve"> a </w:t>
            </w:r>
            <w:proofErr w:type="spellStart"/>
            <w:r>
              <w:t>nastavovania</w:t>
            </w:r>
            <w:proofErr w:type="spellEnd"/>
            <w:r>
              <w:t xml:space="preserve"> za </w:t>
            </w:r>
            <w:proofErr w:type="spellStart"/>
            <w:r>
              <w:t>každý</w:t>
            </w:r>
            <w:proofErr w:type="spellEnd"/>
            <w:r>
              <w:t xml:space="preserve"> </w:t>
            </w:r>
            <w:proofErr w:type="spellStart"/>
            <w:r>
              <w:t>kalendárny</w:t>
            </w:r>
            <w:proofErr w:type="spellEnd"/>
            <w:r>
              <w:t xml:space="preserve"> </w:t>
            </w:r>
            <w:proofErr w:type="spellStart"/>
            <w:r>
              <w:t>deň</w:t>
            </w:r>
            <w:proofErr w:type="spellEnd"/>
            <w:r>
              <w:t xml:space="preserve"> </w:t>
            </w:r>
            <w:proofErr w:type="spellStart"/>
            <w:r>
              <w:t>omeškania</w:t>
            </w:r>
            <w:proofErr w:type="spellEnd"/>
            <w:r>
              <w:t xml:space="preserve"> s </w:t>
            </w:r>
            <w:proofErr w:type="spellStart"/>
            <w:r>
              <w:t>plnením</w:t>
            </w:r>
            <w:proofErr w:type="spellEnd"/>
            <w:r>
              <w:t xml:space="preserve"> </w:t>
            </w:r>
            <w:proofErr w:type="spellStart"/>
            <w:r>
              <w:t>povinností</w:t>
            </w:r>
            <w:proofErr w:type="spellEnd"/>
            <w:r>
              <w:t xml:space="preserve">, </w:t>
            </w:r>
            <w:proofErr w:type="spellStart"/>
            <w:r>
              <w:t>najviac</w:t>
            </w:r>
            <w:proofErr w:type="spellEnd"/>
            <w:r>
              <w:t xml:space="preserve"> </w:t>
            </w:r>
            <w:proofErr w:type="spellStart"/>
            <w:r>
              <w:t>však</w:t>
            </w:r>
            <w:proofErr w:type="spellEnd"/>
            <w:r>
              <w:t xml:space="preserve"> 7,5% zo </w:t>
            </w:r>
            <w:proofErr w:type="spellStart"/>
            <w:r>
              <w:t>sumy</w:t>
            </w:r>
            <w:proofErr w:type="spellEnd"/>
            <w:r>
              <w:t xml:space="preserve"> </w:t>
            </w:r>
            <w:proofErr w:type="spellStart"/>
            <w:r>
              <w:t>dozoru</w:t>
            </w:r>
            <w:proofErr w:type="spellEnd"/>
            <w:r>
              <w:t xml:space="preserve"> </w:t>
            </w:r>
            <w:proofErr w:type="spellStart"/>
            <w:r>
              <w:t>nad</w:t>
            </w:r>
            <w:proofErr w:type="spellEnd"/>
            <w:r>
              <w:t xml:space="preserve"> </w:t>
            </w:r>
            <w:proofErr w:type="spellStart"/>
            <w:r>
              <w:t>inštaláciou</w:t>
            </w:r>
            <w:proofErr w:type="spellEnd"/>
            <w:r>
              <w:t>.</w:t>
            </w:r>
          </w:p>
        </w:tc>
      </w:tr>
    </w:tbl>
    <w:p w14:paraId="471F21DF"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4603AF" w14:paraId="080FEE58" w14:textId="77777777">
        <w:trPr>
          <w:jc w:val="center"/>
        </w:trPr>
        <w:tc>
          <w:tcPr>
            <w:tcW w:w="5159" w:type="dxa"/>
            <w:tcMar>
              <w:top w:w="70" w:type="dxa"/>
              <w:left w:w="95" w:type="dxa"/>
              <w:bottom w:w="70" w:type="dxa"/>
              <w:right w:w="95" w:type="dxa"/>
            </w:tcMar>
          </w:tcPr>
          <w:p w14:paraId="10634EAB" w14:textId="77777777" w:rsidR="003F413A" w:rsidRDefault="00000000">
            <w:pPr>
              <w:spacing w:after="40"/>
              <w:jc w:val="both"/>
            </w:pPr>
            <w:r>
              <w:t>11.4. The Seller is obliged to inform the Buyer about significant improvements of the equipment, stated in Annexes to the present Contract. The Parties shall jointly discuss possibility of new developments introduction into the configuration of supplied equipment.</w:t>
            </w:r>
          </w:p>
        </w:tc>
        <w:tc>
          <w:tcPr>
            <w:tcW w:w="5159" w:type="dxa"/>
            <w:tcMar>
              <w:top w:w="70" w:type="dxa"/>
              <w:left w:w="95" w:type="dxa"/>
              <w:bottom w:w="70" w:type="dxa"/>
              <w:right w:w="95" w:type="dxa"/>
            </w:tcMar>
          </w:tcPr>
          <w:p w14:paraId="4CCDA3C1" w14:textId="77777777" w:rsidR="003F413A" w:rsidRPr="004603AF" w:rsidRDefault="00000000">
            <w:pPr>
              <w:spacing w:after="40"/>
              <w:jc w:val="both"/>
            </w:pPr>
            <w:r>
              <w:t xml:space="preserve">11.4. </w:t>
            </w:r>
            <w:proofErr w:type="spellStart"/>
            <w:r>
              <w:t>Predávajúci</w:t>
            </w:r>
            <w:proofErr w:type="spellEnd"/>
            <w:r>
              <w:t xml:space="preserve"> je </w:t>
            </w:r>
            <w:proofErr w:type="spellStart"/>
            <w:r>
              <w:t>povinný</w:t>
            </w:r>
            <w:proofErr w:type="spellEnd"/>
            <w:r>
              <w:t xml:space="preserve"> </w:t>
            </w:r>
            <w:proofErr w:type="spellStart"/>
            <w:r>
              <w:t>informovať</w:t>
            </w:r>
            <w:proofErr w:type="spellEnd"/>
            <w:r>
              <w:t xml:space="preserve"> </w:t>
            </w:r>
            <w:proofErr w:type="spellStart"/>
            <w:r>
              <w:t>kupujúceho</w:t>
            </w:r>
            <w:proofErr w:type="spellEnd"/>
            <w:r>
              <w:t xml:space="preserve"> o </w:t>
            </w:r>
            <w:proofErr w:type="spellStart"/>
            <w:r>
              <w:t>významných</w:t>
            </w:r>
            <w:proofErr w:type="spellEnd"/>
            <w:r>
              <w:t xml:space="preserve"> </w:t>
            </w:r>
            <w:proofErr w:type="spellStart"/>
            <w:r>
              <w:t>vylepšeniach</w:t>
            </w:r>
            <w:proofErr w:type="spellEnd"/>
            <w:r>
              <w:t xml:space="preserve"> </w:t>
            </w:r>
            <w:proofErr w:type="spellStart"/>
            <w:r>
              <w:t>zariadenia</w:t>
            </w:r>
            <w:proofErr w:type="spellEnd"/>
            <w:r>
              <w:t xml:space="preserve"> </w:t>
            </w:r>
            <w:proofErr w:type="spellStart"/>
            <w:r>
              <w:t>uvedených</w:t>
            </w:r>
            <w:proofErr w:type="spellEnd"/>
            <w:r>
              <w:t xml:space="preserve"> v </w:t>
            </w:r>
            <w:proofErr w:type="spellStart"/>
            <w:r>
              <w:t>prílohách</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rsidRPr="004603AF">
              <w:t>Zmluvné</w:t>
            </w:r>
            <w:proofErr w:type="spellEnd"/>
            <w:r w:rsidRPr="004603AF">
              <w:t xml:space="preserve"> </w:t>
            </w:r>
            <w:proofErr w:type="spellStart"/>
            <w:r w:rsidRPr="004603AF">
              <w:t>strany</w:t>
            </w:r>
            <w:proofErr w:type="spellEnd"/>
            <w:r w:rsidRPr="004603AF">
              <w:t xml:space="preserve"> </w:t>
            </w:r>
            <w:proofErr w:type="spellStart"/>
            <w:r w:rsidRPr="004603AF">
              <w:t>spoločne</w:t>
            </w:r>
            <w:proofErr w:type="spellEnd"/>
            <w:r w:rsidRPr="004603AF">
              <w:t xml:space="preserve"> </w:t>
            </w:r>
            <w:proofErr w:type="spellStart"/>
            <w:r w:rsidRPr="004603AF">
              <w:t>prerokujú</w:t>
            </w:r>
            <w:proofErr w:type="spellEnd"/>
            <w:r w:rsidRPr="004603AF">
              <w:t xml:space="preserve"> </w:t>
            </w:r>
            <w:proofErr w:type="spellStart"/>
            <w:r w:rsidRPr="004603AF">
              <w:t>možnosť</w:t>
            </w:r>
            <w:proofErr w:type="spellEnd"/>
            <w:r w:rsidRPr="004603AF">
              <w:t xml:space="preserve"> </w:t>
            </w:r>
            <w:proofErr w:type="spellStart"/>
            <w:r w:rsidRPr="004603AF">
              <w:t>zavedenia</w:t>
            </w:r>
            <w:proofErr w:type="spellEnd"/>
            <w:r w:rsidRPr="004603AF">
              <w:t xml:space="preserve"> </w:t>
            </w:r>
            <w:proofErr w:type="spellStart"/>
            <w:r w:rsidRPr="004603AF">
              <w:t>noviniek</w:t>
            </w:r>
            <w:proofErr w:type="spellEnd"/>
            <w:r w:rsidRPr="004603AF">
              <w:t xml:space="preserve"> do </w:t>
            </w:r>
            <w:proofErr w:type="spellStart"/>
            <w:r w:rsidRPr="004603AF">
              <w:t>konfigurácie</w:t>
            </w:r>
            <w:proofErr w:type="spellEnd"/>
            <w:r w:rsidRPr="004603AF">
              <w:t xml:space="preserve"> </w:t>
            </w:r>
            <w:proofErr w:type="spellStart"/>
            <w:r w:rsidRPr="004603AF">
              <w:t>dodávaného</w:t>
            </w:r>
            <w:proofErr w:type="spellEnd"/>
            <w:r w:rsidRPr="004603AF">
              <w:t xml:space="preserve"> </w:t>
            </w:r>
            <w:proofErr w:type="spellStart"/>
            <w:r w:rsidRPr="004603AF">
              <w:t>zariadenia</w:t>
            </w:r>
            <w:proofErr w:type="spellEnd"/>
            <w:r w:rsidRPr="004603AF">
              <w:t>.</w:t>
            </w:r>
          </w:p>
        </w:tc>
      </w:tr>
    </w:tbl>
    <w:p w14:paraId="66376787" w14:textId="77777777" w:rsidR="003F413A" w:rsidRPr="004603AF"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1023F106" w14:textId="77777777">
        <w:trPr>
          <w:jc w:val="center"/>
        </w:trPr>
        <w:tc>
          <w:tcPr>
            <w:tcW w:w="5159" w:type="dxa"/>
            <w:tcMar>
              <w:top w:w="70" w:type="dxa"/>
              <w:left w:w="95" w:type="dxa"/>
              <w:bottom w:w="70" w:type="dxa"/>
              <w:right w:w="95" w:type="dxa"/>
            </w:tcMar>
          </w:tcPr>
          <w:p w14:paraId="768BA3C5" w14:textId="77777777" w:rsidR="003F413A" w:rsidRDefault="00000000">
            <w:pPr>
              <w:spacing w:after="40"/>
              <w:jc w:val="both"/>
            </w:pPr>
            <w:r>
              <w:t>11.5. Any liabilities of the Seller towards the Buyer will be valid until fulfillment of all obligations under the Contract.</w:t>
            </w:r>
          </w:p>
        </w:tc>
        <w:tc>
          <w:tcPr>
            <w:tcW w:w="5159" w:type="dxa"/>
            <w:tcMar>
              <w:top w:w="70" w:type="dxa"/>
              <w:left w:w="95" w:type="dxa"/>
              <w:bottom w:w="70" w:type="dxa"/>
              <w:right w:w="95" w:type="dxa"/>
            </w:tcMar>
          </w:tcPr>
          <w:p w14:paraId="6616B4D3" w14:textId="77777777" w:rsidR="003F413A" w:rsidRDefault="00000000">
            <w:pPr>
              <w:spacing w:after="40"/>
              <w:jc w:val="both"/>
            </w:pPr>
            <w:r>
              <w:t xml:space="preserve">11.5. </w:t>
            </w:r>
            <w:proofErr w:type="spellStart"/>
            <w:r>
              <w:t>Akékoľvek</w:t>
            </w:r>
            <w:proofErr w:type="spellEnd"/>
            <w:r>
              <w:t xml:space="preserve"> </w:t>
            </w:r>
            <w:proofErr w:type="spellStart"/>
            <w:r>
              <w:t>záväzky</w:t>
            </w:r>
            <w:proofErr w:type="spellEnd"/>
            <w:r>
              <w:t xml:space="preserve"> </w:t>
            </w:r>
            <w:proofErr w:type="spellStart"/>
            <w:r>
              <w:t>predávajúceho</w:t>
            </w:r>
            <w:proofErr w:type="spellEnd"/>
            <w:r>
              <w:t xml:space="preserve"> </w:t>
            </w:r>
            <w:proofErr w:type="spellStart"/>
            <w:r>
              <w:t>voči</w:t>
            </w:r>
            <w:proofErr w:type="spellEnd"/>
            <w:r>
              <w:t xml:space="preserve"> </w:t>
            </w:r>
            <w:proofErr w:type="spellStart"/>
            <w:r>
              <w:t>kupujúcemu</w:t>
            </w:r>
            <w:proofErr w:type="spellEnd"/>
            <w:r>
              <w:t xml:space="preserve"> </w:t>
            </w:r>
            <w:proofErr w:type="spellStart"/>
            <w:r>
              <w:t>budú</w:t>
            </w:r>
            <w:proofErr w:type="spellEnd"/>
            <w:r>
              <w:t xml:space="preserve"> </w:t>
            </w:r>
            <w:proofErr w:type="spellStart"/>
            <w:r>
              <w:t>platné</w:t>
            </w:r>
            <w:proofErr w:type="spellEnd"/>
            <w:r>
              <w:t xml:space="preserve"> </w:t>
            </w:r>
            <w:proofErr w:type="spellStart"/>
            <w:r>
              <w:t>až</w:t>
            </w:r>
            <w:proofErr w:type="spellEnd"/>
            <w:r>
              <w:t xml:space="preserve"> do </w:t>
            </w:r>
            <w:proofErr w:type="spellStart"/>
            <w:r>
              <w:t>splnenia</w:t>
            </w:r>
            <w:proofErr w:type="spellEnd"/>
            <w:r>
              <w:t xml:space="preserve"> </w:t>
            </w:r>
            <w:proofErr w:type="spellStart"/>
            <w:r>
              <w:t>všetkých</w:t>
            </w:r>
            <w:proofErr w:type="spellEnd"/>
            <w:r>
              <w:t xml:space="preserve"> </w:t>
            </w:r>
            <w:proofErr w:type="spellStart"/>
            <w:r>
              <w:t>záväzkov</w:t>
            </w:r>
            <w:proofErr w:type="spellEnd"/>
            <w:r>
              <w:t xml:space="preserve"> </w:t>
            </w:r>
            <w:proofErr w:type="spellStart"/>
            <w:r>
              <w:t>vyplývajúcich</w:t>
            </w:r>
            <w:proofErr w:type="spellEnd"/>
            <w:r>
              <w:t xml:space="preserve"> zo </w:t>
            </w:r>
            <w:proofErr w:type="spellStart"/>
            <w:r>
              <w:t>zmluvy</w:t>
            </w:r>
            <w:proofErr w:type="spellEnd"/>
            <w:r>
              <w:t>.</w:t>
            </w:r>
          </w:p>
        </w:tc>
      </w:tr>
    </w:tbl>
    <w:p w14:paraId="4DE23C02"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rsidRPr="003C2082" w14:paraId="723886D1" w14:textId="77777777">
        <w:trPr>
          <w:jc w:val="center"/>
        </w:trPr>
        <w:tc>
          <w:tcPr>
            <w:tcW w:w="5159" w:type="dxa"/>
            <w:shd w:val="clear" w:color="auto" w:fill="EDEDED"/>
            <w:tcMar>
              <w:top w:w="90" w:type="dxa"/>
              <w:left w:w="95" w:type="dxa"/>
              <w:bottom w:w="90" w:type="dxa"/>
              <w:right w:w="95" w:type="dxa"/>
            </w:tcMar>
          </w:tcPr>
          <w:p w14:paraId="7B2507D8" w14:textId="77777777" w:rsidR="003F413A" w:rsidRDefault="00000000">
            <w:pPr>
              <w:keepNext/>
              <w:spacing w:after="40"/>
              <w:jc w:val="center"/>
            </w:pPr>
            <w:r>
              <w:rPr>
                <w:b/>
                <w:sz w:val="18"/>
              </w:rPr>
              <w:t>Article 12. Liability for defects</w:t>
            </w:r>
          </w:p>
        </w:tc>
        <w:tc>
          <w:tcPr>
            <w:tcW w:w="5159" w:type="dxa"/>
            <w:shd w:val="clear" w:color="auto" w:fill="EDEDED"/>
            <w:tcMar>
              <w:top w:w="90" w:type="dxa"/>
              <w:left w:w="95" w:type="dxa"/>
              <w:bottom w:w="90" w:type="dxa"/>
              <w:right w:w="95" w:type="dxa"/>
            </w:tcMar>
          </w:tcPr>
          <w:p w14:paraId="56AAD19E" w14:textId="77777777" w:rsidR="003F413A" w:rsidRPr="00B662DE" w:rsidRDefault="00000000">
            <w:pPr>
              <w:keepNext/>
              <w:spacing w:after="40"/>
              <w:jc w:val="center"/>
              <w:rPr>
                <w:lang w:val="pl-PL"/>
              </w:rPr>
            </w:pPr>
            <w:r w:rsidRPr="00B662DE">
              <w:rPr>
                <w:b/>
                <w:sz w:val="18"/>
                <w:lang w:val="pl-PL"/>
              </w:rPr>
              <w:t>Článok 12. Zodpovednosť za chybné výrobky</w:t>
            </w:r>
          </w:p>
        </w:tc>
      </w:tr>
    </w:tbl>
    <w:p w14:paraId="7D98F9C1" w14:textId="77777777" w:rsidR="003F413A" w:rsidRPr="00B662DE" w:rsidRDefault="003F413A">
      <w:pPr>
        <w:keepNext/>
        <w:spacing w:line="180" w:lineRule="auto"/>
        <w:rPr>
          <w:lang w:val="pl-PL"/>
        </w:rPr>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9C7B7A" w14:paraId="5BF5510D" w14:textId="77777777">
        <w:trPr>
          <w:jc w:val="center"/>
        </w:trPr>
        <w:tc>
          <w:tcPr>
            <w:tcW w:w="5159" w:type="dxa"/>
            <w:tcMar>
              <w:top w:w="70" w:type="dxa"/>
              <w:left w:w="95" w:type="dxa"/>
              <w:bottom w:w="70" w:type="dxa"/>
              <w:right w:w="95" w:type="dxa"/>
            </w:tcMar>
          </w:tcPr>
          <w:p w14:paraId="70B26ECD" w14:textId="77777777" w:rsidR="003F413A" w:rsidRDefault="00000000">
            <w:pPr>
              <w:spacing w:after="40"/>
              <w:jc w:val="both"/>
            </w:pPr>
            <w:r>
              <w:t>12.1. The Seller shall not be liable for loss of production, loss of profit, loss of electronic data, diminution. in value of products, loss of or damage to the Goods or products processed with the Goods, extra labor costs, recall, third party claims, cleaning costs, damage to reputation or goodwill, net asset loss and indirect and/or consequential damages and/or losses. The above exclusion of liability does also apply in case of guarantee claims and prevails over indemnifications obligations of Seller but does not apply if and insofar as intent or willful recklessness concerning the cause of the damage can be ascribed to Seller.</w:t>
            </w:r>
          </w:p>
          <w:p w14:paraId="08519AE6" w14:textId="77777777" w:rsidR="003942E4" w:rsidRDefault="003942E4">
            <w:pPr>
              <w:spacing w:after="40"/>
              <w:jc w:val="both"/>
            </w:pPr>
          </w:p>
          <w:p w14:paraId="3DB016BD" w14:textId="77777777" w:rsidR="003942E4" w:rsidRPr="003942E4" w:rsidRDefault="003942E4">
            <w:pPr>
              <w:spacing w:after="40"/>
              <w:jc w:val="both"/>
              <w:rPr>
                <w:sz w:val="12"/>
                <w:szCs w:val="18"/>
              </w:rPr>
            </w:pPr>
          </w:p>
          <w:p w14:paraId="27651871" w14:textId="77777777" w:rsidR="003F413A" w:rsidRDefault="00000000">
            <w:pPr>
              <w:spacing w:after="40"/>
              <w:jc w:val="both"/>
            </w:pPr>
            <w:r>
              <w:t>Any liability of the Seller is limited to the contract price of relevant part of the Good or Service. Further Seller shall have no more liability defects and related damages that arise after the warranty period.</w:t>
            </w:r>
          </w:p>
          <w:p w14:paraId="6C678156" w14:textId="77777777" w:rsidR="003F413A" w:rsidRDefault="00000000">
            <w:pPr>
              <w:spacing w:after="40"/>
              <w:jc w:val="both"/>
            </w:pPr>
            <w:r>
              <w:lastRenderedPageBreak/>
              <w:t xml:space="preserve">The Buyer indemnifies Seller against all claims from a third party against Seller for damages that this third party suffers or claims to suffer (partly) </w:t>
            </w:r>
            <w:proofErr w:type="gramStart"/>
            <w:r>
              <w:t>as a result of</w:t>
            </w:r>
            <w:proofErr w:type="gramEnd"/>
            <w:r>
              <w:t xml:space="preserve"> the use or application of Goods or Service provided to the Buyer by Seller.</w:t>
            </w:r>
          </w:p>
        </w:tc>
        <w:tc>
          <w:tcPr>
            <w:tcW w:w="5159" w:type="dxa"/>
            <w:tcMar>
              <w:top w:w="70" w:type="dxa"/>
              <w:left w:w="95" w:type="dxa"/>
              <w:bottom w:w="70" w:type="dxa"/>
              <w:right w:w="95" w:type="dxa"/>
            </w:tcMar>
          </w:tcPr>
          <w:p w14:paraId="59D9BBB9" w14:textId="77777777" w:rsidR="003F413A" w:rsidRDefault="00000000">
            <w:pPr>
              <w:spacing w:after="40"/>
              <w:jc w:val="both"/>
            </w:pPr>
            <w:r>
              <w:lastRenderedPageBreak/>
              <w:t xml:space="preserve">12.1. </w:t>
            </w:r>
            <w:proofErr w:type="spellStart"/>
            <w:r>
              <w:t>Predávajúci</w:t>
            </w:r>
            <w:proofErr w:type="spellEnd"/>
            <w:r>
              <w:t xml:space="preserve"> </w:t>
            </w:r>
            <w:proofErr w:type="spellStart"/>
            <w:r>
              <w:t>nenesie</w:t>
            </w:r>
            <w:proofErr w:type="spellEnd"/>
            <w:r>
              <w:t xml:space="preserve"> </w:t>
            </w:r>
            <w:proofErr w:type="spellStart"/>
            <w:r>
              <w:t>zodpovednosť</w:t>
            </w:r>
            <w:proofErr w:type="spellEnd"/>
            <w:r>
              <w:t xml:space="preserve"> za </w:t>
            </w:r>
            <w:proofErr w:type="spellStart"/>
            <w:r>
              <w:t>stratu</w:t>
            </w:r>
            <w:proofErr w:type="spellEnd"/>
            <w:r>
              <w:t xml:space="preserve"> </w:t>
            </w:r>
            <w:proofErr w:type="spellStart"/>
            <w:r>
              <w:t>výroby</w:t>
            </w:r>
            <w:proofErr w:type="spellEnd"/>
            <w:r>
              <w:t xml:space="preserve">, </w:t>
            </w:r>
            <w:proofErr w:type="spellStart"/>
            <w:r>
              <w:t>ušlý</w:t>
            </w:r>
            <w:proofErr w:type="spellEnd"/>
            <w:r>
              <w:t xml:space="preserve"> </w:t>
            </w:r>
            <w:proofErr w:type="spellStart"/>
            <w:r>
              <w:t>zisk</w:t>
            </w:r>
            <w:proofErr w:type="spellEnd"/>
            <w:r>
              <w:t xml:space="preserve">, </w:t>
            </w:r>
            <w:proofErr w:type="spellStart"/>
            <w:r>
              <w:t>stratu</w:t>
            </w:r>
            <w:proofErr w:type="spellEnd"/>
            <w:r>
              <w:t xml:space="preserve"> </w:t>
            </w:r>
            <w:proofErr w:type="spellStart"/>
            <w:r>
              <w:t>elektronických</w:t>
            </w:r>
            <w:proofErr w:type="spellEnd"/>
            <w:r>
              <w:t xml:space="preserve"> </w:t>
            </w:r>
            <w:proofErr w:type="spellStart"/>
            <w:r>
              <w:t>dát</w:t>
            </w:r>
            <w:proofErr w:type="spellEnd"/>
            <w:r>
              <w:t xml:space="preserve">, </w:t>
            </w:r>
            <w:proofErr w:type="spellStart"/>
            <w:r>
              <w:t>zníženie</w:t>
            </w:r>
            <w:proofErr w:type="spellEnd"/>
            <w:r>
              <w:t xml:space="preserve"> </w:t>
            </w:r>
            <w:proofErr w:type="spellStart"/>
            <w:r>
              <w:t>hodnoty</w:t>
            </w:r>
            <w:proofErr w:type="spellEnd"/>
            <w:r>
              <w:t xml:space="preserve"> </w:t>
            </w:r>
            <w:proofErr w:type="spellStart"/>
            <w:r>
              <w:t>výrobkov</w:t>
            </w:r>
            <w:proofErr w:type="spellEnd"/>
            <w:r>
              <w:t xml:space="preserve">, </w:t>
            </w:r>
            <w:proofErr w:type="spellStart"/>
            <w:r>
              <w:t>stratu</w:t>
            </w:r>
            <w:proofErr w:type="spellEnd"/>
            <w:r>
              <w:t xml:space="preserve"> </w:t>
            </w:r>
            <w:proofErr w:type="spellStart"/>
            <w:r>
              <w:t>alebo</w:t>
            </w:r>
            <w:proofErr w:type="spellEnd"/>
            <w:r>
              <w:t xml:space="preserve"> </w:t>
            </w:r>
            <w:proofErr w:type="spellStart"/>
            <w:r>
              <w:t>poškodenie</w:t>
            </w:r>
            <w:proofErr w:type="spellEnd"/>
            <w:r>
              <w:t xml:space="preserve"> </w:t>
            </w:r>
            <w:proofErr w:type="spellStart"/>
            <w:r>
              <w:t>Tovaru</w:t>
            </w:r>
            <w:proofErr w:type="spellEnd"/>
            <w:r>
              <w:t xml:space="preserve"> </w:t>
            </w:r>
            <w:proofErr w:type="spellStart"/>
            <w:r>
              <w:t>alebo</w:t>
            </w:r>
            <w:proofErr w:type="spellEnd"/>
            <w:r>
              <w:t xml:space="preserve"> </w:t>
            </w:r>
            <w:proofErr w:type="spellStart"/>
            <w:r>
              <w:t>výrobkov</w:t>
            </w:r>
            <w:proofErr w:type="spellEnd"/>
            <w:r>
              <w:t xml:space="preserve"> </w:t>
            </w:r>
            <w:proofErr w:type="spellStart"/>
            <w:r>
              <w:t>spracovaných</w:t>
            </w:r>
            <w:proofErr w:type="spellEnd"/>
            <w:r>
              <w:t xml:space="preserve"> s </w:t>
            </w:r>
            <w:proofErr w:type="spellStart"/>
            <w:r>
              <w:t>Tovarom</w:t>
            </w:r>
            <w:proofErr w:type="spellEnd"/>
            <w:r>
              <w:t xml:space="preserve">, za </w:t>
            </w:r>
            <w:proofErr w:type="spellStart"/>
            <w:r>
              <w:t>mimoriadne</w:t>
            </w:r>
            <w:proofErr w:type="spellEnd"/>
            <w:r>
              <w:t xml:space="preserve"> </w:t>
            </w:r>
            <w:proofErr w:type="spellStart"/>
            <w:r>
              <w:t>náklady</w:t>
            </w:r>
            <w:proofErr w:type="spellEnd"/>
            <w:r>
              <w:t xml:space="preserve"> </w:t>
            </w:r>
            <w:proofErr w:type="spellStart"/>
            <w:r>
              <w:t>na</w:t>
            </w:r>
            <w:proofErr w:type="spellEnd"/>
            <w:r>
              <w:t xml:space="preserve"> </w:t>
            </w:r>
            <w:proofErr w:type="spellStart"/>
            <w:r>
              <w:t>pracovnú</w:t>
            </w:r>
            <w:proofErr w:type="spellEnd"/>
            <w:r>
              <w:t xml:space="preserve"> </w:t>
            </w:r>
            <w:proofErr w:type="spellStart"/>
            <w:r>
              <w:t>silu</w:t>
            </w:r>
            <w:proofErr w:type="spellEnd"/>
            <w:r>
              <w:t xml:space="preserve">, </w:t>
            </w:r>
            <w:proofErr w:type="spellStart"/>
            <w:r>
              <w:t>zrušenie</w:t>
            </w:r>
            <w:proofErr w:type="spellEnd"/>
            <w:r>
              <w:t xml:space="preserve">, </w:t>
            </w:r>
            <w:proofErr w:type="spellStart"/>
            <w:r>
              <w:t>nároky</w:t>
            </w:r>
            <w:proofErr w:type="spellEnd"/>
            <w:r>
              <w:t xml:space="preserve"> </w:t>
            </w:r>
            <w:proofErr w:type="spellStart"/>
            <w:r>
              <w:t>tretích</w:t>
            </w:r>
            <w:proofErr w:type="spellEnd"/>
            <w:r>
              <w:t xml:space="preserve"> </w:t>
            </w:r>
            <w:proofErr w:type="spellStart"/>
            <w:r>
              <w:t>strán</w:t>
            </w:r>
            <w:proofErr w:type="spellEnd"/>
            <w:r>
              <w:t xml:space="preserve">, </w:t>
            </w:r>
            <w:proofErr w:type="spellStart"/>
            <w:r>
              <w:t>náklady</w:t>
            </w:r>
            <w:proofErr w:type="spellEnd"/>
            <w:r>
              <w:t xml:space="preserve"> </w:t>
            </w:r>
            <w:proofErr w:type="spellStart"/>
            <w:r>
              <w:t>na</w:t>
            </w:r>
            <w:proofErr w:type="spellEnd"/>
            <w:r>
              <w:t xml:space="preserve"> </w:t>
            </w:r>
            <w:proofErr w:type="spellStart"/>
            <w:r>
              <w:t>čistenie</w:t>
            </w:r>
            <w:proofErr w:type="spellEnd"/>
            <w:r>
              <w:t xml:space="preserve">, </w:t>
            </w:r>
            <w:proofErr w:type="spellStart"/>
            <w:r>
              <w:t>poškodenie</w:t>
            </w:r>
            <w:proofErr w:type="spellEnd"/>
            <w:r>
              <w:t xml:space="preserve"> </w:t>
            </w:r>
            <w:proofErr w:type="spellStart"/>
            <w:r>
              <w:t>dobrého</w:t>
            </w:r>
            <w:proofErr w:type="spellEnd"/>
            <w:r>
              <w:t xml:space="preserve"> </w:t>
            </w:r>
            <w:proofErr w:type="spellStart"/>
            <w:r>
              <w:t>mena</w:t>
            </w:r>
            <w:proofErr w:type="spellEnd"/>
            <w:r>
              <w:t xml:space="preserve"> </w:t>
            </w:r>
            <w:proofErr w:type="spellStart"/>
            <w:r>
              <w:t>alebo</w:t>
            </w:r>
            <w:proofErr w:type="spellEnd"/>
            <w:r>
              <w:t xml:space="preserve"> </w:t>
            </w:r>
            <w:proofErr w:type="spellStart"/>
            <w:r>
              <w:t>povesti</w:t>
            </w:r>
            <w:proofErr w:type="spellEnd"/>
            <w:r>
              <w:t xml:space="preserve">, </w:t>
            </w:r>
            <w:proofErr w:type="spellStart"/>
            <w:r>
              <w:t>čistú</w:t>
            </w:r>
            <w:proofErr w:type="spellEnd"/>
            <w:r>
              <w:t xml:space="preserve"> </w:t>
            </w:r>
            <w:proofErr w:type="spellStart"/>
            <w:r>
              <w:t>stratu</w:t>
            </w:r>
            <w:proofErr w:type="spellEnd"/>
            <w:r>
              <w:t xml:space="preserve"> </w:t>
            </w:r>
            <w:proofErr w:type="spellStart"/>
            <w:r>
              <w:t>majetku</w:t>
            </w:r>
            <w:proofErr w:type="spellEnd"/>
            <w:r>
              <w:t xml:space="preserve"> a </w:t>
            </w:r>
            <w:proofErr w:type="spellStart"/>
            <w:r>
              <w:t>nepriame</w:t>
            </w:r>
            <w:proofErr w:type="spellEnd"/>
            <w:r>
              <w:t xml:space="preserve"> a/</w:t>
            </w:r>
            <w:proofErr w:type="spellStart"/>
            <w:r>
              <w:t>alebo</w:t>
            </w:r>
            <w:proofErr w:type="spellEnd"/>
            <w:r>
              <w:t xml:space="preserve"> </w:t>
            </w:r>
            <w:proofErr w:type="spellStart"/>
            <w:r>
              <w:t>následné</w:t>
            </w:r>
            <w:proofErr w:type="spellEnd"/>
            <w:r>
              <w:t xml:space="preserve"> </w:t>
            </w:r>
            <w:proofErr w:type="spellStart"/>
            <w:r>
              <w:t>škody</w:t>
            </w:r>
            <w:proofErr w:type="spellEnd"/>
            <w:r>
              <w:t xml:space="preserve"> a/ </w:t>
            </w:r>
            <w:proofErr w:type="spellStart"/>
            <w:r>
              <w:t>alebo</w:t>
            </w:r>
            <w:proofErr w:type="spellEnd"/>
            <w:r>
              <w:t xml:space="preserve"> </w:t>
            </w:r>
            <w:proofErr w:type="spellStart"/>
            <w:r>
              <w:t>straty</w:t>
            </w:r>
            <w:proofErr w:type="spellEnd"/>
            <w:r>
              <w:t xml:space="preserve">. </w:t>
            </w:r>
            <w:proofErr w:type="spellStart"/>
            <w:r>
              <w:t>Vyššie</w:t>
            </w:r>
            <w:proofErr w:type="spellEnd"/>
            <w:r>
              <w:t xml:space="preserve"> </w:t>
            </w:r>
            <w:proofErr w:type="spellStart"/>
            <w:r>
              <w:t>uvedené</w:t>
            </w:r>
            <w:proofErr w:type="spellEnd"/>
            <w:r>
              <w:t xml:space="preserve"> </w:t>
            </w:r>
            <w:proofErr w:type="spellStart"/>
            <w:r>
              <w:t>vylúčenie</w:t>
            </w:r>
            <w:proofErr w:type="spellEnd"/>
            <w:r>
              <w:t xml:space="preserve"> </w:t>
            </w:r>
            <w:proofErr w:type="spellStart"/>
            <w:r>
              <w:t>zodpovednosti</w:t>
            </w:r>
            <w:proofErr w:type="spellEnd"/>
            <w:r>
              <w:t xml:space="preserve"> </w:t>
            </w:r>
            <w:proofErr w:type="spellStart"/>
            <w:r>
              <w:t>platí</w:t>
            </w:r>
            <w:proofErr w:type="spellEnd"/>
            <w:r>
              <w:t xml:space="preserve"> </w:t>
            </w:r>
            <w:proofErr w:type="spellStart"/>
            <w:r>
              <w:t>aj</w:t>
            </w:r>
            <w:proofErr w:type="spellEnd"/>
            <w:r>
              <w:t xml:space="preserve"> v </w:t>
            </w:r>
            <w:proofErr w:type="spellStart"/>
            <w:r>
              <w:t>prípade</w:t>
            </w:r>
            <w:proofErr w:type="spellEnd"/>
            <w:r>
              <w:t xml:space="preserve"> </w:t>
            </w:r>
            <w:proofErr w:type="spellStart"/>
            <w:r>
              <w:t>nárokov</w:t>
            </w:r>
            <w:proofErr w:type="spellEnd"/>
            <w:r>
              <w:t xml:space="preserve"> </w:t>
            </w:r>
            <w:proofErr w:type="spellStart"/>
            <w:r>
              <w:t>vyplývajúcich</w:t>
            </w:r>
            <w:proofErr w:type="spellEnd"/>
            <w:r>
              <w:t xml:space="preserve"> zo </w:t>
            </w:r>
            <w:proofErr w:type="spellStart"/>
            <w:r>
              <w:t>záruky</w:t>
            </w:r>
            <w:proofErr w:type="spellEnd"/>
            <w:r>
              <w:t xml:space="preserve"> a </w:t>
            </w:r>
            <w:proofErr w:type="spellStart"/>
            <w:r>
              <w:t>má</w:t>
            </w:r>
            <w:proofErr w:type="spellEnd"/>
            <w:r>
              <w:t xml:space="preserve"> </w:t>
            </w:r>
            <w:proofErr w:type="spellStart"/>
            <w:r>
              <w:t>prednosť</w:t>
            </w:r>
            <w:proofErr w:type="spellEnd"/>
            <w:r>
              <w:t xml:space="preserve"> pred </w:t>
            </w:r>
            <w:proofErr w:type="spellStart"/>
            <w:r>
              <w:t>povinnosťami</w:t>
            </w:r>
            <w:proofErr w:type="spellEnd"/>
            <w:r>
              <w:t xml:space="preserve"> </w:t>
            </w:r>
            <w:proofErr w:type="spellStart"/>
            <w:r>
              <w:t>predávajúceho</w:t>
            </w:r>
            <w:proofErr w:type="spellEnd"/>
            <w:r>
              <w:t xml:space="preserve"> v </w:t>
            </w:r>
            <w:proofErr w:type="spellStart"/>
            <w:r>
              <w:t>súvislosti</w:t>
            </w:r>
            <w:proofErr w:type="spellEnd"/>
            <w:r>
              <w:t xml:space="preserve"> s </w:t>
            </w:r>
            <w:proofErr w:type="spellStart"/>
            <w:r>
              <w:t>odškodnením</w:t>
            </w:r>
            <w:proofErr w:type="spellEnd"/>
            <w:r>
              <w:t xml:space="preserve">, ale </w:t>
            </w:r>
            <w:proofErr w:type="spellStart"/>
            <w:r>
              <w:t>neplatí</w:t>
            </w:r>
            <w:proofErr w:type="spellEnd"/>
            <w:r>
              <w:t xml:space="preserve">, </w:t>
            </w:r>
            <w:proofErr w:type="spellStart"/>
            <w:r>
              <w:t>ak</w:t>
            </w:r>
            <w:proofErr w:type="spellEnd"/>
            <w:r>
              <w:t xml:space="preserve"> a </w:t>
            </w:r>
            <w:proofErr w:type="spellStart"/>
            <w:r>
              <w:t>pokiaľ</w:t>
            </w:r>
            <w:proofErr w:type="spellEnd"/>
            <w:r>
              <w:t xml:space="preserve"> </w:t>
            </w:r>
            <w:proofErr w:type="spellStart"/>
            <w:r>
              <w:t>možno</w:t>
            </w:r>
            <w:proofErr w:type="spellEnd"/>
            <w:r>
              <w:t xml:space="preserve"> </w:t>
            </w:r>
            <w:proofErr w:type="spellStart"/>
            <w:r>
              <w:t>úmysel</w:t>
            </w:r>
            <w:proofErr w:type="spellEnd"/>
            <w:r>
              <w:t xml:space="preserve"> </w:t>
            </w:r>
            <w:proofErr w:type="spellStart"/>
            <w:r>
              <w:t>alebo</w:t>
            </w:r>
            <w:proofErr w:type="spellEnd"/>
            <w:r>
              <w:t xml:space="preserve"> </w:t>
            </w:r>
            <w:proofErr w:type="spellStart"/>
            <w:r>
              <w:t>úmyselnú</w:t>
            </w:r>
            <w:proofErr w:type="spellEnd"/>
            <w:r>
              <w:t xml:space="preserve"> </w:t>
            </w:r>
            <w:proofErr w:type="spellStart"/>
            <w:r>
              <w:t>nedbanlivosť</w:t>
            </w:r>
            <w:proofErr w:type="spellEnd"/>
            <w:r>
              <w:t xml:space="preserve"> </w:t>
            </w:r>
            <w:proofErr w:type="spellStart"/>
            <w:r>
              <w:t>týkajúcu</w:t>
            </w:r>
            <w:proofErr w:type="spellEnd"/>
            <w:r>
              <w:t xml:space="preserve"> </w:t>
            </w:r>
            <w:proofErr w:type="spellStart"/>
            <w:r>
              <w:t>sa</w:t>
            </w:r>
            <w:proofErr w:type="spellEnd"/>
            <w:r>
              <w:t xml:space="preserve"> </w:t>
            </w:r>
            <w:proofErr w:type="spellStart"/>
            <w:r>
              <w:t>príčiny</w:t>
            </w:r>
            <w:proofErr w:type="spellEnd"/>
            <w:r>
              <w:t xml:space="preserve"> </w:t>
            </w:r>
            <w:proofErr w:type="spellStart"/>
            <w:r>
              <w:t>škody</w:t>
            </w:r>
            <w:proofErr w:type="spellEnd"/>
            <w:r>
              <w:t xml:space="preserve"> </w:t>
            </w:r>
            <w:proofErr w:type="spellStart"/>
            <w:r>
              <w:t>pripísať</w:t>
            </w:r>
            <w:proofErr w:type="spellEnd"/>
            <w:r>
              <w:t xml:space="preserve"> </w:t>
            </w:r>
            <w:proofErr w:type="spellStart"/>
            <w:r>
              <w:t>predávajúcemu</w:t>
            </w:r>
            <w:proofErr w:type="spellEnd"/>
            <w:r>
              <w:t>.</w:t>
            </w:r>
          </w:p>
          <w:p w14:paraId="11038F3D" w14:textId="77777777" w:rsidR="003F413A" w:rsidRPr="003942E4" w:rsidRDefault="00000000">
            <w:pPr>
              <w:spacing w:after="40"/>
              <w:jc w:val="both"/>
              <w:rPr>
                <w:lang w:val="sk-SK"/>
              </w:rPr>
            </w:pPr>
            <w:r w:rsidRPr="003942E4">
              <w:rPr>
                <w:lang w:val="sk-SK"/>
              </w:rPr>
              <w:t>Akákoľvek zodpovednosť predávajúceho je obmedzená na zmluvnú cenu príslušnej časti Tovaru alebo Služby.</w:t>
            </w:r>
            <w:r w:rsidR="003942E4" w:rsidRPr="003942E4">
              <w:rPr>
                <w:lang w:val="sk-SK"/>
              </w:rPr>
              <w:t xml:space="preserve"> </w:t>
            </w:r>
            <w:r w:rsidRPr="003942E4">
              <w:rPr>
                <w:lang w:val="sk-SK"/>
              </w:rPr>
              <w:t>Predávajúci ďalej nenesie zodpovednosť za chyby a súvisiace škody, ktoré vzniknú po záručnej dobe.</w:t>
            </w:r>
          </w:p>
          <w:p w14:paraId="509AC145" w14:textId="77777777" w:rsidR="003F413A" w:rsidRPr="00C7762B" w:rsidRDefault="00000000">
            <w:pPr>
              <w:spacing w:after="40"/>
              <w:jc w:val="both"/>
              <w:rPr>
                <w:lang w:val="sk-SK"/>
              </w:rPr>
            </w:pPr>
            <w:r w:rsidRPr="00C7762B">
              <w:rPr>
                <w:lang w:val="sk-SK"/>
              </w:rPr>
              <w:lastRenderedPageBreak/>
              <w:t>Kupujúci odškodní predávajúceho v súvislosti so všetkými nárokmi tretej strany voči predávajúcemu za škody, ktoré tejto tretej strane vznikli, alebo o ktorých tvrdí, že jej vznikli (čiastočne) v dôsledku používania alebo aplikácie Tovaru alebo Služby, ktoré kupujúcemu poskytol predávajúci.</w:t>
            </w:r>
          </w:p>
        </w:tc>
      </w:tr>
    </w:tbl>
    <w:p w14:paraId="6D334985" w14:textId="77777777" w:rsidR="003F413A" w:rsidRPr="00C7762B" w:rsidRDefault="003F413A">
      <w:pPr>
        <w:spacing w:line="180" w:lineRule="auto"/>
        <w:rPr>
          <w:lang w:val="sk-SK"/>
        </w:rPr>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6D577678" w14:textId="77777777">
        <w:trPr>
          <w:jc w:val="center"/>
        </w:trPr>
        <w:tc>
          <w:tcPr>
            <w:tcW w:w="5159" w:type="dxa"/>
            <w:shd w:val="clear" w:color="auto" w:fill="EDEDED"/>
            <w:tcMar>
              <w:top w:w="90" w:type="dxa"/>
              <w:left w:w="95" w:type="dxa"/>
              <w:bottom w:w="90" w:type="dxa"/>
              <w:right w:w="95" w:type="dxa"/>
            </w:tcMar>
          </w:tcPr>
          <w:p w14:paraId="63985F70" w14:textId="77777777" w:rsidR="003F413A" w:rsidRDefault="00000000">
            <w:pPr>
              <w:keepNext/>
              <w:spacing w:after="40"/>
              <w:jc w:val="center"/>
            </w:pPr>
            <w:r>
              <w:rPr>
                <w:b/>
                <w:sz w:val="18"/>
              </w:rPr>
              <w:t>Article 13. Packing</w:t>
            </w:r>
          </w:p>
        </w:tc>
        <w:tc>
          <w:tcPr>
            <w:tcW w:w="5159" w:type="dxa"/>
            <w:shd w:val="clear" w:color="auto" w:fill="EDEDED"/>
            <w:tcMar>
              <w:top w:w="90" w:type="dxa"/>
              <w:left w:w="95" w:type="dxa"/>
              <w:bottom w:w="90" w:type="dxa"/>
              <w:right w:w="95" w:type="dxa"/>
            </w:tcMar>
          </w:tcPr>
          <w:p w14:paraId="679229B8" w14:textId="77777777" w:rsidR="003F413A" w:rsidRDefault="00000000">
            <w:pPr>
              <w:keepNext/>
              <w:spacing w:after="40"/>
              <w:jc w:val="center"/>
            </w:pPr>
            <w:proofErr w:type="spellStart"/>
            <w:r>
              <w:rPr>
                <w:b/>
                <w:sz w:val="18"/>
              </w:rPr>
              <w:t>Článok</w:t>
            </w:r>
            <w:proofErr w:type="spellEnd"/>
            <w:r>
              <w:rPr>
                <w:b/>
                <w:sz w:val="18"/>
              </w:rPr>
              <w:t xml:space="preserve"> 13. </w:t>
            </w:r>
            <w:proofErr w:type="spellStart"/>
            <w:r>
              <w:rPr>
                <w:b/>
                <w:sz w:val="18"/>
              </w:rPr>
              <w:t>Balenie</w:t>
            </w:r>
            <w:proofErr w:type="spellEnd"/>
          </w:p>
        </w:tc>
      </w:tr>
    </w:tbl>
    <w:p w14:paraId="4F68D8BF"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09EE3A4" w14:textId="77777777">
        <w:trPr>
          <w:jc w:val="center"/>
        </w:trPr>
        <w:tc>
          <w:tcPr>
            <w:tcW w:w="5159" w:type="dxa"/>
            <w:tcMar>
              <w:top w:w="70" w:type="dxa"/>
              <w:left w:w="95" w:type="dxa"/>
              <w:bottom w:w="70" w:type="dxa"/>
              <w:right w:w="95" w:type="dxa"/>
            </w:tcMar>
          </w:tcPr>
          <w:p w14:paraId="044FFAAC" w14:textId="77777777" w:rsidR="003F413A" w:rsidRDefault="00000000">
            <w:pPr>
              <w:spacing w:after="40"/>
              <w:jc w:val="both"/>
            </w:pPr>
            <w:r>
              <w:t>13.1. The Seller shall deliver the Goods in package with marking, which provide the safety of the goods in the normal conditions of loading, unloading and transportation.</w:t>
            </w:r>
          </w:p>
        </w:tc>
        <w:tc>
          <w:tcPr>
            <w:tcW w:w="5159" w:type="dxa"/>
            <w:tcMar>
              <w:top w:w="70" w:type="dxa"/>
              <w:left w:w="95" w:type="dxa"/>
              <w:bottom w:w="70" w:type="dxa"/>
              <w:right w:w="95" w:type="dxa"/>
            </w:tcMar>
          </w:tcPr>
          <w:p w14:paraId="0B503F73" w14:textId="77777777" w:rsidR="003F413A" w:rsidRDefault="00000000">
            <w:pPr>
              <w:spacing w:after="40"/>
              <w:jc w:val="both"/>
            </w:pPr>
            <w:r>
              <w:t xml:space="preserve">13.1. </w:t>
            </w:r>
            <w:proofErr w:type="spellStart"/>
            <w:r>
              <w:t>Predávajúci</w:t>
            </w:r>
            <w:proofErr w:type="spellEnd"/>
            <w:r>
              <w:t xml:space="preserve"> </w:t>
            </w:r>
            <w:proofErr w:type="spellStart"/>
            <w:r>
              <w:t>dodá</w:t>
            </w:r>
            <w:proofErr w:type="spellEnd"/>
            <w:r>
              <w:t xml:space="preserve"> Tovar v </w:t>
            </w:r>
            <w:proofErr w:type="spellStart"/>
            <w:r>
              <w:t>obale</w:t>
            </w:r>
            <w:proofErr w:type="spellEnd"/>
            <w:r>
              <w:t xml:space="preserve"> s </w:t>
            </w:r>
            <w:proofErr w:type="spellStart"/>
            <w:r>
              <w:t>označením</w:t>
            </w:r>
            <w:proofErr w:type="spellEnd"/>
            <w:r>
              <w:t xml:space="preserve">, </w:t>
            </w:r>
            <w:proofErr w:type="spellStart"/>
            <w:r>
              <w:t>ktorý</w:t>
            </w:r>
            <w:proofErr w:type="spellEnd"/>
            <w:r>
              <w:t xml:space="preserve"> </w:t>
            </w:r>
            <w:proofErr w:type="spellStart"/>
            <w:r>
              <w:t>zaisťuje</w:t>
            </w:r>
            <w:proofErr w:type="spellEnd"/>
            <w:r>
              <w:t xml:space="preserve"> </w:t>
            </w:r>
            <w:proofErr w:type="spellStart"/>
            <w:r>
              <w:t>bezpečnosť</w:t>
            </w:r>
            <w:proofErr w:type="spellEnd"/>
            <w:r>
              <w:t xml:space="preserve"> </w:t>
            </w:r>
            <w:proofErr w:type="spellStart"/>
            <w:r>
              <w:t>tovaru</w:t>
            </w:r>
            <w:proofErr w:type="spellEnd"/>
            <w:r>
              <w:t xml:space="preserve"> v </w:t>
            </w:r>
            <w:proofErr w:type="spellStart"/>
            <w:r>
              <w:t>bežných</w:t>
            </w:r>
            <w:proofErr w:type="spellEnd"/>
            <w:r>
              <w:t xml:space="preserve"> </w:t>
            </w:r>
            <w:proofErr w:type="spellStart"/>
            <w:r>
              <w:t>podmienkach</w:t>
            </w:r>
            <w:proofErr w:type="spellEnd"/>
            <w:r>
              <w:t xml:space="preserve"> </w:t>
            </w:r>
            <w:proofErr w:type="spellStart"/>
            <w:r>
              <w:t>nakládky</w:t>
            </w:r>
            <w:proofErr w:type="spellEnd"/>
            <w:r>
              <w:t xml:space="preserve">, </w:t>
            </w:r>
            <w:proofErr w:type="spellStart"/>
            <w:r>
              <w:t>vykládky</w:t>
            </w:r>
            <w:proofErr w:type="spellEnd"/>
            <w:r>
              <w:t xml:space="preserve"> a </w:t>
            </w:r>
            <w:proofErr w:type="spellStart"/>
            <w:r>
              <w:t>prepravy</w:t>
            </w:r>
            <w:proofErr w:type="spellEnd"/>
            <w:r>
              <w:t>.</w:t>
            </w:r>
          </w:p>
        </w:tc>
      </w:tr>
    </w:tbl>
    <w:p w14:paraId="0A8FBB49"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4603AF" w14:paraId="2AF94A5F" w14:textId="77777777">
        <w:trPr>
          <w:jc w:val="center"/>
        </w:trPr>
        <w:tc>
          <w:tcPr>
            <w:tcW w:w="5159" w:type="dxa"/>
            <w:tcMar>
              <w:top w:w="70" w:type="dxa"/>
              <w:left w:w="95" w:type="dxa"/>
              <w:bottom w:w="70" w:type="dxa"/>
              <w:right w:w="95" w:type="dxa"/>
            </w:tcMar>
          </w:tcPr>
          <w:p w14:paraId="4710958B" w14:textId="77777777" w:rsidR="003F413A" w:rsidRDefault="00000000">
            <w:pPr>
              <w:spacing w:after="40"/>
              <w:jc w:val="both"/>
            </w:pPr>
            <w:r>
              <w:t>13.2. The Seller is responsible for any damage of the Goods due to poor or unreliable packaging. Seller’s standard packing is known to Buyer and is deemed to be reliable.</w:t>
            </w:r>
          </w:p>
        </w:tc>
        <w:tc>
          <w:tcPr>
            <w:tcW w:w="5159" w:type="dxa"/>
            <w:tcMar>
              <w:top w:w="70" w:type="dxa"/>
              <w:left w:w="95" w:type="dxa"/>
              <w:bottom w:w="70" w:type="dxa"/>
              <w:right w:w="95" w:type="dxa"/>
            </w:tcMar>
          </w:tcPr>
          <w:p w14:paraId="6245CDE9" w14:textId="77777777" w:rsidR="003F413A" w:rsidRPr="004603AF" w:rsidRDefault="00000000">
            <w:pPr>
              <w:spacing w:after="40"/>
              <w:jc w:val="both"/>
            </w:pPr>
            <w:r>
              <w:t xml:space="preserve">13.2. </w:t>
            </w:r>
            <w:proofErr w:type="spellStart"/>
            <w:r>
              <w:t>Predávajúci</w:t>
            </w:r>
            <w:proofErr w:type="spellEnd"/>
            <w:r>
              <w:t xml:space="preserve"> </w:t>
            </w:r>
            <w:proofErr w:type="spellStart"/>
            <w:r>
              <w:t>zodpovedá</w:t>
            </w:r>
            <w:proofErr w:type="spellEnd"/>
            <w:r>
              <w:t xml:space="preserve"> za </w:t>
            </w:r>
            <w:proofErr w:type="spellStart"/>
            <w:r>
              <w:t>akékoľvek</w:t>
            </w:r>
            <w:proofErr w:type="spellEnd"/>
            <w:r>
              <w:t xml:space="preserve"> </w:t>
            </w:r>
            <w:proofErr w:type="spellStart"/>
            <w:r>
              <w:t>poškodenie</w:t>
            </w:r>
            <w:proofErr w:type="spellEnd"/>
            <w:r>
              <w:t xml:space="preserve"> </w:t>
            </w:r>
            <w:proofErr w:type="spellStart"/>
            <w:r>
              <w:t>Tovaru</w:t>
            </w:r>
            <w:proofErr w:type="spellEnd"/>
            <w:r>
              <w:t xml:space="preserve"> v </w:t>
            </w:r>
            <w:proofErr w:type="spellStart"/>
            <w:r>
              <w:t>dôsledku</w:t>
            </w:r>
            <w:proofErr w:type="spellEnd"/>
            <w:r>
              <w:t xml:space="preserve"> </w:t>
            </w:r>
            <w:proofErr w:type="spellStart"/>
            <w:r>
              <w:t>zlého</w:t>
            </w:r>
            <w:proofErr w:type="spellEnd"/>
            <w:r>
              <w:t xml:space="preserve"> </w:t>
            </w:r>
            <w:proofErr w:type="spellStart"/>
            <w:r>
              <w:t>alebo</w:t>
            </w:r>
            <w:proofErr w:type="spellEnd"/>
            <w:r>
              <w:t xml:space="preserve"> </w:t>
            </w:r>
            <w:proofErr w:type="spellStart"/>
            <w:r>
              <w:t>nespoľahlivého</w:t>
            </w:r>
            <w:proofErr w:type="spellEnd"/>
            <w:r>
              <w:t xml:space="preserve"> </w:t>
            </w:r>
            <w:proofErr w:type="spellStart"/>
            <w:r>
              <w:t>balenia</w:t>
            </w:r>
            <w:proofErr w:type="spellEnd"/>
            <w:r>
              <w:t xml:space="preserve">. </w:t>
            </w:r>
            <w:proofErr w:type="spellStart"/>
            <w:r w:rsidRPr="004603AF">
              <w:t>Štandardné</w:t>
            </w:r>
            <w:proofErr w:type="spellEnd"/>
            <w:r w:rsidRPr="004603AF">
              <w:t xml:space="preserve"> </w:t>
            </w:r>
            <w:proofErr w:type="spellStart"/>
            <w:r w:rsidRPr="004603AF">
              <w:t>balenie</w:t>
            </w:r>
            <w:proofErr w:type="spellEnd"/>
            <w:r w:rsidRPr="004603AF">
              <w:t xml:space="preserve"> </w:t>
            </w:r>
            <w:proofErr w:type="spellStart"/>
            <w:r w:rsidRPr="004603AF">
              <w:t>predávajúceho</w:t>
            </w:r>
            <w:proofErr w:type="spellEnd"/>
            <w:r w:rsidRPr="004603AF">
              <w:t xml:space="preserve"> </w:t>
            </w:r>
            <w:proofErr w:type="spellStart"/>
            <w:r w:rsidRPr="004603AF">
              <w:t>kupujúci</w:t>
            </w:r>
            <w:proofErr w:type="spellEnd"/>
            <w:r w:rsidRPr="004603AF">
              <w:t xml:space="preserve"> </w:t>
            </w:r>
            <w:proofErr w:type="spellStart"/>
            <w:r w:rsidRPr="004603AF">
              <w:t>pozná</w:t>
            </w:r>
            <w:proofErr w:type="spellEnd"/>
            <w:r w:rsidRPr="004603AF">
              <w:t xml:space="preserve"> a </w:t>
            </w:r>
            <w:proofErr w:type="spellStart"/>
            <w:r w:rsidRPr="004603AF">
              <w:t>považuje</w:t>
            </w:r>
            <w:proofErr w:type="spellEnd"/>
            <w:r w:rsidRPr="004603AF">
              <w:t xml:space="preserve"> </w:t>
            </w:r>
            <w:proofErr w:type="spellStart"/>
            <w:r w:rsidRPr="004603AF">
              <w:t>sa</w:t>
            </w:r>
            <w:proofErr w:type="spellEnd"/>
            <w:r w:rsidRPr="004603AF">
              <w:t xml:space="preserve"> za </w:t>
            </w:r>
            <w:proofErr w:type="spellStart"/>
            <w:r w:rsidRPr="004603AF">
              <w:t>spoľahlivé</w:t>
            </w:r>
            <w:proofErr w:type="spellEnd"/>
            <w:r w:rsidRPr="004603AF">
              <w:t>.</w:t>
            </w:r>
          </w:p>
        </w:tc>
      </w:tr>
    </w:tbl>
    <w:p w14:paraId="38A6F97A" w14:textId="77777777" w:rsidR="003F413A" w:rsidRPr="004603AF"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4603AF" w14:paraId="4DFC5C6A" w14:textId="77777777">
        <w:trPr>
          <w:jc w:val="center"/>
        </w:trPr>
        <w:tc>
          <w:tcPr>
            <w:tcW w:w="5159" w:type="dxa"/>
            <w:tcMar>
              <w:top w:w="70" w:type="dxa"/>
              <w:left w:w="95" w:type="dxa"/>
              <w:bottom w:w="70" w:type="dxa"/>
              <w:right w:w="95" w:type="dxa"/>
            </w:tcMar>
          </w:tcPr>
          <w:p w14:paraId="2C4CDAA5" w14:textId="77777777" w:rsidR="009C7B7A" w:rsidRDefault="00000000">
            <w:pPr>
              <w:spacing w:after="40"/>
              <w:jc w:val="both"/>
            </w:pPr>
            <w:r>
              <w:t>13.3. The Seller shall make detailed packing description for each package with corresponding marking. The Seller shall provide instructions for unloading of heavy equipment.</w:t>
            </w:r>
          </w:p>
          <w:p w14:paraId="1B9BB27E" w14:textId="196AABC8" w:rsidR="003F413A" w:rsidRDefault="00000000">
            <w:pPr>
              <w:spacing w:after="40"/>
              <w:jc w:val="both"/>
            </w:pPr>
            <w:r>
              <w:t>Each truck shall be provided with adequate packing list.</w:t>
            </w:r>
          </w:p>
        </w:tc>
        <w:tc>
          <w:tcPr>
            <w:tcW w:w="5159" w:type="dxa"/>
            <w:tcMar>
              <w:top w:w="70" w:type="dxa"/>
              <w:left w:w="95" w:type="dxa"/>
              <w:bottom w:w="70" w:type="dxa"/>
              <w:right w:w="95" w:type="dxa"/>
            </w:tcMar>
          </w:tcPr>
          <w:p w14:paraId="3F1B52A8" w14:textId="77777777" w:rsidR="003F413A" w:rsidRDefault="00000000">
            <w:pPr>
              <w:spacing w:after="40"/>
              <w:jc w:val="both"/>
            </w:pPr>
            <w:r>
              <w:t xml:space="preserve">13.3. </w:t>
            </w:r>
            <w:proofErr w:type="spellStart"/>
            <w:r>
              <w:t>Predávajúci</w:t>
            </w:r>
            <w:proofErr w:type="spellEnd"/>
            <w:r>
              <w:t xml:space="preserve"> pre </w:t>
            </w:r>
            <w:proofErr w:type="spellStart"/>
            <w:r>
              <w:t>každý</w:t>
            </w:r>
            <w:proofErr w:type="spellEnd"/>
            <w:r>
              <w:t xml:space="preserve"> </w:t>
            </w:r>
            <w:proofErr w:type="spellStart"/>
            <w:r>
              <w:t>balík</w:t>
            </w:r>
            <w:proofErr w:type="spellEnd"/>
            <w:r>
              <w:t xml:space="preserve"> </w:t>
            </w:r>
            <w:proofErr w:type="spellStart"/>
            <w:r>
              <w:t>vytvorí</w:t>
            </w:r>
            <w:proofErr w:type="spellEnd"/>
            <w:r>
              <w:t xml:space="preserve"> </w:t>
            </w:r>
            <w:proofErr w:type="spellStart"/>
            <w:r>
              <w:t>podrobný</w:t>
            </w:r>
            <w:proofErr w:type="spellEnd"/>
            <w:r>
              <w:t xml:space="preserve"> </w:t>
            </w:r>
            <w:proofErr w:type="spellStart"/>
            <w:r>
              <w:t>popis</w:t>
            </w:r>
            <w:proofErr w:type="spellEnd"/>
            <w:r>
              <w:t xml:space="preserve"> </w:t>
            </w:r>
            <w:proofErr w:type="spellStart"/>
            <w:r>
              <w:t>balenia</w:t>
            </w:r>
            <w:proofErr w:type="spellEnd"/>
            <w:r>
              <w:t xml:space="preserve"> s </w:t>
            </w:r>
            <w:proofErr w:type="spellStart"/>
            <w:r>
              <w:t>príslušným</w:t>
            </w:r>
            <w:proofErr w:type="spellEnd"/>
            <w:r>
              <w:t xml:space="preserve"> </w:t>
            </w:r>
            <w:proofErr w:type="spellStart"/>
            <w:r>
              <w:t>označením</w:t>
            </w:r>
            <w:proofErr w:type="spellEnd"/>
            <w:r>
              <w:t xml:space="preserve">. </w:t>
            </w:r>
            <w:proofErr w:type="spellStart"/>
            <w:r>
              <w:t>Predávajúci</w:t>
            </w:r>
            <w:proofErr w:type="spellEnd"/>
            <w:r>
              <w:t xml:space="preserve"> </w:t>
            </w:r>
            <w:proofErr w:type="spellStart"/>
            <w:r>
              <w:t>poskytne</w:t>
            </w:r>
            <w:proofErr w:type="spellEnd"/>
            <w:r>
              <w:t xml:space="preserve"> </w:t>
            </w:r>
            <w:proofErr w:type="spellStart"/>
            <w:r>
              <w:t>pokyny</w:t>
            </w:r>
            <w:proofErr w:type="spellEnd"/>
            <w:r>
              <w:t xml:space="preserve"> </w:t>
            </w:r>
            <w:proofErr w:type="spellStart"/>
            <w:r>
              <w:t>na</w:t>
            </w:r>
            <w:proofErr w:type="spellEnd"/>
            <w:r>
              <w:t xml:space="preserve"> </w:t>
            </w:r>
            <w:proofErr w:type="spellStart"/>
            <w:r>
              <w:t>vykládku</w:t>
            </w:r>
            <w:proofErr w:type="spellEnd"/>
            <w:r>
              <w:t xml:space="preserve"> </w:t>
            </w:r>
            <w:proofErr w:type="spellStart"/>
            <w:r>
              <w:t>ťažkého</w:t>
            </w:r>
            <w:proofErr w:type="spellEnd"/>
            <w:r>
              <w:t xml:space="preserve"> </w:t>
            </w:r>
            <w:proofErr w:type="spellStart"/>
            <w:r>
              <w:t>zariadenia</w:t>
            </w:r>
            <w:proofErr w:type="spellEnd"/>
            <w:r>
              <w:t>.</w:t>
            </w:r>
          </w:p>
          <w:p w14:paraId="734C378F" w14:textId="77777777" w:rsidR="003F413A" w:rsidRPr="004603AF" w:rsidRDefault="00000000">
            <w:pPr>
              <w:spacing w:after="40"/>
              <w:jc w:val="both"/>
            </w:pPr>
            <w:proofErr w:type="spellStart"/>
            <w:r w:rsidRPr="004603AF">
              <w:t>Každé</w:t>
            </w:r>
            <w:proofErr w:type="spellEnd"/>
            <w:r w:rsidRPr="004603AF">
              <w:t xml:space="preserve"> </w:t>
            </w:r>
            <w:proofErr w:type="spellStart"/>
            <w:r w:rsidRPr="004603AF">
              <w:t>nákladné</w:t>
            </w:r>
            <w:proofErr w:type="spellEnd"/>
            <w:r w:rsidRPr="004603AF">
              <w:t xml:space="preserve"> </w:t>
            </w:r>
            <w:proofErr w:type="spellStart"/>
            <w:r w:rsidRPr="004603AF">
              <w:t>vozidlo</w:t>
            </w:r>
            <w:proofErr w:type="spellEnd"/>
            <w:r w:rsidRPr="004603AF">
              <w:t xml:space="preserve"> </w:t>
            </w:r>
            <w:proofErr w:type="spellStart"/>
            <w:r w:rsidRPr="004603AF">
              <w:t>musí</w:t>
            </w:r>
            <w:proofErr w:type="spellEnd"/>
            <w:r w:rsidRPr="004603AF">
              <w:t xml:space="preserve"> </w:t>
            </w:r>
            <w:proofErr w:type="spellStart"/>
            <w:r w:rsidRPr="004603AF">
              <w:t>byť</w:t>
            </w:r>
            <w:proofErr w:type="spellEnd"/>
            <w:r w:rsidRPr="004603AF">
              <w:t xml:space="preserve"> </w:t>
            </w:r>
            <w:proofErr w:type="spellStart"/>
            <w:r w:rsidRPr="004603AF">
              <w:t>vybavené</w:t>
            </w:r>
            <w:proofErr w:type="spellEnd"/>
            <w:r w:rsidRPr="004603AF">
              <w:t xml:space="preserve"> </w:t>
            </w:r>
            <w:proofErr w:type="spellStart"/>
            <w:r w:rsidRPr="004603AF">
              <w:t>príslušnou</w:t>
            </w:r>
            <w:proofErr w:type="spellEnd"/>
            <w:r w:rsidRPr="004603AF">
              <w:t xml:space="preserve"> </w:t>
            </w:r>
            <w:proofErr w:type="spellStart"/>
            <w:r w:rsidRPr="004603AF">
              <w:t>sprievodkou</w:t>
            </w:r>
            <w:proofErr w:type="spellEnd"/>
            <w:r w:rsidRPr="004603AF">
              <w:t xml:space="preserve"> </w:t>
            </w:r>
            <w:proofErr w:type="spellStart"/>
            <w:r w:rsidRPr="004603AF">
              <w:t>zásielky</w:t>
            </w:r>
            <w:proofErr w:type="spellEnd"/>
            <w:r w:rsidRPr="004603AF">
              <w:t>.</w:t>
            </w:r>
          </w:p>
        </w:tc>
      </w:tr>
    </w:tbl>
    <w:p w14:paraId="657224E6" w14:textId="77777777" w:rsidR="003F413A" w:rsidRPr="004603AF"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6922403" w14:textId="77777777">
        <w:trPr>
          <w:jc w:val="center"/>
        </w:trPr>
        <w:tc>
          <w:tcPr>
            <w:tcW w:w="5159" w:type="dxa"/>
            <w:tcMar>
              <w:top w:w="70" w:type="dxa"/>
              <w:left w:w="95" w:type="dxa"/>
              <w:bottom w:w="70" w:type="dxa"/>
              <w:right w:w="95" w:type="dxa"/>
            </w:tcMar>
          </w:tcPr>
          <w:p w14:paraId="66FE75F3" w14:textId="77777777" w:rsidR="003F413A" w:rsidRDefault="00000000">
            <w:pPr>
              <w:spacing w:after="40"/>
              <w:jc w:val="both"/>
            </w:pPr>
            <w:r>
              <w:t>13.4. The Seller should indicate in the packing documents (packing lists) to each delivery of the equipment the gross and net weight.</w:t>
            </w:r>
          </w:p>
        </w:tc>
        <w:tc>
          <w:tcPr>
            <w:tcW w:w="5159" w:type="dxa"/>
            <w:tcMar>
              <w:top w:w="70" w:type="dxa"/>
              <w:left w:w="95" w:type="dxa"/>
              <w:bottom w:w="70" w:type="dxa"/>
              <w:right w:w="95" w:type="dxa"/>
            </w:tcMar>
          </w:tcPr>
          <w:p w14:paraId="4AFFE8C8" w14:textId="77777777" w:rsidR="003F413A" w:rsidRDefault="00000000">
            <w:pPr>
              <w:spacing w:after="40"/>
              <w:jc w:val="both"/>
            </w:pPr>
            <w:r>
              <w:t xml:space="preserve">13.4. </w:t>
            </w:r>
            <w:proofErr w:type="spellStart"/>
            <w:r>
              <w:t>Predávajúci</w:t>
            </w:r>
            <w:proofErr w:type="spellEnd"/>
            <w:r>
              <w:t xml:space="preserve"> by mal </w:t>
            </w:r>
            <w:proofErr w:type="spellStart"/>
            <w:r>
              <w:t>uviesť</w:t>
            </w:r>
            <w:proofErr w:type="spellEnd"/>
            <w:r>
              <w:t xml:space="preserve"> v </w:t>
            </w:r>
            <w:proofErr w:type="spellStart"/>
            <w:r>
              <w:t>dokumentoch</w:t>
            </w:r>
            <w:proofErr w:type="spellEnd"/>
            <w:r>
              <w:t xml:space="preserve"> </w:t>
            </w:r>
            <w:proofErr w:type="spellStart"/>
            <w:r>
              <w:t>balíka</w:t>
            </w:r>
            <w:proofErr w:type="spellEnd"/>
            <w:r>
              <w:t xml:space="preserve"> (</w:t>
            </w:r>
            <w:proofErr w:type="spellStart"/>
            <w:r>
              <w:t>sprievodkách</w:t>
            </w:r>
            <w:proofErr w:type="spellEnd"/>
            <w:r>
              <w:t xml:space="preserve"> </w:t>
            </w:r>
            <w:proofErr w:type="spellStart"/>
            <w:r>
              <w:t>zásielky</w:t>
            </w:r>
            <w:proofErr w:type="spellEnd"/>
            <w:r>
              <w:t xml:space="preserve">) </w:t>
            </w:r>
            <w:proofErr w:type="spellStart"/>
            <w:r>
              <w:t>ku</w:t>
            </w:r>
            <w:proofErr w:type="spellEnd"/>
            <w:r>
              <w:t xml:space="preserve"> </w:t>
            </w:r>
            <w:proofErr w:type="spellStart"/>
            <w:r>
              <w:t>každej</w:t>
            </w:r>
            <w:proofErr w:type="spellEnd"/>
            <w:r>
              <w:t xml:space="preserve"> </w:t>
            </w:r>
            <w:proofErr w:type="spellStart"/>
            <w:r>
              <w:t>dodávke</w:t>
            </w:r>
            <w:proofErr w:type="spellEnd"/>
            <w:r>
              <w:t xml:space="preserve"> </w:t>
            </w:r>
            <w:proofErr w:type="spellStart"/>
            <w:r>
              <w:t>zariadenia</w:t>
            </w:r>
            <w:proofErr w:type="spellEnd"/>
            <w:r>
              <w:t xml:space="preserve"> </w:t>
            </w:r>
            <w:proofErr w:type="spellStart"/>
            <w:r>
              <w:t>hmotnosť</w:t>
            </w:r>
            <w:proofErr w:type="spellEnd"/>
            <w:r>
              <w:t xml:space="preserve"> </w:t>
            </w:r>
            <w:proofErr w:type="spellStart"/>
            <w:r>
              <w:t>brutto</w:t>
            </w:r>
            <w:proofErr w:type="spellEnd"/>
            <w:r>
              <w:t xml:space="preserve"> a </w:t>
            </w:r>
            <w:proofErr w:type="spellStart"/>
            <w:r>
              <w:t>netto</w:t>
            </w:r>
            <w:proofErr w:type="spellEnd"/>
            <w:r>
              <w:t>.</w:t>
            </w:r>
          </w:p>
        </w:tc>
      </w:tr>
    </w:tbl>
    <w:p w14:paraId="3F7C5B62"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576FE13E" w14:textId="77777777">
        <w:trPr>
          <w:jc w:val="center"/>
        </w:trPr>
        <w:tc>
          <w:tcPr>
            <w:tcW w:w="5159" w:type="dxa"/>
            <w:shd w:val="clear" w:color="auto" w:fill="EDEDED"/>
            <w:tcMar>
              <w:top w:w="90" w:type="dxa"/>
              <w:left w:w="95" w:type="dxa"/>
              <w:bottom w:w="90" w:type="dxa"/>
              <w:right w:w="95" w:type="dxa"/>
            </w:tcMar>
          </w:tcPr>
          <w:p w14:paraId="20CAA5B5" w14:textId="77777777" w:rsidR="003F413A" w:rsidRDefault="00000000">
            <w:pPr>
              <w:keepNext/>
              <w:spacing w:after="40"/>
              <w:jc w:val="center"/>
            </w:pPr>
            <w:r>
              <w:rPr>
                <w:b/>
                <w:sz w:val="18"/>
              </w:rPr>
              <w:t>Article 14. Arbitration</w:t>
            </w:r>
          </w:p>
        </w:tc>
        <w:tc>
          <w:tcPr>
            <w:tcW w:w="5159" w:type="dxa"/>
            <w:shd w:val="clear" w:color="auto" w:fill="EDEDED"/>
            <w:tcMar>
              <w:top w:w="90" w:type="dxa"/>
              <w:left w:w="95" w:type="dxa"/>
              <w:bottom w:w="90" w:type="dxa"/>
              <w:right w:w="95" w:type="dxa"/>
            </w:tcMar>
          </w:tcPr>
          <w:p w14:paraId="1943C1D6" w14:textId="77777777" w:rsidR="003F413A" w:rsidRDefault="00000000">
            <w:pPr>
              <w:keepNext/>
              <w:spacing w:after="40"/>
              <w:jc w:val="center"/>
            </w:pPr>
            <w:proofErr w:type="spellStart"/>
            <w:r>
              <w:rPr>
                <w:b/>
                <w:sz w:val="18"/>
              </w:rPr>
              <w:t>Článok</w:t>
            </w:r>
            <w:proofErr w:type="spellEnd"/>
            <w:r>
              <w:rPr>
                <w:b/>
                <w:sz w:val="18"/>
              </w:rPr>
              <w:t xml:space="preserve"> 14. </w:t>
            </w:r>
            <w:proofErr w:type="spellStart"/>
            <w:r>
              <w:rPr>
                <w:b/>
                <w:sz w:val="18"/>
              </w:rPr>
              <w:t>Rozhodcovské</w:t>
            </w:r>
            <w:proofErr w:type="spellEnd"/>
            <w:r>
              <w:rPr>
                <w:b/>
                <w:sz w:val="18"/>
              </w:rPr>
              <w:t xml:space="preserve"> </w:t>
            </w:r>
            <w:proofErr w:type="spellStart"/>
            <w:r>
              <w:rPr>
                <w:b/>
                <w:sz w:val="18"/>
              </w:rPr>
              <w:t>konanie</w:t>
            </w:r>
            <w:proofErr w:type="spellEnd"/>
          </w:p>
        </w:tc>
      </w:tr>
    </w:tbl>
    <w:p w14:paraId="7A20F1B2"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3079E46" w14:textId="77777777">
        <w:trPr>
          <w:jc w:val="center"/>
        </w:trPr>
        <w:tc>
          <w:tcPr>
            <w:tcW w:w="5159" w:type="dxa"/>
            <w:tcMar>
              <w:top w:w="70" w:type="dxa"/>
              <w:left w:w="95" w:type="dxa"/>
              <w:bottom w:w="70" w:type="dxa"/>
              <w:right w:w="95" w:type="dxa"/>
            </w:tcMar>
          </w:tcPr>
          <w:p w14:paraId="5CE52243" w14:textId="77777777" w:rsidR="003F413A" w:rsidRDefault="00000000">
            <w:pPr>
              <w:spacing w:after="40"/>
              <w:jc w:val="both"/>
            </w:pPr>
            <w:r>
              <w:t>14.1. Any dispute, disagreement or claim arising out of or in connection with this Contract and its Annexes, or associated with it violations, termination, or invalidity, which cannot be settled by amicable negotiation, shall be finally settled by the Court of Arbitration at the local Chamber of Commerce according to the registered office of the Seller in compliance with the rules and procedure of the said Arbitration court.</w:t>
            </w:r>
          </w:p>
          <w:p w14:paraId="5D60540E" w14:textId="77777777" w:rsidR="003F413A" w:rsidRDefault="00000000">
            <w:pPr>
              <w:spacing w:after="40"/>
              <w:jc w:val="both"/>
            </w:pPr>
            <w:r>
              <w:t>The awards of the Arbitration are final and binding upon both Parties.</w:t>
            </w:r>
          </w:p>
          <w:p w14:paraId="5385969E" w14:textId="77777777" w:rsidR="003F413A" w:rsidRDefault="00000000">
            <w:pPr>
              <w:spacing w:after="40"/>
              <w:jc w:val="both"/>
            </w:pPr>
            <w:r>
              <w:t>Jurisdiction of State Courts of general jurisdiction is excluded, except for enforcement of the arbitration judgment</w:t>
            </w:r>
          </w:p>
        </w:tc>
        <w:tc>
          <w:tcPr>
            <w:tcW w:w="5159" w:type="dxa"/>
            <w:tcMar>
              <w:top w:w="70" w:type="dxa"/>
              <w:left w:w="95" w:type="dxa"/>
              <w:bottom w:w="70" w:type="dxa"/>
              <w:right w:w="95" w:type="dxa"/>
            </w:tcMar>
          </w:tcPr>
          <w:p w14:paraId="46F01D11" w14:textId="77777777" w:rsidR="003F413A" w:rsidRDefault="00000000">
            <w:pPr>
              <w:spacing w:after="40"/>
              <w:jc w:val="both"/>
            </w:pPr>
            <w:r>
              <w:t xml:space="preserve">14.1. </w:t>
            </w:r>
            <w:proofErr w:type="spellStart"/>
            <w:r>
              <w:t>Akýkoľvek</w:t>
            </w:r>
            <w:proofErr w:type="spellEnd"/>
            <w:r>
              <w:t xml:space="preserve"> </w:t>
            </w:r>
            <w:proofErr w:type="spellStart"/>
            <w:r>
              <w:t>spor</w:t>
            </w:r>
            <w:proofErr w:type="spellEnd"/>
            <w:r>
              <w:t xml:space="preserve">, </w:t>
            </w:r>
            <w:proofErr w:type="spellStart"/>
            <w:r>
              <w:t>nezhoda</w:t>
            </w:r>
            <w:proofErr w:type="spellEnd"/>
            <w:r>
              <w:t xml:space="preserve"> </w:t>
            </w:r>
            <w:proofErr w:type="spellStart"/>
            <w:r>
              <w:t>alebo</w:t>
            </w:r>
            <w:proofErr w:type="spellEnd"/>
            <w:r>
              <w:t xml:space="preserve"> </w:t>
            </w:r>
            <w:proofErr w:type="spellStart"/>
            <w:r>
              <w:t>nárok</w:t>
            </w:r>
            <w:proofErr w:type="spellEnd"/>
            <w:r>
              <w:t xml:space="preserve"> </w:t>
            </w:r>
            <w:proofErr w:type="spellStart"/>
            <w:r>
              <w:t>vyplývajúci</w:t>
            </w:r>
            <w:proofErr w:type="spellEnd"/>
            <w:r>
              <w:t xml:space="preserve"> z </w:t>
            </w:r>
            <w:proofErr w:type="spellStart"/>
            <w:r>
              <w:t>tejto</w:t>
            </w:r>
            <w:proofErr w:type="spellEnd"/>
            <w:r>
              <w:t xml:space="preserve"> </w:t>
            </w:r>
            <w:proofErr w:type="spellStart"/>
            <w:r>
              <w:t>zmluvy</w:t>
            </w:r>
            <w:proofErr w:type="spellEnd"/>
            <w:r>
              <w:t xml:space="preserve"> </w:t>
            </w:r>
            <w:proofErr w:type="spellStart"/>
            <w:r>
              <w:t>alebo</w:t>
            </w:r>
            <w:proofErr w:type="spellEnd"/>
            <w:r>
              <w:t xml:space="preserve"> s </w:t>
            </w:r>
            <w:proofErr w:type="spellStart"/>
            <w:r>
              <w:t>ňou</w:t>
            </w:r>
            <w:proofErr w:type="spellEnd"/>
            <w:r>
              <w:t xml:space="preserve"> </w:t>
            </w:r>
            <w:proofErr w:type="spellStart"/>
            <w:r>
              <w:t>súvisiaci</w:t>
            </w:r>
            <w:proofErr w:type="spellEnd"/>
            <w:r>
              <w:t xml:space="preserve"> a </w:t>
            </w:r>
            <w:proofErr w:type="spellStart"/>
            <w:r>
              <w:t>vyplývajúci</w:t>
            </w:r>
            <w:proofErr w:type="spellEnd"/>
            <w:r>
              <w:t xml:space="preserve"> z </w:t>
            </w:r>
            <w:proofErr w:type="spellStart"/>
            <w:r>
              <w:t>jej</w:t>
            </w:r>
            <w:proofErr w:type="spellEnd"/>
            <w:r>
              <w:t xml:space="preserve"> </w:t>
            </w:r>
            <w:proofErr w:type="spellStart"/>
            <w:r>
              <w:t>príloh</w:t>
            </w:r>
            <w:proofErr w:type="spellEnd"/>
            <w:r>
              <w:t xml:space="preserve">, </w:t>
            </w:r>
            <w:proofErr w:type="spellStart"/>
            <w:r>
              <w:t>alebo</w:t>
            </w:r>
            <w:proofErr w:type="spellEnd"/>
            <w:r>
              <w:t xml:space="preserve"> </w:t>
            </w:r>
            <w:proofErr w:type="spellStart"/>
            <w:r>
              <w:t>týkajúci</w:t>
            </w:r>
            <w:proofErr w:type="spellEnd"/>
            <w:r>
              <w:t xml:space="preserve"> </w:t>
            </w:r>
            <w:proofErr w:type="spellStart"/>
            <w:r>
              <w:t>sa</w:t>
            </w:r>
            <w:proofErr w:type="spellEnd"/>
            <w:r>
              <w:t xml:space="preserve"> </w:t>
            </w:r>
            <w:proofErr w:type="spellStart"/>
            <w:r>
              <w:t>porušení</w:t>
            </w:r>
            <w:proofErr w:type="spellEnd"/>
            <w:r>
              <w:t xml:space="preserve">, </w:t>
            </w:r>
            <w:proofErr w:type="spellStart"/>
            <w:r>
              <w:t>ukončenia</w:t>
            </w:r>
            <w:proofErr w:type="spellEnd"/>
            <w:r>
              <w:t xml:space="preserve"> </w:t>
            </w:r>
            <w:proofErr w:type="spellStart"/>
            <w:r>
              <w:t>alebo</w:t>
            </w:r>
            <w:proofErr w:type="spellEnd"/>
            <w:r>
              <w:t xml:space="preserve"> </w:t>
            </w:r>
            <w:proofErr w:type="spellStart"/>
            <w:r>
              <w:t>neplatnosti</w:t>
            </w:r>
            <w:proofErr w:type="spellEnd"/>
            <w:r>
              <w:t xml:space="preserve"> </w:t>
            </w:r>
            <w:proofErr w:type="spellStart"/>
            <w:r>
              <w:t>zmluvy</w:t>
            </w:r>
            <w:proofErr w:type="spellEnd"/>
            <w:r>
              <w:t xml:space="preserve">, </w:t>
            </w:r>
            <w:proofErr w:type="spellStart"/>
            <w:r>
              <w:t>ktoré</w:t>
            </w:r>
            <w:proofErr w:type="spellEnd"/>
            <w:r>
              <w:t xml:space="preserve"> </w:t>
            </w:r>
            <w:proofErr w:type="spellStart"/>
            <w:r>
              <w:t>nemožno</w:t>
            </w:r>
            <w:proofErr w:type="spellEnd"/>
            <w:r>
              <w:t xml:space="preserve"> </w:t>
            </w:r>
            <w:proofErr w:type="spellStart"/>
            <w:r>
              <w:t>vyriešiť</w:t>
            </w:r>
            <w:proofErr w:type="spellEnd"/>
            <w:r>
              <w:t xml:space="preserve"> </w:t>
            </w:r>
            <w:proofErr w:type="spellStart"/>
            <w:r>
              <w:t>zmierom</w:t>
            </w:r>
            <w:proofErr w:type="spellEnd"/>
            <w:r>
              <w:t xml:space="preserve"> </w:t>
            </w:r>
            <w:proofErr w:type="spellStart"/>
            <w:r>
              <w:t>prostredníctvom</w:t>
            </w:r>
            <w:proofErr w:type="spellEnd"/>
            <w:r>
              <w:t xml:space="preserve"> </w:t>
            </w:r>
            <w:proofErr w:type="spellStart"/>
            <w:r>
              <w:t>rokovaní</w:t>
            </w:r>
            <w:proofErr w:type="spellEnd"/>
            <w:r>
              <w:t xml:space="preserve">, </w:t>
            </w:r>
            <w:proofErr w:type="spellStart"/>
            <w:r>
              <w:t>bude</w:t>
            </w:r>
            <w:proofErr w:type="spellEnd"/>
            <w:r>
              <w:t xml:space="preserve"> s </w:t>
            </w:r>
            <w:proofErr w:type="spellStart"/>
            <w:r>
              <w:t>konečnou</w:t>
            </w:r>
            <w:proofErr w:type="spellEnd"/>
            <w:r>
              <w:t xml:space="preserve"> </w:t>
            </w:r>
            <w:proofErr w:type="spellStart"/>
            <w:r>
              <w:t>platnosťou</w:t>
            </w:r>
            <w:proofErr w:type="spellEnd"/>
            <w:r>
              <w:t xml:space="preserve"> </w:t>
            </w:r>
            <w:proofErr w:type="spellStart"/>
            <w:r>
              <w:t>riešiť</w:t>
            </w:r>
            <w:proofErr w:type="spellEnd"/>
            <w:r>
              <w:t xml:space="preserve"> </w:t>
            </w:r>
            <w:proofErr w:type="spellStart"/>
            <w:r>
              <w:t>Rozhodcovský</w:t>
            </w:r>
            <w:proofErr w:type="spellEnd"/>
            <w:r>
              <w:t xml:space="preserve"> </w:t>
            </w:r>
            <w:proofErr w:type="spellStart"/>
            <w:r>
              <w:t>súd</w:t>
            </w:r>
            <w:proofErr w:type="spellEnd"/>
            <w:r>
              <w:t xml:space="preserve"> </w:t>
            </w:r>
            <w:proofErr w:type="spellStart"/>
            <w:r>
              <w:t>pri</w:t>
            </w:r>
            <w:proofErr w:type="spellEnd"/>
            <w:r>
              <w:t xml:space="preserve"> </w:t>
            </w:r>
            <w:proofErr w:type="spellStart"/>
            <w:r>
              <w:t>miestnej</w:t>
            </w:r>
            <w:proofErr w:type="spellEnd"/>
            <w:r>
              <w:t xml:space="preserve"> </w:t>
            </w:r>
            <w:proofErr w:type="spellStart"/>
            <w:r>
              <w:t>obchodnej</w:t>
            </w:r>
            <w:proofErr w:type="spellEnd"/>
            <w:r>
              <w:t xml:space="preserve"> </w:t>
            </w:r>
            <w:proofErr w:type="spellStart"/>
            <w:r>
              <w:t>komore</w:t>
            </w:r>
            <w:proofErr w:type="spellEnd"/>
            <w:r>
              <w:t xml:space="preserve"> </w:t>
            </w:r>
            <w:proofErr w:type="spellStart"/>
            <w:r>
              <w:t>podľa</w:t>
            </w:r>
            <w:proofErr w:type="spellEnd"/>
            <w:r>
              <w:t xml:space="preserve"> </w:t>
            </w:r>
            <w:proofErr w:type="spellStart"/>
            <w:r>
              <w:t>sídla</w:t>
            </w:r>
            <w:proofErr w:type="spellEnd"/>
            <w:r>
              <w:t xml:space="preserve"> </w:t>
            </w:r>
            <w:proofErr w:type="spellStart"/>
            <w:r>
              <w:t>predávajúceho</w:t>
            </w:r>
            <w:proofErr w:type="spellEnd"/>
            <w:r>
              <w:t xml:space="preserve"> v </w:t>
            </w:r>
            <w:proofErr w:type="spellStart"/>
            <w:r>
              <w:t>súlade</w:t>
            </w:r>
            <w:proofErr w:type="spellEnd"/>
            <w:r>
              <w:t xml:space="preserve"> s </w:t>
            </w:r>
            <w:proofErr w:type="spellStart"/>
            <w:r>
              <w:t>pravidlami</w:t>
            </w:r>
            <w:proofErr w:type="spellEnd"/>
            <w:r>
              <w:t xml:space="preserve"> a </w:t>
            </w:r>
            <w:proofErr w:type="spellStart"/>
            <w:r>
              <w:t>postupom</w:t>
            </w:r>
            <w:proofErr w:type="spellEnd"/>
            <w:r>
              <w:t xml:space="preserve"> </w:t>
            </w:r>
            <w:proofErr w:type="spellStart"/>
            <w:r>
              <w:t>uvedeného</w:t>
            </w:r>
            <w:proofErr w:type="spellEnd"/>
            <w:r>
              <w:t xml:space="preserve"> </w:t>
            </w:r>
            <w:proofErr w:type="spellStart"/>
            <w:r>
              <w:t>Rozhodcovského</w:t>
            </w:r>
            <w:proofErr w:type="spellEnd"/>
            <w:r>
              <w:t xml:space="preserve"> </w:t>
            </w:r>
            <w:proofErr w:type="spellStart"/>
            <w:r>
              <w:t>súdu</w:t>
            </w:r>
            <w:proofErr w:type="spellEnd"/>
            <w:r>
              <w:t>.</w:t>
            </w:r>
          </w:p>
          <w:p w14:paraId="0497DDB6" w14:textId="77777777" w:rsidR="003F413A" w:rsidRDefault="00000000">
            <w:pPr>
              <w:spacing w:after="40"/>
              <w:jc w:val="both"/>
            </w:pPr>
            <w:proofErr w:type="spellStart"/>
            <w:r>
              <w:t>Rozhodnutia</w:t>
            </w:r>
            <w:proofErr w:type="spellEnd"/>
            <w:r>
              <w:t xml:space="preserve"> </w:t>
            </w:r>
            <w:proofErr w:type="spellStart"/>
            <w:r>
              <w:t>Rozhodcovského</w:t>
            </w:r>
            <w:proofErr w:type="spellEnd"/>
            <w:r>
              <w:t xml:space="preserve"> </w:t>
            </w:r>
            <w:proofErr w:type="spellStart"/>
            <w:r>
              <w:t>súdu</w:t>
            </w:r>
            <w:proofErr w:type="spellEnd"/>
            <w:r>
              <w:t xml:space="preserve"> </w:t>
            </w:r>
            <w:proofErr w:type="spellStart"/>
            <w:r>
              <w:t>sú</w:t>
            </w:r>
            <w:proofErr w:type="spellEnd"/>
            <w:r>
              <w:t xml:space="preserve"> </w:t>
            </w:r>
            <w:proofErr w:type="spellStart"/>
            <w:r>
              <w:t>konečné</w:t>
            </w:r>
            <w:proofErr w:type="spellEnd"/>
            <w:r>
              <w:t xml:space="preserve"> a </w:t>
            </w:r>
            <w:proofErr w:type="spellStart"/>
            <w:r>
              <w:t>záväzné</w:t>
            </w:r>
            <w:proofErr w:type="spellEnd"/>
            <w:r>
              <w:t xml:space="preserve"> pre </w:t>
            </w:r>
            <w:proofErr w:type="spellStart"/>
            <w:r>
              <w:t>obe</w:t>
            </w:r>
            <w:proofErr w:type="spellEnd"/>
            <w:r>
              <w:t xml:space="preserve"> </w:t>
            </w:r>
            <w:proofErr w:type="spellStart"/>
            <w:r>
              <w:t>zmluvné</w:t>
            </w:r>
            <w:proofErr w:type="spellEnd"/>
            <w:r>
              <w:t xml:space="preserve"> </w:t>
            </w:r>
            <w:proofErr w:type="spellStart"/>
            <w:r>
              <w:t>strany</w:t>
            </w:r>
            <w:proofErr w:type="spellEnd"/>
            <w:r>
              <w:t>.</w:t>
            </w:r>
          </w:p>
          <w:p w14:paraId="51213C00" w14:textId="77777777" w:rsidR="003F413A" w:rsidRDefault="00000000">
            <w:pPr>
              <w:spacing w:after="40"/>
              <w:jc w:val="both"/>
            </w:pPr>
            <w:proofErr w:type="spellStart"/>
            <w:r>
              <w:t>Jurisdikcia</w:t>
            </w:r>
            <w:proofErr w:type="spellEnd"/>
            <w:r>
              <w:t xml:space="preserve"> </w:t>
            </w:r>
            <w:proofErr w:type="spellStart"/>
            <w:r>
              <w:t>štátnych</w:t>
            </w:r>
            <w:proofErr w:type="spellEnd"/>
            <w:r>
              <w:t xml:space="preserve"> </w:t>
            </w:r>
            <w:proofErr w:type="spellStart"/>
            <w:r>
              <w:t>súdov</w:t>
            </w:r>
            <w:proofErr w:type="spellEnd"/>
            <w:r>
              <w:t xml:space="preserve"> </w:t>
            </w:r>
            <w:proofErr w:type="spellStart"/>
            <w:r>
              <w:t>všeobecnej</w:t>
            </w:r>
            <w:proofErr w:type="spellEnd"/>
            <w:r>
              <w:t xml:space="preserve"> </w:t>
            </w:r>
            <w:proofErr w:type="spellStart"/>
            <w:r>
              <w:t>jurisdikcie</w:t>
            </w:r>
            <w:proofErr w:type="spellEnd"/>
            <w:r>
              <w:t xml:space="preserve"> je </w:t>
            </w:r>
            <w:proofErr w:type="spellStart"/>
            <w:r>
              <w:t>vylúčená</w:t>
            </w:r>
            <w:proofErr w:type="spellEnd"/>
            <w:r>
              <w:t xml:space="preserve">, s </w:t>
            </w:r>
            <w:proofErr w:type="spellStart"/>
            <w:r>
              <w:t>výnimkou</w:t>
            </w:r>
            <w:proofErr w:type="spellEnd"/>
            <w:r>
              <w:t xml:space="preserve"> </w:t>
            </w:r>
            <w:proofErr w:type="spellStart"/>
            <w:r>
              <w:t>výkonu</w:t>
            </w:r>
            <w:proofErr w:type="spellEnd"/>
            <w:r>
              <w:t xml:space="preserve"> </w:t>
            </w:r>
            <w:proofErr w:type="spellStart"/>
            <w:r>
              <w:t>rozhodcovského</w:t>
            </w:r>
            <w:proofErr w:type="spellEnd"/>
            <w:r>
              <w:t xml:space="preserve"> </w:t>
            </w:r>
            <w:proofErr w:type="spellStart"/>
            <w:r>
              <w:t>rozhodnutia</w:t>
            </w:r>
            <w:proofErr w:type="spellEnd"/>
            <w:r>
              <w:t>.</w:t>
            </w:r>
          </w:p>
        </w:tc>
      </w:tr>
    </w:tbl>
    <w:p w14:paraId="564FA7D7"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61A9B440" w14:textId="77777777">
        <w:trPr>
          <w:jc w:val="center"/>
        </w:trPr>
        <w:tc>
          <w:tcPr>
            <w:tcW w:w="5159" w:type="dxa"/>
            <w:tcMar>
              <w:top w:w="70" w:type="dxa"/>
              <w:left w:w="95" w:type="dxa"/>
              <w:bottom w:w="70" w:type="dxa"/>
              <w:right w:w="95" w:type="dxa"/>
            </w:tcMar>
          </w:tcPr>
          <w:p w14:paraId="48E6B6BA" w14:textId="77777777" w:rsidR="003F413A" w:rsidRDefault="00000000">
            <w:pPr>
              <w:spacing w:after="40"/>
              <w:jc w:val="both"/>
            </w:pPr>
            <w:r>
              <w:t>14.2. The Arbitration Court shall consist of three arbitrators which shall be appointed as follows: each party shall appoint one arbitrator and these two arbitrators shall appoint the third arbitrator who shall act as Arbitration chairman. The governing law during consideration of disputes under the present Contract and its Annexes and the legislation that is applicable to this arbitration clause is the Law of the country of the registered office of the Seller. The working language of court is English.</w:t>
            </w:r>
          </w:p>
        </w:tc>
        <w:tc>
          <w:tcPr>
            <w:tcW w:w="5159" w:type="dxa"/>
            <w:tcMar>
              <w:top w:w="70" w:type="dxa"/>
              <w:left w:w="95" w:type="dxa"/>
              <w:bottom w:w="70" w:type="dxa"/>
              <w:right w:w="95" w:type="dxa"/>
            </w:tcMar>
          </w:tcPr>
          <w:p w14:paraId="55FCE352" w14:textId="77777777" w:rsidR="003F413A" w:rsidRDefault="00000000">
            <w:pPr>
              <w:spacing w:after="40"/>
              <w:jc w:val="both"/>
            </w:pPr>
            <w:r>
              <w:t xml:space="preserve">14.2. </w:t>
            </w:r>
            <w:proofErr w:type="spellStart"/>
            <w:r>
              <w:t>Rozhodcovský</w:t>
            </w:r>
            <w:proofErr w:type="spellEnd"/>
            <w:r>
              <w:t xml:space="preserve"> </w:t>
            </w:r>
            <w:proofErr w:type="spellStart"/>
            <w:r>
              <w:t>súd</w:t>
            </w:r>
            <w:proofErr w:type="spellEnd"/>
            <w:r>
              <w:t xml:space="preserve"> </w:t>
            </w:r>
            <w:proofErr w:type="spellStart"/>
            <w:r>
              <w:t>bude</w:t>
            </w:r>
            <w:proofErr w:type="spellEnd"/>
            <w:r>
              <w:t xml:space="preserve"> </w:t>
            </w:r>
            <w:proofErr w:type="spellStart"/>
            <w:r>
              <w:t>pozostávať</w:t>
            </w:r>
            <w:proofErr w:type="spellEnd"/>
            <w:r>
              <w:t xml:space="preserve"> z troch </w:t>
            </w:r>
            <w:proofErr w:type="spellStart"/>
            <w:r>
              <w:t>rozhodcov</w:t>
            </w:r>
            <w:proofErr w:type="spellEnd"/>
            <w:r>
              <w:t xml:space="preserve">, </w:t>
            </w:r>
            <w:proofErr w:type="spellStart"/>
            <w:r>
              <w:t>ktorí</w:t>
            </w:r>
            <w:proofErr w:type="spellEnd"/>
            <w:r>
              <w:t xml:space="preserve"> </w:t>
            </w:r>
            <w:proofErr w:type="spellStart"/>
            <w:r>
              <w:t>budú</w:t>
            </w:r>
            <w:proofErr w:type="spellEnd"/>
            <w:r>
              <w:t xml:space="preserve"> </w:t>
            </w:r>
            <w:proofErr w:type="spellStart"/>
            <w:r>
              <w:t>menovaní</w:t>
            </w:r>
            <w:proofErr w:type="spellEnd"/>
            <w:r>
              <w:t xml:space="preserve"> </w:t>
            </w:r>
            <w:proofErr w:type="spellStart"/>
            <w:r>
              <w:t>takto</w:t>
            </w:r>
            <w:proofErr w:type="spellEnd"/>
            <w:r>
              <w:t xml:space="preserve">: </w:t>
            </w:r>
            <w:proofErr w:type="spellStart"/>
            <w:r>
              <w:t>každá</w:t>
            </w:r>
            <w:proofErr w:type="spellEnd"/>
            <w:r>
              <w:t xml:space="preserve"> </w:t>
            </w:r>
            <w:proofErr w:type="spellStart"/>
            <w:r>
              <w:t>zmluvná</w:t>
            </w:r>
            <w:proofErr w:type="spellEnd"/>
            <w:r>
              <w:t xml:space="preserve"> </w:t>
            </w:r>
            <w:proofErr w:type="spellStart"/>
            <w:r>
              <w:t>strana</w:t>
            </w:r>
            <w:proofErr w:type="spellEnd"/>
            <w:r>
              <w:t xml:space="preserve"> </w:t>
            </w:r>
            <w:proofErr w:type="spellStart"/>
            <w:r>
              <w:t>vymenuje</w:t>
            </w:r>
            <w:proofErr w:type="spellEnd"/>
            <w:r>
              <w:t xml:space="preserve"> </w:t>
            </w:r>
            <w:proofErr w:type="spellStart"/>
            <w:r>
              <w:t>jedného</w:t>
            </w:r>
            <w:proofErr w:type="spellEnd"/>
            <w:r>
              <w:t xml:space="preserve"> </w:t>
            </w:r>
            <w:proofErr w:type="spellStart"/>
            <w:r>
              <w:t>rozhodcu</w:t>
            </w:r>
            <w:proofErr w:type="spellEnd"/>
            <w:r>
              <w:t xml:space="preserve"> a </w:t>
            </w:r>
            <w:proofErr w:type="spellStart"/>
            <w:r>
              <w:t>títo</w:t>
            </w:r>
            <w:proofErr w:type="spellEnd"/>
            <w:r>
              <w:t xml:space="preserve"> </w:t>
            </w:r>
            <w:proofErr w:type="spellStart"/>
            <w:r>
              <w:t>dvaja</w:t>
            </w:r>
            <w:proofErr w:type="spellEnd"/>
            <w:r>
              <w:t xml:space="preserve"> </w:t>
            </w:r>
            <w:proofErr w:type="spellStart"/>
            <w:r>
              <w:t>rozhodcovia</w:t>
            </w:r>
            <w:proofErr w:type="spellEnd"/>
            <w:r>
              <w:t xml:space="preserve"> </w:t>
            </w:r>
            <w:proofErr w:type="spellStart"/>
            <w:r>
              <w:t>vymenujú</w:t>
            </w:r>
            <w:proofErr w:type="spellEnd"/>
            <w:r>
              <w:t xml:space="preserve"> </w:t>
            </w:r>
            <w:proofErr w:type="spellStart"/>
            <w:r>
              <w:t>tretieho</w:t>
            </w:r>
            <w:proofErr w:type="spellEnd"/>
            <w:r>
              <w:t xml:space="preserve"> </w:t>
            </w:r>
            <w:proofErr w:type="spellStart"/>
            <w:r>
              <w:t>rozhodcu</w:t>
            </w:r>
            <w:proofErr w:type="spellEnd"/>
            <w:r>
              <w:t xml:space="preserve">, </w:t>
            </w:r>
            <w:proofErr w:type="spellStart"/>
            <w:r>
              <w:t>ktorý</w:t>
            </w:r>
            <w:proofErr w:type="spellEnd"/>
            <w:r>
              <w:t xml:space="preserve"> </w:t>
            </w:r>
            <w:proofErr w:type="spellStart"/>
            <w:r>
              <w:t>bude</w:t>
            </w:r>
            <w:proofErr w:type="spellEnd"/>
            <w:r>
              <w:t xml:space="preserve"> </w:t>
            </w:r>
            <w:proofErr w:type="spellStart"/>
            <w:r>
              <w:t>pôsobiť</w:t>
            </w:r>
            <w:proofErr w:type="spellEnd"/>
            <w:r>
              <w:t xml:space="preserve">, </w:t>
            </w:r>
            <w:proofErr w:type="spellStart"/>
            <w:r>
              <w:t>ako</w:t>
            </w:r>
            <w:proofErr w:type="spellEnd"/>
            <w:r>
              <w:t xml:space="preserve"> </w:t>
            </w:r>
            <w:proofErr w:type="spellStart"/>
            <w:r>
              <w:t>predseda</w:t>
            </w:r>
            <w:proofErr w:type="spellEnd"/>
            <w:r>
              <w:t xml:space="preserve"> </w:t>
            </w:r>
            <w:proofErr w:type="spellStart"/>
            <w:r>
              <w:t>rozhodcovského</w:t>
            </w:r>
            <w:proofErr w:type="spellEnd"/>
            <w:r>
              <w:t xml:space="preserve"> </w:t>
            </w:r>
            <w:proofErr w:type="spellStart"/>
            <w:r>
              <w:t>konania</w:t>
            </w:r>
            <w:proofErr w:type="spellEnd"/>
            <w:r>
              <w:t xml:space="preserve">. </w:t>
            </w:r>
            <w:proofErr w:type="spellStart"/>
            <w:r>
              <w:t>Rozhodným</w:t>
            </w:r>
            <w:proofErr w:type="spellEnd"/>
            <w:r>
              <w:t xml:space="preserve"> </w:t>
            </w:r>
            <w:proofErr w:type="spellStart"/>
            <w:r>
              <w:t>právom</w:t>
            </w:r>
            <w:proofErr w:type="spellEnd"/>
            <w:r>
              <w:t xml:space="preserve"> </w:t>
            </w:r>
            <w:proofErr w:type="spellStart"/>
            <w:r>
              <w:t>pri</w:t>
            </w:r>
            <w:proofErr w:type="spellEnd"/>
            <w:r>
              <w:t xml:space="preserve"> </w:t>
            </w:r>
            <w:proofErr w:type="spellStart"/>
            <w:r>
              <w:t>riešení</w:t>
            </w:r>
            <w:proofErr w:type="spellEnd"/>
            <w:r>
              <w:t xml:space="preserve"> </w:t>
            </w:r>
            <w:proofErr w:type="spellStart"/>
            <w:r>
              <w:t>sporov</w:t>
            </w:r>
            <w:proofErr w:type="spellEnd"/>
            <w:r>
              <w:t xml:space="preserve"> </w:t>
            </w:r>
            <w:proofErr w:type="spellStart"/>
            <w:r>
              <w:t>podľa</w:t>
            </w:r>
            <w:proofErr w:type="spellEnd"/>
            <w:r>
              <w:t xml:space="preserve"> </w:t>
            </w:r>
            <w:proofErr w:type="spellStart"/>
            <w:r>
              <w:t>tejto</w:t>
            </w:r>
            <w:proofErr w:type="spellEnd"/>
            <w:r>
              <w:t xml:space="preserve"> </w:t>
            </w:r>
            <w:proofErr w:type="spellStart"/>
            <w:r>
              <w:t>zmluvy</w:t>
            </w:r>
            <w:proofErr w:type="spellEnd"/>
            <w:r>
              <w:t xml:space="preserve"> a </w:t>
            </w:r>
            <w:proofErr w:type="spellStart"/>
            <w:r>
              <w:t>jej</w:t>
            </w:r>
            <w:proofErr w:type="spellEnd"/>
            <w:r>
              <w:t xml:space="preserve"> </w:t>
            </w:r>
            <w:proofErr w:type="spellStart"/>
            <w:r>
              <w:t>príloh</w:t>
            </w:r>
            <w:proofErr w:type="spellEnd"/>
            <w:r>
              <w:t xml:space="preserve"> a </w:t>
            </w:r>
            <w:proofErr w:type="spellStart"/>
            <w:r>
              <w:t>právnych</w:t>
            </w:r>
            <w:proofErr w:type="spellEnd"/>
            <w:r>
              <w:t xml:space="preserve"> </w:t>
            </w:r>
            <w:proofErr w:type="spellStart"/>
            <w:r>
              <w:t>predpisov</w:t>
            </w:r>
            <w:proofErr w:type="spellEnd"/>
            <w:r>
              <w:t xml:space="preserve">, </w:t>
            </w:r>
            <w:proofErr w:type="spellStart"/>
            <w:r>
              <w:t>ktoré</w:t>
            </w:r>
            <w:proofErr w:type="spellEnd"/>
            <w:r>
              <w:t xml:space="preserve"> </w:t>
            </w:r>
            <w:proofErr w:type="spellStart"/>
            <w:r>
              <w:t>sa</w:t>
            </w:r>
            <w:proofErr w:type="spellEnd"/>
            <w:r>
              <w:t xml:space="preserve"> </w:t>
            </w:r>
            <w:proofErr w:type="spellStart"/>
            <w:r>
              <w:t>vzťahujú</w:t>
            </w:r>
            <w:proofErr w:type="spellEnd"/>
            <w:r>
              <w:t xml:space="preserve"> </w:t>
            </w:r>
            <w:proofErr w:type="spellStart"/>
            <w:r>
              <w:t>na</w:t>
            </w:r>
            <w:proofErr w:type="spellEnd"/>
            <w:r>
              <w:t xml:space="preserve"> </w:t>
            </w:r>
            <w:proofErr w:type="spellStart"/>
            <w:r>
              <w:t>túto</w:t>
            </w:r>
            <w:proofErr w:type="spellEnd"/>
            <w:r>
              <w:t xml:space="preserve"> </w:t>
            </w:r>
            <w:proofErr w:type="spellStart"/>
            <w:r>
              <w:t>rozhodcovskú</w:t>
            </w:r>
            <w:proofErr w:type="spellEnd"/>
            <w:r>
              <w:t xml:space="preserve"> </w:t>
            </w:r>
            <w:proofErr w:type="spellStart"/>
            <w:r>
              <w:t>doložku</w:t>
            </w:r>
            <w:proofErr w:type="spellEnd"/>
            <w:r>
              <w:t xml:space="preserve">, je </w:t>
            </w:r>
            <w:proofErr w:type="spellStart"/>
            <w:r>
              <w:t>právo</w:t>
            </w:r>
            <w:proofErr w:type="spellEnd"/>
            <w:r>
              <w:t xml:space="preserve"> </w:t>
            </w:r>
            <w:proofErr w:type="spellStart"/>
            <w:r>
              <w:t>krajiny</w:t>
            </w:r>
            <w:proofErr w:type="spellEnd"/>
            <w:r>
              <w:t xml:space="preserve"> </w:t>
            </w:r>
            <w:proofErr w:type="spellStart"/>
            <w:r>
              <w:t>sídla</w:t>
            </w:r>
            <w:proofErr w:type="spellEnd"/>
            <w:r>
              <w:t xml:space="preserve"> </w:t>
            </w:r>
            <w:proofErr w:type="spellStart"/>
            <w:r>
              <w:t>Predávajúceho</w:t>
            </w:r>
            <w:proofErr w:type="spellEnd"/>
            <w:r>
              <w:t xml:space="preserve">. </w:t>
            </w:r>
            <w:proofErr w:type="spellStart"/>
            <w:r>
              <w:t>Pracovným</w:t>
            </w:r>
            <w:proofErr w:type="spellEnd"/>
            <w:r>
              <w:t xml:space="preserve"> </w:t>
            </w:r>
            <w:proofErr w:type="spellStart"/>
            <w:r>
              <w:t>jazykom</w:t>
            </w:r>
            <w:proofErr w:type="spellEnd"/>
            <w:r>
              <w:t xml:space="preserve"> </w:t>
            </w:r>
            <w:proofErr w:type="spellStart"/>
            <w:r>
              <w:t>súdu</w:t>
            </w:r>
            <w:proofErr w:type="spellEnd"/>
            <w:r>
              <w:t xml:space="preserve"> je </w:t>
            </w:r>
            <w:proofErr w:type="spellStart"/>
            <w:r>
              <w:t>angličtina</w:t>
            </w:r>
            <w:proofErr w:type="spellEnd"/>
            <w:r>
              <w:t>.</w:t>
            </w:r>
          </w:p>
        </w:tc>
      </w:tr>
    </w:tbl>
    <w:p w14:paraId="4674F7EE"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30820B56" w14:textId="77777777">
        <w:trPr>
          <w:jc w:val="center"/>
        </w:trPr>
        <w:tc>
          <w:tcPr>
            <w:tcW w:w="5159" w:type="dxa"/>
            <w:shd w:val="clear" w:color="auto" w:fill="EDEDED"/>
            <w:tcMar>
              <w:top w:w="90" w:type="dxa"/>
              <w:left w:w="95" w:type="dxa"/>
              <w:bottom w:w="90" w:type="dxa"/>
              <w:right w:w="95" w:type="dxa"/>
            </w:tcMar>
          </w:tcPr>
          <w:p w14:paraId="105848E5" w14:textId="77777777" w:rsidR="003F413A" w:rsidRDefault="00000000">
            <w:pPr>
              <w:keepNext/>
              <w:spacing w:after="40"/>
              <w:jc w:val="center"/>
            </w:pPr>
            <w:r>
              <w:rPr>
                <w:b/>
                <w:sz w:val="18"/>
              </w:rPr>
              <w:t>Article 15. Final Disposition</w:t>
            </w:r>
          </w:p>
        </w:tc>
        <w:tc>
          <w:tcPr>
            <w:tcW w:w="5159" w:type="dxa"/>
            <w:shd w:val="clear" w:color="auto" w:fill="EDEDED"/>
            <w:tcMar>
              <w:top w:w="90" w:type="dxa"/>
              <w:left w:w="95" w:type="dxa"/>
              <w:bottom w:w="90" w:type="dxa"/>
              <w:right w:w="95" w:type="dxa"/>
            </w:tcMar>
          </w:tcPr>
          <w:p w14:paraId="25F12E18" w14:textId="77777777" w:rsidR="003F413A" w:rsidRDefault="00000000">
            <w:pPr>
              <w:keepNext/>
              <w:spacing w:after="40"/>
              <w:jc w:val="center"/>
            </w:pPr>
            <w:proofErr w:type="spellStart"/>
            <w:r>
              <w:rPr>
                <w:b/>
                <w:sz w:val="18"/>
              </w:rPr>
              <w:t>Článok</w:t>
            </w:r>
            <w:proofErr w:type="spellEnd"/>
            <w:r>
              <w:rPr>
                <w:b/>
                <w:sz w:val="18"/>
              </w:rPr>
              <w:t xml:space="preserve"> 15. </w:t>
            </w:r>
            <w:proofErr w:type="spellStart"/>
            <w:r>
              <w:rPr>
                <w:b/>
                <w:sz w:val="18"/>
              </w:rPr>
              <w:t>Záverečné</w:t>
            </w:r>
            <w:proofErr w:type="spellEnd"/>
            <w:r>
              <w:rPr>
                <w:b/>
                <w:sz w:val="18"/>
              </w:rPr>
              <w:t xml:space="preserve"> </w:t>
            </w:r>
            <w:proofErr w:type="spellStart"/>
            <w:r>
              <w:rPr>
                <w:b/>
                <w:sz w:val="18"/>
              </w:rPr>
              <w:t>ustanovenia</w:t>
            </w:r>
            <w:proofErr w:type="spellEnd"/>
          </w:p>
        </w:tc>
      </w:tr>
    </w:tbl>
    <w:p w14:paraId="07F9BA10"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140DA89" w14:textId="77777777">
        <w:trPr>
          <w:jc w:val="center"/>
        </w:trPr>
        <w:tc>
          <w:tcPr>
            <w:tcW w:w="5159" w:type="dxa"/>
            <w:tcMar>
              <w:top w:w="70" w:type="dxa"/>
              <w:left w:w="95" w:type="dxa"/>
              <w:bottom w:w="70" w:type="dxa"/>
              <w:right w:w="95" w:type="dxa"/>
            </w:tcMar>
          </w:tcPr>
          <w:p w14:paraId="1263A6CC" w14:textId="77777777" w:rsidR="003F413A" w:rsidRDefault="00000000">
            <w:pPr>
              <w:spacing w:after="40"/>
              <w:jc w:val="both"/>
            </w:pPr>
            <w:r>
              <w:t xml:space="preserve">15.1. The Parties acknowledge that the authorized employees of the provider, the Ministry of Agriculture and Rural Development of the Slovak Republic, the bodies of the European Union and other authorized persons in accordance with the legal regulations of the </w:t>
            </w:r>
            <w:r>
              <w:lastRenderedPageBreak/>
              <w:t>Slovak Republic and the EU may perform regarding the Supplier/ Seller control/ audit of business documents and material control in connection with the implementation of the Contract and the Supplier/ Seller is obliged to provide full co-operation.</w:t>
            </w:r>
          </w:p>
        </w:tc>
        <w:tc>
          <w:tcPr>
            <w:tcW w:w="5159" w:type="dxa"/>
            <w:tcMar>
              <w:top w:w="70" w:type="dxa"/>
              <w:left w:w="95" w:type="dxa"/>
              <w:bottom w:w="70" w:type="dxa"/>
              <w:right w:w="95" w:type="dxa"/>
            </w:tcMar>
          </w:tcPr>
          <w:p w14:paraId="14028F51" w14:textId="77777777" w:rsidR="003F413A" w:rsidRDefault="00000000">
            <w:pPr>
              <w:spacing w:after="40"/>
              <w:jc w:val="both"/>
            </w:pPr>
            <w:r>
              <w:lastRenderedPageBreak/>
              <w:t xml:space="preserve">15.1. </w:t>
            </w:r>
            <w:proofErr w:type="spellStart"/>
            <w:r>
              <w:t>Zmluvné</w:t>
            </w:r>
            <w:proofErr w:type="spellEnd"/>
            <w:r>
              <w:t xml:space="preserve"> </w:t>
            </w:r>
            <w:proofErr w:type="spellStart"/>
            <w:r>
              <w:t>strany</w:t>
            </w:r>
            <w:proofErr w:type="spellEnd"/>
            <w:r>
              <w:t xml:space="preserve"> </w:t>
            </w:r>
            <w:proofErr w:type="spellStart"/>
            <w:r>
              <w:t>berú</w:t>
            </w:r>
            <w:proofErr w:type="spellEnd"/>
            <w:r>
              <w:t xml:space="preserve"> </w:t>
            </w:r>
            <w:proofErr w:type="spellStart"/>
            <w:r>
              <w:t>na</w:t>
            </w:r>
            <w:proofErr w:type="spellEnd"/>
            <w:r>
              <w:t xml:space="preserve"> </w:t>
            </w:r>
            <w:proofErr w:type="spellStart"/>
            <w:r>
              <w:t>vedomie</w:t>
            </w:r>
            <w:proofErr w:type="spellEnd"/>
            <w:r>
              <w:t xml:space="preserve">, </w:t>
            </w:r>
            <w:proofErr w:type="spellStart"/>
            <w:r>
              <w:t>že</w:t>
            </w:r>
            <w:proofErr w:type="spellEnd"/>
            <w:r>
              <w:t xml:space="preserve"> </w:t>
            </w:r>
            <w:proofErr w:type="spellStart"/>
            <w:r>
              <w:t>oprávnení</w:t>
            </w:r>
            <w:proofErr w:type="spellEnd"/>
            <w:r>
              <w:t xml:space="preserve"> </w:t>
            </w:r>
            <w:proofErr w:type="spellStart"/>
            <w:r>
              <w:t>zamestnaci</w:t>
            </w:r>
            <w:proofErr w:type="spellEnd"/>
            <w:r>
              <w:t xml:space="preserve"> </w:t>
            </w:r>
            <w:proofErr w:type="spellStart"/>
            <w:r>
              <w:t>poskytovateľa</w:t>
            </w:r>
            <w:proofErr w:type="spellEnd"/>
            <w:r>
              <w:t xml:space="preserve">, MPRV SR, </w:t>
            </w:r>
            <w:proofErr w:type="spellStart"/>
            <w:r>
              <w:t>orgánov</w:t>
            </w:r>
            <w:proofErr w:type="spellEnd"/>
            <w:r>
              <w:t xml:space="preserve"> </w:t>
            </w:r>
            <w:proofErr w:type="spellStart"/>
            <w:r>
              <w:t>Európskej</w:t>
            </w:r>
            <w:proofErr w:type="spellEnd"/>
            <w:r>
              <w:t xml:space="preserve"> </w:t>
            </w:r>
            <w:proofErr w:type="spellStart"/>
            <w:r>
              <w:t>únie</w:t>
            </w:r>
            <w:proofErr w:type="spellEnd"/>
            <w:r>
              <w:t xml:space="preserve"> a </w:t>
            </w:r>
            <w:proofErr w:type="spellStart"/>
            <w:r>
              <w:t>ďalšie</w:t>
            </w:r>
            <w:proofErr w:type="spellEnd"/>
            <w:r>
              <w:t xml:space="preserve"> </w:t>
            </w:r>
            <w:proofErr w:type="spellStart"/>
            <w:r>
              <w:t>oprávnené</w:t>
            </w:r>
            <w:proofErr w:type="spellEnd"/>
            <w:r>
              <w:t xml:space="preserve"> </w:t>
            </w:r>
            <w:proofErr w:type="spellStart"/>
            <w:r>
              <w:t>osoby</w:t>
            </w:r>
            <w:proofErr w:type="spellEnd"/>
            <w:r>
              <w:t xml:space="preserve"> v </w:t>
            </w:r>
            <w:proofErr w:type="spellStart"/>
            <w:r>
              <w:t>súlade</w:t>
            </w:r>
            <w:proofErr w:type="spellEnd"/>
            <w:r>
              <w:t xml:space="preserve"> s </w:t>
            </w:r>
            <w:proofErr w:type="spellStart"/>
            <w:r>
              <w:t>právnymi</w:t>
            </w:r>
            <w:proofErr w:type="spellEnd"/>
            <w:r>
              <w:t xml:space="preserve"> </w:t>
            </w:r>
            <w:proofErr w:type="spellStart"/>
            <w:r>
              <w:t>predpismi</w:t>
            </w:r>
            <w:proofErr w:type="spellEnd"/>
            <w:r>
              <w:t xml:space="preserve"> SR a EÚ </w:t>
            </w:r>
            <w:proofErr w:type="spellStart"/>
            <w:r>
              <w:t>môžu</w:t>
            </w:r>
            <w:proofErr w:type="spellEnd"/>
            <w:r>
              <w:t xml:space="preserve"> </w:t>
            </w:r>
            <w:proofErr w:type="spellStart"/>
            <w:r>
              <w:t>vykonávať</w:t>
            </w:r>
            <w:proofErr w:type="spellEnd"/>
            <w:r>
              <w:t xml:space="preserve"> </w:t>
            </w:r>
            <w:proofErr w:type="spellStart"/>
            <w:r>
              <w:t>voči</w:t>
            </w:r>
            <w:proofErr w:type="spellEnd"/>
            <w:r>
              <w:t xml:space="preserve"> </w:t>
            </w:r>
            <w:proofErr w:type="spellStart"/>
            <w:r>
              <w:t>dodávateľovi</w:t>
            </w:r>
            <w:proofErr w:type="spellEnd"/>
            <w:r>
              <w:t xml:space="preserve"> </w:t>
            </w:r>
            <w:proofErr w:type="spellStart"/>
            <w:r>
              <w:t>kontrolu</w:t>
            </w:r>
            <w:proofErr w:type="spellEnd"/>
            <w:r>
              <w:t xml:space="preserve">/audit </w:t>
            </w:r>
            <w:proofErr w:type="spellStart"/>
            <w:r>
              <w:t>obchodných</w:t>
            </w:r>
            <w:proofErr w:type="spellEnd"/>
            <w:r>
              <w:t xml:space="preserve"> </w:t>
            </w:r>
            <w:proofErr w:type="spellStart"/>
            <w:r>
              <w:lastRenderedPageBreak/>
              <w:t>dokumentov</w:t>
            </w:r>
            <w:proofErr w:type="spellEnd"/>
            <w:r>
              <w:t xml:space="preserve"> a </w:t>
            </w:r>
            <w:proofErr w:type="spellStart"/>
            <w:r>
              <w:t>vecnú</w:t>
            </w:r>
            <w:proofErr w:type="spellEnd"/>
            <w:r>
              <w:t xml:space="preserve"> </w:t>
            </w:r>
            <w:proofErr w:type="spellStart"/>
            <w:r>
              <w:t>kontrolu</w:t>
            </w:r>
            <w:proofErr w:type="spellEnd"/>
            <w:r>
              <w:t xml:space="preserve"> v </w:t>
            </w:r>
            <w:proofErr w:type="spellStart"/>
            <w:r>
              <w:t>súvislosti</w:t>
            </w:r>
            <w:proofErr w:type="spellEnd"/>
            <w:r>
              <w:t xml:space="preserve"> s </w:t>
            </w:r>
            <w:proofErr w:type="spellStart"/>
            <w:r>
              <w:t>realizáciou</w:t>
            </w:r>
            <w:proofErr w:type="spellEnd"/>
            <w:r>
              <w:t xml:space="preserve"> </w:t>
            </w:r>
            <w:proofErr w:type="spellStart"/>
            <w:r>
              <w:t>zákazky</w:t>
            </w:r>
            <w:proofErr w:type="spellEnd"/>
            <w:r>
              <w:t xml:space="preserve"> a </w:t>
            </w:r>
            <w:proofErr w:type="spellStart"/>
            <w:r>
              <w:t>dodávateľ</w:t>
            </w:r>
            <w:proofErr w:type="spellEnd"/>
            <w:r>
              <w:t xml:space="preserve">/ </w:t>
            </w:r>
            <w:proofErr w:type="spellStart"/>
            <w:r>
              <w:t>predávajúci</w:t>
            </w:r>
            <w:proofErr w:type="spellEnd"/>
            <w:r>
              <w:t xml:space="preserve">/ je </w:t>
            </w:r>
            <w:proofErr w:type="spellStart"/>
            <w:r>
              <w:t>povinný</w:t>
            </w:r>
            <w:proofErr w:type="spellEnd"/>
            <w:r>
              <w:t xml:space="preserve"> </w:t>
            </w:r>
            <w:proofErr w:type="spellStart"/>
            <w:r>
              <w:t>poskytnúť</w:t>
            </w:r>
            <w:proofErr w:type="spellEnd"/>
            <w:r>
              <w:t xml:space="preserve"> </w:t>
            </w:r>
            <w:proofErr w:type="spellStart"/>
            <w:r>
              <w:t>súčinnosť</w:t>
            </w:r>
            <w:proofErr w:type="spellEnd"/>
            <w:r>
              <w:t xml:space="preserve"> v </w:t>
            </w:r>
            <w:proofErr w:type="spellStart"/>
            <w:r>
              <w:t>plnej</w:t>
            </w:r>
            <w:proofErr w:type="spellEnd"/>
            <w:r>
              <w:t xml:space="preserve"> </w:t>
            </w:r>
            <w:proofErr w:type="spellStart"/>
            <w:r>
              <w:t>miere</w:t>
            </w:r>
            <w:proofErr w:type="spellEnd"/>
            <w:r>
              <w:t>.</w:t>
            </w:r>
          </w:p>
        </w:tc>
      </w:tr>
    </w:tbl>
    <w:p w14:paraId="700C97E0"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F52B914" w14:textId="77777777">
        <w:trPr>
          <w:jc w:val="center"/>
        </w:trPr>
        <w:tc>
          <w:tcPr>
            <w:tcW w:w="5159" w:type="dxa"/>
            <w:tcMar>
              <w:top w:w="70" w:type="dxa"/>
              <w:left w:w="95" w:type="dxa"/>
              <w:bottom w:w="70" w:type="dxa"/>
              <w:right w:w="95" w:type="dxa"/>
            </w:tcMar>
          </w:tcPr>
          <w:p w14:paraId="2E2B71F9" w14:textId="77777777" w:rsidR="003F413A" w:rsidRDefault="00000000">
            <w:pPr>
              <w:spacing w:after="40"/>
              <w:jc w:val="both"/>
            </w:pPr>
            <w:r>
              <w:t>15.2. All Annexes, additional agreements and/or addendums to the present Contract are valid and become an integral part of the present Contract only if they are made by way of written documents, duly signed by both Parties.</w:t>
            </w:r>
          </w:p>
        </w:tc>
        <w:tc>
          <w:tcPr>
            <w:tcW w:w="5159" w:type="dxa"/>
            <w:tcMar>
              <w:top w:w="70" w:type="dxa"/>
              <w:left w:w="95" w:type="dxa"/>
              <w:bottom w:w="70" w:type="dxa"/>
              <w:right w:w="95" w:type="dxa"/>
            </w:tcMar>
          </w:tcPr>
          <w:p w14:paraId="53C03233" w14:textId="77777777" w:rsidR="003F413A" w:rsidRDefault="00000000">
            <w:pPr>
              <w:spacing w:after="40"/>
              <w:jc w:val="both"/>
            </w:pPr>
            <w:r>
              <w:t xml:space="preserve">15.2. </w:t>
            </w:r>
            <w:proofErr w:type="spellStart"/>
            <w:r>
              <w:t>Všetky</w:t>
            </w:r>
            <w:proofErr w:type="spellEnd"/>
            <w:r>
              <w:t xml:space="preserve"> </w:t>
            </w:r>
            <w:proofErr w:type="spellStart"/>
            <w:r>
              <w:t>prílohy</w:t>
            </w:r>
            <w:proofErr w:type="spellEnd"/>
            <w:r>
              <w:t xml:space="preserve">, </w:t>
            </w:r>
            <w:proofErr w:type="spellStart"/>
            <w:r>
              <w:t>dodatočné</w:t>
            </w:r>
            <w:proofErr w:type="spellEnd"/>
            <w:r>
              <w:t xml:space="preserve"> </w:t>
            </w:r>
            <w:proofErr w:type="spellStart"/>
            <w:r>
              <w:t>dohody</w:t>
            </w:r>
            <w:proofErr w:type="spellEnd"/>
            <w:r>
              <w:t xml:space="preserve"> a/</w:t>
            </w:r>
            <w:proofErr w:type="spellStart"/>
            <w:r>
              <w:t>alebo</w:t>
            </w:r>
            <w:proofErr w:type="spellEnd"/>
            <w:r>
              <w:t xml:space="preserve"> </w:t>
            </w:r>
            <w:proofErr w:type="spellStart"/>
            <w:r>
              <w:t>dodatky</w:t>
            </w:r>
            <w:proofErr w:type="spellEnd"/>
            <w:r>
              <w:t xml:space="preserve"> k </w:t>
            </w:r>
            <w:proofErr w:type="spellStart"/>
            <w:r>
              <w:t>tejto</w:t>
            </w:r>
            <w:proofErr w:type="spellEnd"/>
            <w:r>
              <w:t xml:space="preserve"> </w:t>
            </w:r>
            <w:proofErr w:type="spellStart"/>
            <w:r>
              <w:t>zmluve</w:t>
            </w:r>
            <w:proofErr w:type="spellEnd"/>
            <w:r>
              <w:t xml:space="preserve"> </w:t>
            </w:r>
            <w:proofErr w:type="spellStart"/>
            <w:r>
              <w:t>sú</w:t>
            </w:r>
            <w:proofErr w:type="spellEnd"/>
            <w:r>
              <w:t xml:space="preserve"> </w:t>
            </w:r>
            <w:proofErr w:type="spellStart"/>
            <w:r>
              <w:t>platné</w:t>
            </w:r>
            <w:proofErr w:type="spellEnd"/>
            <w:r>
              <w:t xml:space="preserve"> a </w:t>
            </w:r>
            <w:proofErr w:type="spellStart"/>
            <w:r>
              <w:t>stávajú</w:t>
            </w:r>
            <w:proofErr w:type="spellEnd"/>
            <w:r>
              <w:t xml:space="preserve"> </w:t>
            </w:r>
            <w:proofErr w:type="spellStart"/>
            <w:r>
              <w:t>sa</w:t>
            </w:r>
            <w:proofErr w:type="spellEnd"/>
            <w:r>
              <w:t xml:space="preserve"> </w:t>
            </w:r>
            <w:proofErr w:type="spellStart"/>
            <w:r>
              <w:t>neoddeliteľnou</w:t>
            </w:r>
            <w:proofErr w:type="spellEnd"/>
            <w:r>
              <w:t xml:space="preserve"> </w:t>
            </w:r>
            <w:proofErr w:type="spellStart"/>
            <w:r>
              <w:t>súčasťou</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len</w:t>
            </w:r>
            <w:proofErr w:type="spellEnd"/>
            <w:r>
              <w:t xml:space="preserve"> </w:t>
            </w:r>
            <w:proofErr w:type="spellStart"/>
            <w:r>
              <w:t>vtedy</w:t>
            </w:r>
            <w:proofErr w:type="spellEnd"/>
            <w:r>
              <w:t xml:space="preserve">, </w:t>
            </w:r>
            <w:proofErr w:type="spellStart"/>
            <w:r>
              <w:t>ak</w:t>
            </w:r>
            <w:proofErr w:type="spellEnd"/>
            <w:r>
              <w:t xml:space="preserve"> </w:t>
            </w:r>
            <w:proofErr w:type="spellStart"/>
            <w:r>
              <w:t>sú</w:t>
            </w:r>
            <w:proofErr w:type="spellEnd"/>
            <w:r>
              <w:t xml:space="preserve"> </w:t>
            </w:r>
            <w:proofErr w:type="spellStart"/>
            <w:r>
              <w:t>vyhotovené</w:t>
            </w:r>
            <w:proofErr w:type="spellEnd"/>
            <w:r>
              <w:t xml:space="preserve"> </w:t>
            </w:r>
            <w:proofErr w:type="spellStart"/>
            <w:r>
              <w:t>formou</w:t>
            </w:r>
            <w:proofErr w:type="spellEnd"/>
            <w:r>
              <w:t xml:space="preserve"> </w:t>
            </w:r>
            <w:proofErr w:type="spellStart"/>
            <w:r>
              <w:t>písomných</w:t>
            </w:r>
            <w:proofErr w:type="spellEnd"/>
            <w:r>
              <w:t xml:space="preserve"> </w:t>
            </w:r>
            <w:proofErr w:type="spellStart"/>
            <w:r>
              <w:t>dokumentov</w:t>
            </w:r>
            <w:proofErr w:type="spellEnd"/>
            <w:r>
              <w:t xml:space="preserve">, </w:t>
            </w:r>
            <w:proofErr w:type="spellStart"/>
            <w:r>
              <w:t>riadne</w:t>
            </w:r>
            <w:proofErr w:type="spellEnd"/>
            <w:r>
              <w:t xml:space="preserve"> </w:t>
            </w:r>
            <w:proofErr w:type="spellStart"/>
            <w:r>
              <w:t>podpísaných</w:t>
            </w:r>
            <w:proofErr w:type="spellEnd"/>
            <w:r>
              <w:t xml:space="preserve"> </w:t>
            </w:r>
            <w:proofErr w:type="spellStart"/>
            <w:r>
              <w:t>oboma</w:t>
            </w:r>
            <w:proofErr w:type="spellEnd"/>
            <w:r>
              <w:t xml:space="preserve"> </w:t>
            </w:r>
            <w:proofErr w:type="spellStart"/>
            <w:r>
              <w:t>zmluvnými</w:t>
            </w:r>
            <w:proofErr w:type="spellEnd"/>
            <w:r>
              <w:t xml:space="preserve"> </w:t>
            </w:r>
            <w:proofErr w:type="spellStart"/>
            <w:r>
              <w:t>stranami</w:t>
            </w:r>
            <w:proofErr w:type="spellEnd"/>
            <w:r>
              <w:t>.</w:t>
            </w:r>
          </w:p>
        </w:tc>
      </w:tr>
    </w:tbl>
    <w:p w14:paraId="7392F2FA"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356930BA" w14:textId="77777777">
        <w:trPr>
          <w:jc w:val="center"/>
        </w:trPr>
        <w:tc>
          <w:tcPr>
            <w:tcW w:w="5159" w:type="dxa"/>
            <w:tcMar>
              <w:top w:w="70" w:type="dxa"/>
              <w:left w:w="95" w:type="dxa"/>
              <w:bottom w:w="70" w:type="dxa"/>
              <w:right w:w="95" w:type="dxa"/>
            </w:tcMar>
          </w:tcPr>
          <w:p w14:paraId="6780624B" w14:textId="77777777" w:rsidR="003F413A" w:rsidRDefault="00000000">
            <w:pPr>
              <w:spacing w:after="40"/>
              <w:jc w:val="both"/>
            </w:pPr>
            <w:r>
              <w:t xml:space="preserve">15.3. The present Contract comes into force and effect from the date of signing by the duly authorized representatives of the Parties and remains valid until the Contract Parties will fulfill all their obligations under the present Contract, including the fulfillment of financial obligations and obligations </w:t>
            </w:r>
            <w:proofErr w:type="gramStart"/>
            <w:r>
              <w:t>with regard to</w:t>
            </w:r>
            <w:proofErr w:type="gramEnd"/>
            <w:r>
              <w:t xml:space="preserve"> the payment of liquidated damages or penalties, and also guarantee obligations.</w:t>
            </w:r>
          </w:p>
        </w:tc>
        <w:tc>
          <w:tcPr>
            <w:tcW w:w="5159" w:type="dxa"/>
            <w:tcMar>
              <w:top w:w="70" w:type="dxa"/>
              <w:left w:w="95" w:type="dxa"/>
              <w:bottom w:w="70" w:type="dxa"/>
              <w:right w:w="95" w:type="dxa"/>
            </w:tcMar>
          </w:tcPr>
          <w:p w14:paraId="4347D2A7" w14:textId="77777777" w:rsidR="003F413A" w:rsidRDefault="00000000">
            <w:pPr>
              <w:spacing w:after="40"/>
              <w:jc w:val="both"/>
            </w:pPr>
            <w:r>
              <w:t xml:space="preserve">15.3. </w:t>
            </w:r>
            <w:proofErr w:type="spellStart"/>
            <w:r>
              <w:t>Táto</w:t>
            </w:r>
            <w:proofErr w:type="spellEnd"/>
            <w:r>
              <w:t xml:space="preserve"> </w:t>
            </w:r>
            <w:proofErr w:type="spellStart"/>
            <w:r>
              <w:t>zmluva</w:t>
            </w:r>
            <w:proofErr w:type="spellEnd"/>
            <w:r>
              <w:t xml:space="preserve"> </w:t>
            </w:r>
            <w:proofErr w:type="spellStart"/>
            <w:r>
              <w:t>nadobúda</w:t>
            </w:r>
            <w:proofErr w:type="spellEnd"/>
            <w:r>
              <w:t xml:space="preserve"> </w:t>
            </w:r>
            <w:proofErr w:type="spellStart"/>
            <w:r>
              <w:t>platnosť</w:t>
            </w:r>
            <w:proofErr w:type="spellEnd"/>
            <w:r>
              <w:t xml:space="preserve"> a </w:t>
            </w:r>
            <w:proofErr w:type="spellStart"/>
            <w:r>
              <w:t>účinnosť</w:t>
            </w:r>
            <w:proofErr w:type="spellEnd"/>
            <w:r>
              <w:t xml:space="preserve"> </w:t>
            </w:r>
            <w:proofErr w:type="spellStart"/>
            <w:r>
              <w:t>dňom</w:t>
            </w:r>
            <w:proofErr w:type="spellEnd"/>
            <w:r>
              <w:t xml:space="preserve"> </w:t>
            </w:r>
            <w:proofErr w:type="spellStart"/>
            <w:r>
              <w:t>podpísania</w:t>
            </w:r>
            <w:proofErr w:type="spellEnd"/>
            <w:r>
              <w:t xml:space="preserve"> </w:t>
            </w:r>
            <w:proofErr w:type="spellStart"/>
            <w:r>
              <w:t>riadne</w:t>
            </w:r>
            <w:proofErr w:type="spellEnd"/>
            <w:r>
              <w:t xml:space="preserve"> </w:t>
            </w:r>
            <w:proofErr w:type="spellStart"/>
            <w:r>
              <w:t>oprávnenými</w:t>
            </w:r>
            <w:proofErr w:type="spellEnd"/>
            <w:r>
              <w:t xml:space="preserve"> </w:t>
            </w:r>
            <w:proofErr w:type="spellStart"/>
            <w:r>
              <w:t>zástupcami</w:t>
            </w:r>
            <w:proofErr w:type="spellEnd"/>
            <w:r>
              <w:t xml:space="preserve"> </w:t>
            </w:r>
            <w:proofErr w:type="spellStart"/>
            <w:r>
              <w:t>zmluvných</w:t>
            </w:r>
            <w:proofErr w:type="spellEnd"/>
            <w:r>
              <w:t xml:space="preserve"> </w:t>
            </w:r>
            <w:proofErr w:type="spellStart"/>
            <w:r>
              <w:t>strán</w:t>
            </w:r>
            <w:proofErr w:type="spellEnd"/>
            <w:r>
              <w:t xml:space="preserve"> a </w:t>
            </w:r>
            <w:proofErr w:type="spellStart"/>
            <w:r>
              <w:t>zostáva</w:t>
            </w:r>
            <w:proofErr w:type="spellEnd"/>
            <w:r>
              <w:t xml:space="preserve"> v </w:t>
            </w:r>
            <w:proofErr w:type="spellStart"/>
            <w:r>
              <w:t>platnosti</w:t>
            </w:r>
            <w:proofErr w:type="spellEnd"/>
            <w:r>
              <w:t xml:space="preserve"> </w:t>
            </w:r>
            <w:proofErr w:type="spellStart"/>
            <w:r>
              <w:t>dovtedy</w:t>
            </w:r>
            <w:proofErr w:type="spellEnd"/>
            <w:r>
              <w:t xml:space="preserve">, </w:t>
            </w:r>
            <w:proofErr w:type="spellStart"/>
            <w:r>
              <w:t>kým</w:t>
            </w:r>
            <w:proofErr w:type="spellEnd"/>
            <w:r>
              <w:t xml:space="preserve"> </w:t>
            </w:r>
            <w:proofErr w:type="spellStart"/>
            <w:r>
              <w:t>zmluvné</w:t>
            </w:r>
            <w:proofErr w:type="spellEnd"/>
            <w:r>
              <w:t xml:space="preserve"> </w:t>
            </w:r>
            <w:proofErr w:type="spellStart"/>
            <w:r>
              <w:t>strany</w:t>
            </w:r>
            <w:proofErr w:type="spellEnd"/>
            <w:r>
              <w:t xml:space="preserve"> </w:t>
            </w:r>
            <w:proofErr w:type="spellStart"/>
            <w:r>
              <w:t>nesplnia</w:t>
            </w:r>
            <w:proofErr w:type="spellEnd"/>
            <w:r>
              <w:t xml:space="preserve"> </w:t>
            </w:r>
            <w:proofErr w:type="spellStart"/>
            <w:r>
              <w:t>všetky</w:t>
            </w:r>
            <w:proofErr w:type="spellEnd"/>
            <w:r>
              <w:t xml:space="preserve"> </w:t>
            </w:r>
            <w:proofErr w:type="spellStart"/>
            <w:r>
              <w:t>svoje</w:t>
            </w:r>
            <w:proofErr w:type="spellEnd"/>
            <w:r>
              <w:t xml:space="preserve"> </w:t>
            </w:r>
            <w:proofErr w:type="spellStart"/>
            <w:r>
              <w:t>záväzky</w:t>
            </w:r>
            <w:proofErr w:type="spellEnd"/>
            <w:r>
              <w:t xml:space="preserve"> </w:t>
            </w:r>
            <w:proofErr w:type="spellStart"/>
            <w:r>
              <w:t>podľa</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vrátane</w:t>
            </w:r>
            <w:proofErr w:type="spellEnd"/>
            <w:r>
              <w:t xml:space="preserve"> </w:t>
            </w:r>
            <w:proofErr w:type="spellStart"/>
            <w:r>
              <w:t>splnenia</w:t>
            </w:r>
            <w:proofErr w:type="spellEnd"/>
            <w:r>
              <w:t xml:space="preserve"> </w:t>
            </w:r>
            <w:proofErr w:type="spellStart"/>
            <w:r>
              <w:t>finančných</w:t>
            </w:r>
            <w:proofErr w:type="spellEnd"/>
            <w:r>
              <w:t xml:space="preserve"> </w:t>
            </w:r>
            <w:proofErr w:type="spellStart"/>
            <w:r>
              <w:t>záväzkov</w:t>
            </w:r>
            <w:proofErr w:type="spellEnd"/>
            <w:r>
              <w:t xml:space="preserve"> a </w:t>
            </w:r>
            <w:proofErr w:type="spellStart"/>
            <w:r>
              <w:t>povinností</w:t>
            </w:r>
            <w:proofErr w:type="spellEnd"/>
            <w:r>
              <w:t xml:space="preserve"> v </w:t>
            </w:r>
            <w:proofErr w:type="spellStart"/>
            <w:r>
              <w:t>súvislosti</w:t>
            </w:r>
            <w:proofErr w:type="spellEnd"/>
            <w:r>
              <w:t xml:space="preserve"> s </w:t>
            </w:r>
            <w:proofErr w:type="spellStart"/>
            <w:r>
              <w:t>úhradou</w:t>
            </w:r>
            <w:proofErr w:type="spellEnd"/>
            <w:r>
              <w:t xml:space="preserve"> </w:t>
            </w:r>
            <w:proofErr w:type="spellStart"/>
            <w:r>
              <w:t>zmluvnej</w:t>
            </w:r>
            <w:proofErr w:type="spellEnd"/>
            <w:r>
              <w:t xml:space="preserve"> </w:t>
            </w:r>
            <w:proofErr w:type="spellStart"/>
            <w:r>
              <w:t>pokuty</w:t>
            </w:r>
            <w:proofErr w:type="spellEnd"/>
            <w:r>
              <w:t xml:space="preserve"> </w:t>
            </w:r>
            <w:proofErr w:type="spellStart"/>
            <w:r>
              <w:t>alebo</w:t>
            </w:r>
            <w:proofErr w:type="spellEnd"/>
            <w:r>
              <w:t xml:space="preserve"> </w:t>
            </w:r>
            <w:proofErr w:type="spellStart"/>
            <w:r>
              <w:t>sankcií</w:t>
            </w:r>
            <w:proofErr w:type="spellEnd"/>
            <w:r>
              <w:t xml:space="preserve">, </w:t>
            </w:r>
            <w:proofErr w:type="spellStart"/>
            <w:r>
              <w:t>ako</w:t>
            </w:r>
            <w:proofErr w:type="spellEnd"/>
            <w:r>
              <w:t xml:space="preserve"> </w:t>
            </w:r>
            <w:proofErr w:type="spellStart"/>
            <w:r>
              <w:t>aj</w:t>
            </w:r>
            <w:proofErr w:type="spellEnd"/>
            <w:r>
              <w:t xml:space="preserve"> </w:t>
            </w:r>
            <w:proofErr w:type="spellStart"/>
            <w:r>
              <w:t>splnenia</w:t>
            </w:r>
            <w:proofErr w:type="spellEnd"/>
            <w:r>
              <w:t xml:space="preserve"> </w:t>
            </w:r>
            <w:proofErr w:type="spellStart"/>
            <w:r>
              <w:t>záručných</w:t>
            </w:r>
            <w:proofErr w:type="spellEnd"/>
            <w:r>
              <w:t xml:space="preserve"> </w:t>
            </w:r>
            <w:proofErr w:type="spellStart"/>
            <w:r>
              <w:t>záväzkov</w:t>
            </w:r>
            <w:proofErr w:type="spellEnd"/>
            <w:r>
              <w:t>.</w:t>
            </w:r>
          </w:p>
        </w:tc>
      </w:tr>
    </w:tbl>
    <w:p w14:paraId="1F7F242B"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2B02488" w14:textId="77777777">
        <w:trPr>
          <w:jc w:val="center"/>
        </w:trPr>
        <w:tc>
          <w:tcPr>
            <w:tcW w:w="5159" w:type="dxa"/>
            <w:tcMar>
              <w:top w:w="70" w:type="dxa"/>
              <w:left w:w="95" w:type="dxa"/>
              <w:bottom w:w="70" w:type="dxa"/>
              <w:right w:w="95" w:type="dxa"/>
            </w:tcMar>
          </w:tcPr>
          <w:p w14:paraId="6B9B3BDE" w14:textId="77777777" w:rsidR="003F413A" w:rsidRDefault="00000000">
            <w:pPr>
              <w:spacing w:after="40"/>
              <w:jc w:val="both"/>
            </w:pPr>
            <w:r>
              <w:t>15.4. The present Contract is signed in three (3) original copies in Slovak and English language, and the prevailing wording is the English language version.</w:t>
            </w:r>
          </w:p>
        </w:tc>
        <w:tc>
          <w:tcPr>
            <w:tcW w:w="5159" w:type="dxa"/>
            <w:tcMar>
              <w:top w:w="70" w:type="dxa"/>
              <w:left w:w="95" w:type="dxa"/>
              <w:bottom w:w="70" w:type="dxa"/>
              <w:right w:w="95" w:type="dxa"/>
            </w:tcMar>
          </w:tcPr>
          <w:p w14:paraId="3D54A0F8" w14:textId="77777777" w:rsidR="003F413A" w:rsidRDefault="00000000">
            <w:pPr>
              <w:spacing w:after="40"/>
              <w:jc w:val="both"/>
            </w:pPr>
            <w:r>
              <w:t xml:space="preserve">15.4. </w:t>
            </w:r>
            <w:proofErr w:type="spellStart"/>
            <w:r>
              <w:t>Táto</w:t>
            </w:r>
            <w:proofErr w:type="spellEnd"/>
            <w:r>
              <w:t xml:space="preserve"> </w:t>
            </w:r>
            <w:proofErr w:type="spellStart"/>
            <w:r>
              <w:t>zmluva</w:t>
            </w:r>
            <w:proofErr w:type="spellEnd"/>
            <w:r>
              <w:t xml:space="preserve"> je </w:t>
            </w:r>
            <w:proofErr w:type="spellStart"/>
            <w:r>
              <w:t>podpísaná</w:t>
            </w:r>
            <w:proofErr w:type="spellEnd"/>
            <w:r>
              <w:t xml:space="preserve"> v troch (3) </w:t>
            </w:r>
            <w:proofErr w:type="spellStart"/>
            <w:r>
              <w:t>rovnopisoch</w:t>
            </w:r>
            <w:proofErr w:type="spellEnd"/>
            <w:r>
              <w:t xml:space="preserve"> v </w:t>
            </w:r>
            <w:proofErr w:type="spellStart"/>
            <w:r>
              <w:t>slovenskom</w:t>
            </w:r>
            <w:proofErr w:type="spellEnd"/>
            <w:r>
              <w:t xml:space="preserve"> </w:t>
            </w:r>
            <w:proofErr w:type="gramStart"/>
            <w:r>
              <w:t>a</w:t>
            </w:r>
            <w:proofErr w:type="gramEnd"/>
            <w:r>
              <w:t xml:space="preserve"> </w:t>
            </w:r>
            <w:proofErr w:type="spellStart"/>
            <w:r>
              <w:t>anglickom</w:t>
            </w:r>
            <w:proofErr w:type="spellEnd"/>
            <w:r>
              <w:t xml:space="preserve"> </w:t>
            </w:r>
            <w:proofErr w:type="spellStart"/>
            <w:r>
              <w:t>jazyku</w:t>
            </w:r>
            <w:proofErr w:type="spellEnd"/>
            <w:r>
              <w:t xml:space="preserve">, </w:t>
            </w:r>
            <w:proofErr w:type="spellStart"/>
            <w:r>
              <w:t>pričom</w:t>
            </w:r>
            <w:proofErr w:type="spellEnd"/>
            <w:r>
              <w:t xml:space="preserve"> </w:t>
            </w:r>
            <w:proofErr w:type="spellStart"/>
            <w:r>
              <w:t>rozhodujúce</w:t>
            </w:r>
            <w:proofErr w:type="spellEnd"/>
            <w:r>
              <w:t xml:space="preserve"> </w:t>
            </w:r>
            <w:proofErr w:type="spellStart"/>
            <w:r>
              <w:t>znenie</w:t>
            </w:r>
            <w:proofErr w:type="spellEnd"/>
            <w:r>
              <w:t xml:space="preserve"> je </w:t>
            </w:r>
            <w:proofErr w:type="spellStart"/>
            <w:r>
              <w:t>anglická</w:t>
            </w:r>
            <w:proofErr w:type="spellEnd"/>
            <w:r>
              <w:t xml:space="preserve"> </w:t>
            </w:r>
            <w:proofErr w:type="spellStart"/>
            <w:r>
              <w:t>verzia</w:t>
            </w:r>
            <w:proofErr w:type="spellEnd"/>
            <w:r>
              <w:t>.</w:t>
            </w:r>
          </w:p>
        </w:tc>
      </w:tr>
    </w:tbl>
    <w:p w14:paraId="6A765876"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0F8A5C8E" w14:textId="77777777">
        <w:trPr>
          <w:jc w:val="center"/>
        </w:trPr>
        <w:tc>
          <w:tcPr>
            <w:tcW w:w="5159" w:type="dxa"/>
            <w:tcMar>
              <w:top w:w="70" w:type="dxa"/>
              <w:left w:w="95" w:type="dxa"/>
              <w:bottom w:w="70" w:type="dxa"/>
              <w:right w:w="95" w:type="dxa"/>
            </w:tcMar>
          </w:tcPr>
          <w:p w14:paraId="592C85CD" w14:textId="77777777" w:rsidR="003F413A" w:rsidRDefault="00000000">
            <w:pPr>
              <w:spacing w:after="40"/>
              <w:jc w:val="both"/>
            </w:pPr>
            <w:r>
              <w:t xml:space="preserve">15.5. The Parties have agreed that they independently and directly bear responsibility for the fulfillment of the present Contract, and that no claim, suit or any legal demand whatsoever can be made to the government of the Buyer’s country and the government of the Seller’s country or their </w:t>
            </w:r>
            <w:proofErr w:type="gramStart"/>
            <w:r>
              <w:t>particular institutions</w:t>
            </w:r>
            <w:proofErr w:type="gramEnd"/>
            <w:r>
              <w:t xml:space="preserve"> in case of non-fulfillment or improper fulfillment of the present Contract.</w:t>
            </w:r>
          </w:p>
        </w:tc>
        <w:tc>
          <w:tcPr>
            <w:tcW w:w="5159" w:type="dxa"/>
            <w:tcMar>
              <w:top w:w="70" w:type="dxa"/>
              <w:left w:w="95" w:type="dxa"/>
              <w:bottom w:w="70" w:type="dxa"/>
              <w:right w:w="95" w:type="dxa"/>
            </w:tcMar>
          </w:tcPr>
          <w:p w14:paraId="1C15E8A2" w14:textId="77777777" w:rsidR="003F413A" w:rsidRDefault="00000000">
            <w:pPr>
              <w:spacing w:after="40"/>
              <w:jc w:val="both"/>
            </w:pPr>
            <w:r>
              <w:t xml:space="preserve">15.5. </w:t>
            </w:r>
            <w:proofErr w:type="spellStart"/>
            <w:r>
              <w:t>Zmluvné</w:t>
            </w:r>
            <w:proofErr w:type="spellEnd"/>
            <w:r>
              <w:t xml:space="preserve"> </w:t>
            </w:r>
            <w:proofErr w:type="spellStart"/>
            <w:r>
              <w:t>strany</w:t>
            </w:r>
            <w:proofErr w:type="spellEnd"/>
            <w:r>
              <w:t xml:space="preserve"> </w:t>
            </w:r>
            <w:proofErr w:type="spellStart"/>
            <w:r>
              <w:t>sa</w:t>
            </w:r>
            <w:proofErr w:type="spellEnd"/>
            <w:r>
              <w:t xml:space="preserve"> </w:t>
            </w:r>
            <w:proofErr w:type="spellStart"/>
            <w:r>
              <w:t>dohodli</w:t>
            </w:r>
            <w:proofErr w:type="spellEnd"/>
            <w:r>
              <w:t xml:space="preserve">, </w:t>
            </w:r>
            <w:proofErr w:type="spellStart"/>
            <w:r>
              <w:t>že</w:t>
            </w:r>
            <w:proofErr w:type="spellEnd"/>
            <w:r>
              <w:t xml:space="preserve"> </w:t>
            </w:r>
            <w:proofErr w:type="spellStart"/>
            <w:r>
              <w:t>nezávisle</w:t>
            </w:r>
            <w:proofErr w:type="spellEnd"/>
            <w:r>
              <w:t xml:space="preserve"> a </w:t>
            </w:r>
            <w:proofErr w:type="spellStart"/>
            <w:r>
              <w:t>priamo</w:t>
            </w:r>
            <w:proofErr w:type="spellEnd"/>
            <w:r>
              <w:t xml:space="preserve"> </w:t>
            </w:r>
            <w:proofErr w:type="spellStart"/>
            <w:r>
              <w:t>nesú</w:t>
            </w:r>
            <w:proofErr w:type="spellEnd"/>
            <w:r>
              <w:t xml:space="preserve"> </w:t>
            </w:r>
            <w:proofErr w:type="spellStart"/>
            <w:r>
              <w:t>zodpovednosť</w:t>
            </w:r>
            <w:proofErr w:type="spellEnd"/>
            <w:r>
              <w:t xml:space="preserve"> za </w:t>
            </w:r>
            <w:proofErr w:type="spellStart"/>
            <w:r>
              <w:t>plnenie</w:t>
            </w:r>
            <w:proofErr w:type="spellEnd"/>
            <w:r>
              <w:t xml:space="preserve"> </w:t>
            </w:r>
            <w:proofErr w:type="spellStart"/>
            <w:r>
              <w:t>tejto</w:t>
            </w:r>
            <w:proofErr w:type="spellEnd"/>
            <w:r>
              <w:t xml:space="preserve"> </w:t>
            </w:r>
            <w:proofErr w:type="spellStart"/>
            <w:r>
              <w:t>zmluvy</w:t>
            </w:r>
            <w:proofErr w:type="spellEnd"/>
            <w:r>
              <w:t xml:space="preserve"> a </w:t>
            </w:r>
            <w:proofErr w:type="spellStart"/>
            <w:r>
              <w:t>že</w:t>
            </w:r>
            <w:proofErr w:type="spellEnd"/>
            <w:r>
              <w:t xml:space="preserve"> </w:t>
            </w:r>
            <w:proofErr w:type="spellStart"/>
            <w:r>
              <w:t>voči</w:t>
            </w:r>
            <w:proofErr w:type="spellEnd"/>
            <w:r>
              <w:t xml:space="preserve"> </w:t>
            </w:r>
            <w:proofErr w:type="spellStart"/>
            <w:r>
              <w:t>vláde</w:t>
            </w:r>
            <w:proofErr w:type="spellEnd"/>
            <w:r>
              <w:t xml:space="preserve"> </w:t>
            </w:r>
            <w:proofErr w:type="spellStart"/>
            <w:r>
              <w:t>krajiny</w:t>
            </w:r>
            <w:proofErr w:type="spellEnd"/>
            <w:r>
              <w:t xml:space="preserve"> </w:t>
            </w:r>
            <w:proofErr w:type="spellStart"/>
            <w:r>
              <w:t>kupujúceho</w:t>
            </w:r>
            <w:proofErr w:type="spellEnd"/>
            <w:r>
              <w:t xml:space="preserve"> a </w:t>
            </w:r>
            <w:proofErr w:type="spellStart"/>
            <w:r>
              <w:t>vláde</w:t>
            </w:r>
            <w:proofErr w:type="spellEnd"/>
            <w:r>
              <w:t xml:space="preserve"> </w:t>
            </w:r>
            <w:proofErr w:type="spellStart"/>
            <w:r>
              <w:t>krajiny</w:t>
            </w:r>
            <w:proofErr w:type="spellEnd"/>
            <w:r>
              <w:t xml:space="preserve"> </w:t>
            </w:r>
            <w:proofErr w:type="spellStart"/>
            <w:r>
              <w:t>predávajúceho</w:t>
            </w:r>
            <w:proofErr w:type="spellEnd"/>
            <w:r>
              <w:t xml:space="preserve"> </w:t>
            </w:r>
            <w:proofErr w:type="spellStart"/>
            <w:r>
              <w:t>alebo</w:t>
            </w:r>
            <w:proofErr w:type="spellEnd"/>
            <w:r>
              <w:t xml:space="preserve"> ich </w:t>
            </w:r>
            <w:proofErr w:type="spellStart"/>
            <w:r>
              <w:t>konkrétnym</w:t>
            </w:r>
            <w:proofErr w:type="spellEnd"/>
            <w:r>
              <w:t xml:space="preserve"> </w:t>
            </w:r>
            <w:proofErr w:type="spellStart"/>
            <w:r>
              <w:t>inštitúciám</w:t>
            </w:r>
            <w:proofErr w:type="spellEnd"/>
            <w:r>
              <w:t xml:space="preserve"> </w:t>
            </w:r>
            <w:proofErr w:type="spellStart"/>
            <w:r>
              <w:t>nemožno</w:t>
            </w:r>
            <w:proofErr w:type="spellEnd"/>
            <w:r>
              <w:t xml:space="preserve"> </w:t>
            </w:r>
            <w:proofErr w:type="spellStart"/>
            <w:r>
              <w:t>vzniesť</w:t>
            </w:r>
            <w:proofErr w:type="spellEnd"/>
            <w:r>
              <w:t xml:space="preserve"> </w:t>
            </w:r>
            <w:proofErr w:type="spellStart"/>
            <w:r>
              <w:t>žiadny</w:t>
            </w:r>
            <w:proofErr w:type="spellEnd"/>
            <w:r>
              <w:t xml:space="preserve"> </w:t>
            </w:r>
            <w:proofErr w:type="spellStart"/>
            <w:r>
              <w:t>nárok</w:t>
            </w:r>
            <w:proofErr w:type="spellEnd"/>
            <w:r>
              <w:t xml:space="preserve">, </w:t>
            </w:r>
            <w:proofErr w:type="spellStart"/>
            <w:r>
              <w:t>podať</w:t>
            </w:r>
            <w:proofErr w:type="spellEnd"/>
            <w:r>
              <w:t xml:space="preserve"> </w:t>
            </w:r>
            <w:proofErr w:type="spellStart"/>
            <w:r>
              <w:t>žalobu</w:t>
            </w:r>
            <w:proofErr w:type="spellEnd"/>
            <w:r>
              <w:t xml:space="preserve"> </w:t>
            </w:r>
            <w:proofErr w:type="spellStart"/>
            <w:r>
              <w:t>alebo</w:t>
            </w:r>
            <w:proofErr w:type="spellEnd"/>
            <w:r>
              <w:t xml:space="preserve"> </w:t>
            </w:r>
            <w:proofErr w:type="spellStart"/>
            <w:r>
              <w:t>akúkoľvek</w:t>
            </w:r>
            <w:proofErr w:type="spellEnd"/>
            <w:r>
              <w:t xml:space="preserve"> </w:t>
            </w:r>
            <w:proofErr w:type="spellStart"/>
            <w:r>
              <w:t>právnu</w:t>
            </w:r>
            <w:proofErr w:type="spellEnd"/>
            <w:r>
              <w:t xml:space="preserve"> </w:t>
            </w:r>
            <w:proofErr w:type="spellStart"/>
            <w:r>
              <w:t>požiadavku</w:t>
            </w:r>
            <w:proofErr w:type="spellEnd"/>
            <w:r>
              <w:t xml:space="preserve"> v </w:t>
            </w:r>
            <w:proofErr w:type="spellStart"/>
            <w:r>
              <w:t>prípade</w:t>
            </w:r>
            <w:proofErr w:type="spellEnd"/>
            <w:r>
              <w:t xml:space="preserve"> </w:t>
            </w:r>
            <w:proofErr w:type="spellStart"/>
            <w:r>
              <w:t>neplnenia</w:t>
            </w:r>
            <w:proofErr w:type="spellEnd"/>
            <w:r>
              <w:t xml:space="preserve"> </w:t>
            </w:r>
            <w:proofErr w:type="spellStart"/>
            <w:r>
              <w:t>alebo</w:t>
            </w:r>
            <w:proofErr w:type="spellEnd"/>
            <w:r>
              <w:t xml:space="preserve"> </w:t>
            </w:r>
            <w:proofErr w:type="spellStart"/>
            <w:r>
              <w:t>nenáležitého</w:t>
            </w:r>
            <w:proofErr w:type="spellEnd"/>
            <w:r>
              <w:t xml:space="preserve"> </w:t>
            </w:r>
            <w:proofErr w:type="spellStart"/>
            <w:r>
              <w:t>plnenia</w:t>
            </w:r>
            <w:proofErr w:type="spellEnd"/>
            <w:r>
              <w:t xml:space="preserve"> </w:t>
            </w:r>
            <w:proofErr w:type="spellStart"/>
            <w:r>
              <w:t>tejto</w:t>
            </w:r>
            <w:proofErr w:type="spellEnd"/>
            <w:r>
              <w:t xml:space="preserve"> </w:t>
            </w:r>
            <w:proofErr w:type="spellStart"/>
            <w:r>
              <w:t>zmluvy</w:t>
            </w:r>
            <w:proofErr w:type="spellEnd"/>
            <w:r>
              <w:t>.</w:t>
            </w:r>
          </w:p>
        </w:tc>
      </w:tr>
    </w:tbl>
    <w:p w14:paraId="4A0D74EC"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54AB46D" w14:textId="77777777">
        <w:trPr>
          <w:jc w:val="center"/>
        </w:trPr>
        <w:tc>
          <w:tcPr>
            <w:tcW w:w="5159" w:type="dxa"/>
            <w:tcMar>
              <w:top w:w="70" w:type="dxa"/>
              <w:left w:w="95" w:type="dxa"/>
              <w:bottom w:w="70" w:type="dxa"/>
              <w:right w:w="95" w:type="dxa"/>
            </w:tcMar>
          </w:tcPr>
          <w:p w14:paraId="014B6A90" w14:textId="77777777" w:rsidR="003F413A" w:rsidRDefault="00000000">
            <w:pPr>
              <w:spacing w:after="40"/>
              <w:jc w:val="both"/>
            </w:pPr>
            <w:r>
              <w:t>15.6. The title and ownership in the Goods (or each individual part of the Goods) pass to the Buyer upon delivery of the Goods (or each individual part of the Goods). If for a valid retention, of title it is necessary to sign further documents (like notarial deeds) the Buyer and the Seller will do all what is necessary to establish a valid retention of title as soon as possible. The connected costs are for the Buyer.</w:t>
            </w:r>
          </w:p>
        </w:tc>
        <w:tc>
          <w:tcPr>
            <w:tcW w:w="5159" w:type="dxa"/>
            <w:tcMar>
              <w:top w:w="70" w:type="dxa"/>
              <w:left w:w="95" w:type="dxa"/>
              <w:bottom w:w="70" w:type="dxa"/>
              <w:right w:w="95" w:type="dxa"/>
            </w:tcMar>
          </w:tcPr>
          <w:p w14:paraId="4543CE36" w14:textId="77777777" w:rsidR="003F413A" w:rsidRDefault="00000000">
            <w:pPr>
              <w:spacing w:after="40"/>
              <w:jc w:val="both"/>
            </w:pPr>
            <w:r>
              <w:t xml:space="preserve">15.6. </w:t>
            </w:r>
            <w:proofErr w:type="spellStart"/>
            <w:r>
              <w:t>Nárok</w:t>
            </w:r>
            <w:proofErr w:type="spellEnd"/>
            <w:r>
              <w:t xml:space="preserve"> a </w:t>
            </w:r>
            <w:proofErr w:type="spellStart"/>
            <w:r>
              <w:t>vlastnícke</w:t>
            </w:r>
            <w:proofErr w:type="spellEnd"/>
            <w:r>
              <w:t xml:space="preserve"> </w:t>
            </w:r>
            <w:proofErr w:type="spellStart"/>
            <w:r>
              <w:t>právo</w:t>
            </w:r>
            <w:proofErr w:type="spellEnd"/>
            <w:r>
              <w:t xml:space="preserve"> k </w:t>
            </w:r>
            <w:proofErr w:type="spellStart"/>
            <w:r>
              <w:t>Tovaru</w:t>
            </w:r>
            <w:proofErr w:type="spellEnd"/>
            <w:r>
              <w:t xml:space="preserve"> (</w:t>
            </w:r>
            <w:proofErr w:type="spellStart"/>
            <w:r>
              <w:t>alebo</w:t>
            </w:r>
            <w:proofErr w:type="spellEnd"/>
            <w:r>
              <w:t xml:space="preserve"> </w:t>
            </w:r>
            <w:proofErr w:type="spellStart"/>
            <w:r>
              <w:t>ku</w:t>
            </w:r>
            <w:proofErr w:type="spellEnd"/>
            <w:r>
              <w:t xml:space="preserve"> </w:t>
            </w:r>
            <w:proofErr w:type="spellStart"/>
            <w:r>
              <w:t>každej</w:t>
            </w:r>
            <w:proofErr w:type="spellEnd"/>
            <w:r>
              <w:t xml:space="preserve"> </w:t>
            </w:r>
            <w:proofErr w:type="spellStart"/>
            <w:r>
              <w:t>jednotlivej</w:t>
            </w:r>
            <w:proofErr w:type="spellEnd"/>
            <w:r>
              <w:t xml:space="preserve"> </w:t>
            </w:r>
            <w:proofErr w:type="spellStart"/>
            <w:r>
              <w:t>časti</w:t>
            </w:r>
            <w:proofErr w:type="spellEnd"/>
            <w:r>
              <w:t xml:space="preserve"> </w:t>
            </w:r>
            <w:proofErr w:type="spellStart"/>
            <w:r>
              <w:t>Tovaru</w:t>
            </w:r>
            <w:proofErr w:type="spellEnd"/>
            <w:r>
              <w:t xml:space="preserve">) </w:t>
            </w:r>
            <w:proofErr w:type="spellStart"/>
            <w:r>
              <w:t>prechádza</w:t>
            </w:r>
            <w:proofErr w:type="spellEnd"/>
            <w:r>
              <w:t xml:space="preserve"> </w:t>
            </w:r>
            <w:proofErr w:type="spellStart"/>
            <w:r>
              <w:t>na</w:t>
            </w:r>
            <w:proofErr w:type="spellEnd"/>
            <w:r>
              <w:t xml:space="preserve"> </w:t>
            </w:r>
            <w:proofErr w:type="spellStart"/>
            <w:r>
              <w:t>kupujúceho</w:t>
            </w:r>
            <w:proofErr w:type="spellEnd"/>
            <w:r>
              <w:t xml:space="preserve"> </w:t>
            </w:r>
            <w:proofErr w:type="spellStart"/>
            <w:r>
              <w:t>dodaním</w:t>
            </w:r>
            <w:proofErr w:type="spellEnd"/>
            <w:r>
              <w:t xml:space="preserve"> </w:t>
            </w:r>
            <w:proofErr w:type="spellStart"/>
            <w:r>
              <w:t>Tovaru</w:t>
            </w:r>
            <w:proofErr w:type="spellEnd"/>
            <w:r>
              <w:t xml:space="preserve"> (</w:t>
            </w:r>
            <w:proofErr w:type="spellStart"/>
            <w:r>
              <w:t>alebo</w:t>
            </w:r>
            <w:proofErr w:type="spellEnd"/>
            <w:r>
              <w:t xml:space="preserve"> </w:t>
            </w:r>
            <w:proofErr w:type="spellStart"/>
            <w:r>
              <w:t>každej</w:t>
            </w:r>
            <w:proofErr w:type="spellEnd"/>
            <w:r>
              <w:t xml:space="preserve"> </w:t>
            </w:r>
            <w:proofErr w:type="spellStart"/>
            <w:r>
              <w:t>jednotlivej</w:t>
            </w:r>
            <w:proofErr w:type="spellEnd"/>
            <w:r>
              <w:t xml:space="preserve"> </w:t>
            </w:r>
            <w:proofErr w:type="spellStart"/>
            <w:r>
              <w:t>časti</w:t>
            </w:r>
            <w:proofErr w:type="spellEnd"/>
            <w:r>
              <w:t xml:space="preserve"> </w:t>
            </w:r>
            <w:proofErr w:type="spellStart"/>
            <w:r>
              <w:t>Tovaru</w:t>
            </w:r>
            <w:proofErr w:type="spellEnd"/>
            <w:r>
              <w:t xml:space="preserve">). Ak je pre </w:t>
            </w:r>
            <w:proofErr w:type="spellStart"/>
            <w:r>
              <w:t>platnú</w:t>
            </w:r>
            <w:proofErr w:type="spellEnd"/>
            <w:r>
              <w:t xml:space="preserve"> </w:t>
            </w:r>
            <w:proofErr w:type="spellStart"/>
            <w:r>
              <w:t>výhradu</w:t>
            </w:r>
            <w:proofErr w:type="spellEnd"/>
            <w:r>
              <w:t xml:space="preserve"> </w:t>
            </w:r>
            <w:proofErr w:type="spellStart"/>
            <w:r>
              <w:t>vlastníckeho</w:t>
            </w:r>
            <w:proofErr w:type="spellEnd"/>
            <w:r>
              <w:t xml:space="preserve"> </w:t>
            </w:r>
            <w:proofErr w:type="spellStart"/>
            <w:r>
              <w:t>práva</w:t>
            </w:r>
            <w:proofErr w:type="spellEnd"/>
            <w:r>
              <w:t xml:space="preserve"> </w:t>
            </w:r>
            <w:proofErr w:type="spellStart"/>
            <w:r>
              <w:t>potrebné</w:t>
            </w:r>
            <w:proofErr w:type="spellEnd"/>
            <w:r>
              <w:t xml:space="preserve"> </w:t>
            </w:r>
            <w:proofErr w:type="spellStart"/>
            <w:r>
              <w:t>podpísať</w:t>
            </w:r>
            <w:proofErr w:type="spellEnd"/>
            <w:r>
              <w:t xml:space="preserve"> </w:t>
            </w:r>
            <w:proofErr w:type="spellStart"/>
            <w:r>
              <w:t>ďalšie</w:t>
            </w:r>
            <w:proofErr w:type="spellEnd"/>
            <w:r>
              <w:t xml:space="preserve"> </w:t>
            </w:r>
            <w:proofErr w:type="spellStart"/>
            <w:r>
              <w:t>dokumenty</w:t>
            </w:r>
            <w:proofErr w:type="spellEnd"/>
            <w:r>
              <w:t xml:space="preserve"> (</w:t>
            </w:r>
            <w:proofErr w:type="spellStart"/>
            <w:r>
              <w:t>napr</w:t>
            </w:r>
            <w:proofErr w:type="spellEnd"/>
            <w:r>
              <w:t xml:space="preserve">. </w:t>
            </w:r>
            <w:proofErr w:type="spellStart"/>
            <w:r>
              <w:t>notárske</w:t>
            </w:r>
            <w:proofErr w:type="spellEnd"/>
            <w:r>
              <w:t xml:space="preserve"> </w:t>
            </w:r>
            <w:proofErr w:type="spellStart"/>
            <w:r>
              <w:t>zápisnice</w:t>
            </w:r>
            <w:proofErr w:type="spellEnd"/>
            <w:r>
              <w:t xml:space="preserve">), </w:t>
            </w:r>
            <w:proofErr w:type="spellStart"/>
            <w:r>
              <w:t>kupujúci</w:t>
            </w:r>
            <w:proofErr w:type="spellEnd"/>
            <w:r>
              <w:t xml:space="preserve"> a </w:t>
            </w:r>
            <w:proofErr w:type="spellStart"/>
            <w:r>
              <w:t>predávajúci</w:t>
            </w:r>
            <w:proofErr w:type="spellEnd"/>
            <w:r>
              <w:t xml:space="preserve"> </w:t>
            </w:r>
            <w:proofErr w:type="spellStart"/>
            <w:r>
              <w:t>urobia</w:t>
            </w:r>
            <w:proofErr w:type="spellEnd"/>
            <w:r>
              <w:t xml:space="preserve"> </w:t>
            </w:r>
            <w:proofErr w:type="spellStart"/>
            <w:r>
              <w:t>všetko</w:t>
            </w:r>
            <w:proofErr w:type="spellEnd"/>
            <w:r>
              <w:t xml:space="preserve">, </w:t>
            </w:r>
            <w:proofErr w:type="spellStart"/>
            <w:r>
              <w:t>čo</w:t>
            </w:r>
            <w:proofErr w:type="spellEnd"/>
            <w:r>
              <w:t xml:space="preserve"> je </w:t>
            </w:r>
            <w:proofErr w:type="spellStart"/>
            <w:r>
              <w:t>potrebné</w:t>
            </w:r>
            <w:proofErr w:type="spellEnd"/>
            <w:r>
              <w:t xml:space="preserve">, aby </w:t>
            </w:r>
            <w:proofErr w:type="spellStart"/>
            <w:r>
              <w:t>platná</w:t>
            </w:r>
            <w:proofErr w:type="spellEnd"/>
            <w:r>
              <w:t xml:space="preserve"> </w:t>
            </w:r>
            <w:proofErr w:type="spellStart"/>
            <w:r>
              <w:t>výhrada</w:t>
            </w:r>
            <w:proofErr w:type="spellEnd"/>
            <w:r>
              <w:t xml:space="preserve"> </w:t>
            </w:r>
            <w:proofErr w:type="spellStart"/>
            <w:r>
              <w:t>vlastníckeho</w:t>
            </w:r>
            <w:proofErr w:type="spellEnd"/>
            <w:r>
              <w:t xml:space="preserve"> </w:t>
            </w:r>
            <w:proofErr w:type="spellStart"/>
            <w:r>
              <w:t>práva</w:t>
            </w:r>
            <w:proofErr w:type="spellEnd"/>
            <w:r>
              <w:t xml:space="preserve"> bola </w:t>
            </w:r>
            <w:proofErr w:type="spellStart"/>
            <w:r>
              <w:t>zriadená</w:t>
            </w:r>
            <w:proofErr w:type="spellEnd"/>
            <w:r>
              <w:t xml:space="preserve"> </w:t>
            </w:r>
            <w:proofErr w:type="spellStart"/>
            <w:r>
              <w:t>čo</w:t>
            </w:r>
            <w:proofErr w:type="spellEnd"/>
            <w:r>
              <w:t xml:space="preserve"> </w:t>
            </w:r>
            <w:proofErr w:type="spellStart"/>
            <w:r>
              <w:t>najskôr</w:t>
            </w:r>
            <w:proofErr w:type="spellEnd"/>
            <w:r>
              <w:t xml:space="preserve">. </w:t>
            </w:r>
            <w:proofErr w:type="spellStart"/>
            <w:r>
              <w:t>Náklady</w:t>
            </w:r>
            <w:proofErr w:type="spellEnd"/>
            <w:r>
              <w:t xml:space="preserve"> s </w:t>
            </w:r>
            <w:proofErr w:type="spellStart"/>
            <w:r>
              <w:t>tým</w:t>
            </w:r>
            <w:proofErr w:type="spellEnd"/>
            <w:r>
              <w:t xml:space="preserve"> </w:t>
            </w:r>
            <w:proofErr w:type="spellStart"/>
            <w:r>
              <w:t>spojené</w:t>
            </w:r>
            <w:proofErr w:type="spellEnd"/>
            <w:r>
              <w:t xml:space="preserve"> </w:t>
            </w:r>
            <w:proofErr w:type="spellStart"/>
            <w:r>
              <w:t>znáša</w:t>
            </w:r>
            <w:proofErr w:type="spellEnd"/>
            <w:r>
              <w:t xml:space="preserve"> </w:t>
            </w:r>
            <w:proofErr w:type="spellStart"/>
            <w:r>
              <w:t>Kupujúci</w:t>
            </w:r>
            <w:proofErr w:type="spellEnd"/>
            <w:r>
              <w:t>.</w:t>
            </w:r>
          </w:p>
        </w:tc>
      </w:tr>
    </w:tbl>
    <w:p w14:paraId="2DF8917D"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EC77784" w14:textId="77777777">
        <w:trPr>
          <w:jc w:val="center"/>
        </w:trPr>
        <w:tc>
          <w:tcPr>
            <w:tcW w:w="5159" w:type="dxa"/>
            <w:tcMar>
              <w:top w:w="70" w:type="dxa"/>
              <w:left w:w="95" w:type="dxa"/>
              <w:bottom w:w="70" w:type="dxa"/>
              <w:right w:w="95" w:type="dxa"/>
            </w:tcMar>
          </w:tcPr>
          <w:p w14:paraId="33F244B9" w14:textId="77777777" w:rsidR="003F413A" w:rsidRDefault="00000000">
            <w:pPr>
              <w:spacing w:after="40"/>
              <w:jc w:val="both"/>
            </w:pPr>
            <w:r>
              <w:t>15.7. Each Party shall keep the information about the other Party as confidential information and shall not disclose it to third parties and shall only use it for purposes for which it has been disclosed.</w:t>
            </w:r>
          </w:p>
        </w:tc>
        <w:tc>
          <w:tcPr>
            <w:tcW w:w="5159" w:type="dxa"/>
            <w:tcMar>
              <w:top w:w="70" w:type="dxa"/>
              <w:left w:w="95" w:type="dxa"/>
              <w:bottom w:w="70" w:type="dxa"/>
              <w:right w:w="95" w:type="dxa"/>
            </w:tcMar>
          </w:tcPr>
          <w:p w14:paraId="70433EA7" w14:textId="77777777" w:rsidR="003F413A" w:rsidRDefault="00000000">
            <w:pPr>
              <w:spacing w:after="40"/>
              <w:jc w:val="both"/>
            </w:pPr>
            <w:r>
              <w:t xml:space="preserve">15.7. </w:t>
            </w:r>
            <w:proofErr w:type="spellStart"/>
            <w:r>
              <w:t>Každá</w:t>
            </w:r>
            <w:proofErr w:type="spellEnd"/>
            <w:r>
              <w:t xml:space="preserve"> </w:t>
            </w:r>
            <w:proofErr w:type="spellStart"/>
            <w:r>
              <w:t>zmluvná</w:t>
            </w:r>
            <w:proofErr w:type="spellEnd"/>
            <w:r>
              <w:t xml:space="preserve"> </w:t>
            </w:r>
            <w:proofErr w:type="spellStart"/>
            <w:r>
              <w:t>strana</w:t>
            </w:r>
            <w:proofErr w:type="spellEnd"/>
            <w:r>
              <w:t xml:space="preserve"> je </w:t>
            </w:r>
            <w:proofErr w:type="spellStart"/>
            <w:r>
              <w:t>povinná</w:t>
            </w:r>
            <w:proofErr w:type="spellEnd"/>
            <w:r>
              <w:t xml:space="preserve"> </w:t>
            </w:r>
            <w:proofErr w:type="spellStart"/>
            <w:r>
              <w:t>zachovávať</w:t>
            </w:r>
            <w:proofErr w:type="spellEnd"/>
            <w:r>
              <w:t xml:space="preserve"> </w:t>
            </w:r>
            <w:proofErr w:type="spellStart"/>
            <w:r>
              <w:t>mlčanlivosť</w:t>
            </w:r>
            <w:proofErr w:type="spellEnd"/>
            <w:r>
              <w:t xml:space="preserve"> o </w:t>
            </w:r>
            <w:proofErr w:type="spellStart"/>
            <w:r>
              <w:t>dôverných</w:t>
            </w:r>
            <w:proofErr w:type="spellEnd"/>
            <w:r>
              <w:t xml:space="preserve"> </w:t>
            </w:r>
            <w:proofErr w:type="spellStart"/>
            <w:r>
              <w:t>informáciách</w:t>
            </w:r>
            <w:proofErr w:type="spellEnd"/>
            <w:r>
              <w:t xml:space="preserve"> </w:t>
            </w:r>
            <w:proofErr w:type="spellStart"/>
            <w:r>
              <w:t>druhej</w:t>
            </w:r>
            <w:proofErr w:type="spellEnd"/>
            <w:r>
              <w:t xml:space="preserve"> </w:t>
            </w:r>
            <w:proofErr w:type="spellStart"/>
            <w:r>
              <w:t>zmluvnej</w:t>
            </w:r>
            <w:proofErr w:type="spellEnd"/>
            <w:r>
              <w:t xml:space="preserve"> </w:t>
            </w:r>
            <w:proofErr w:type="spellStart"/>
            <w:r>
              <w:t>strany</w:t>
            </w:r>
            <w:proofErr w:type="spellEnd"/>
            <w:r>
              <w:t xml:space="preserve">, </w:t>
            </w:r>
            <w:proofErr w:type="spellStart"/>
            <w:r>
              <w:t>neposkytovať</w:t>
            </w:r>
            <w:proofErr w:type="spellEnd"/>
            <w:r>
              <w:t xml:space="preserve"> ich </w:t>
            </w:r>
            <w:proofErr w:type="spellStart"/>
            <w:r>
              <w:t>tretím</w:t>
            </w:r>
            <w:proofErr w:type="spellEnd"/>
            <w:r>
              <w:t xml:space="preserve"> </w:t>
            </w:r>
            <w:proofErr w:type="spellStart"/>
            <w:r>
              <w:t>osobám</w:t>
            </w:r>
            <w:proofErr w:type="spellEnd"/>
            <w:r>
              <w:t xml:space="preserve"> a </w:t>
            </w:r>
            <w:proofErr w:type="spellStart"/>
            <w:r>
              <w:t>používať</w:t>
            </w:r>
            <w:proofErr w:type="spellEnd"/>
            <w:r>
              <w:t xml:space="preserve"> ich </w:t>
            </w:r>
            <w:proofErr w:type="spellStart"/>
            <w:r>
              <w:t>len</w:t>
            </w:r>
            <w:proofErr w:type="spellEnd"/>
            <w:r>
              <w:t xml:space="preserve"> </w:t>
            </w:r>
            <w:proofErr w:type="spellStart"/>
            <w:r>
              <w:t>na</w:t>
            </w:r>
            <w:proofErr w:type="spellEnd"/>
            <w:r>
              <w:t xml:space="preserve"> </w:t>
            </w:r>
            <w:proofErr w:type="spellStart"/>
            <w:r>
              <w:t>účely</w:t>
            </w:r>
            <w:proofErr w:type="spellEnd"/>
            <w:r>
              <w:t xml:space="preserve">, </w:t>
            </w:r>
            <w:proofErr w:type="spellStart"/>
            <w:r>
              <w:t>na</w:t>
            </w:r>
            <w:proofErr w:type="spellEnd"/>
            <w:r>
              <w:t xml:space="preserve"> </w:t>
            </w:r>
            <w:proofErr w:type="spellStart"/>
            <w:r>
              <w:t>ktoré</w:t>
            </w:r>
            <w:proofErr w:type="spellEnd"/>
            <w:r>
              <w:t xml:space="preserve"> </w:t>
            </w:r>
            <w:proofErr w:type="spellStart"/>
            <w:r>
              <w:t>jej</w:t>
            </w:r>
            <w:proofErr w:type="spellEnd"/>
            <w:r>
              <w:t xml:space="preserve"> </w:t>
            </w:r>
            <w:proofErr w:type="spellStart"/>
            <w:r>
              <w:t>boli</w:t>
            </w:r>
            <w:proofErr w:type="spellEnd"/>
            <w:r>
              <w:t xml:space="preserve"> </w:t>
            </w:r>
            <w:proofErr w:type="spellStart"/>
            <w:r>
              <w:t>poskytnuté</w:t>
            </w:r>
            <w:proofErr w:type="spellEnd"/>
            <w:r>
              <w:t>.</w:t>
            </w:r>
          </w:p>
        </w:tc>
      </w:tr>
    </w:tbl>
    <w:p w14:paraId="2540DDB1"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40FD8A13" w14:textId="77777777">
        <w:trPr>
          <w:jc w:val="center"/>
        </w:trPr>
        <w:tc>
          <w:tcPr>
            <w:tcW w:w="5159" w:type="dxa"/>
            <w:tcMar>
              <w:top w:w="70" w:type="dxa"/>
              <w:left w:w="95" w:type="dxa"/>
              <w:bottom w:w="70" w:type="dxa"/>
              <w:right w:w="95" w:type="dxa"/>
            </w:tcMar>
          </w:tcPr>
          <w:p w14:paraId="4485A7DE" w14:textId="77777777" w:rsidR="003F413A" w:rsidRDefault="00000000">
            <w:pPr>
              <w:spacing w:after="40"/>
              <w:jc w:val="both"/>
            </w:pPr>
            <w:r>
              <w:t>15.8. After termination, dissolution, or nullification of this Contract for whatever reason, the individual provisions of this Contract continue to apply insofar as they have independent significance and/or insofar as required for the regulation of the consequences of the termination, dissolution, or nullification, including but not limited to the provisions concerning secrecy, liability, legal jurisdiction and applicable law.</w:t>
            </w:r>
          </w:p>
          <w:p w14:paraId="5685BDF3" w14:textId="77777777" w:rsidR="003F413A" w:rsidRDefault="00000000">
            <w:pPr>
              <w:spacing w:after="40"/>
              <w:jc w:val="both"/>
            </w:pPr>
            <w:r>
              <w:t xml:space="preserve">Should </w:t>
            </w:r>
            <w:proofErr w:type="gramStart"/>
            <w:r>
              <w:t>individual</w:t>
            </w:r>
            <w:proofErr w:type="gramEnd"/>
            <w:r>
              <w:t xml:space="preserve"> provisions of this Contract be invalid, void, or unenforceable in whole or in part, this shall not affect the remaining provisions that shall remain in force. In such cases, the parties to the Contract undertake to agree to replace the said provisions with provisions that achieve as far as possible the aim and meaning intended by the invalid, void, or unenforceable provisions.</w:t>
            </w:r>
          </w:p>
        </w:tc>
        <w:tc>
          <w:tcPr>
            <w:tcW w:w="5159" w:type="dxa"/>
            <w:tcMar>
              <w:top w:w="70" w:type="dxa"/>
              <w:left w:w="95" w:type="dxa"/>
              <w:bottom w:w="70" w:type="dxa"/>
              <w:right w:w="95" w:type="dxa"/>
            </w:tcMar>
          </w:tcPr>
          <w:p w14:paraId="63D4E5FF" w14:textId="77777777" w:rsidR="003F413A" w:rsidRDefault="00000000">
            <w:pPr>
              <w:spacing w:after="40"/>
              <w:jc w:val="both"/>
            </w:pPr>
            <w:r>
              <w:t xml:space="preserve">15.8. Po </w:t>
            </w:r>
            <w:proofErr w:type="spellStart"/>
            <w:r>
              <w:t>ukončení</w:t>
            </w:r>
            <w:proofErr w:type="spellEnd"/>
            <w:r>
              <w:t xml:space="preserve">, </w:t>
            </w:r>
            <w:proofErr w:type="spellStart"/>
            <w:r>
              <w:t>zrušení</w:t>
            </w:r>
            <w:proofErr w:type="spellEnd"/>
            <w:r>
              <w:t xml:space="preserve"> </w:t>
            </w:r>
            <w:proofErr w:type="spellStart"/>
            <w:r>
              <w:t>alebo</w:t>
            </w:r>
            <w:proofErr w:type="spellEnd"/>
            <w:r>
              <w:t xml:space="preserve"> </w:t>
            </w:r>
            <w:proofErr w:type="spellStart"/>
            <w:r>
              <w:t>anulovaní</w:t>
            </w:r>
            <w:proofErr w:type="spellEnd"/>
            <w:r>
              <w:t xml:space="preserve"> </w:t>
            </w:r>
            <w:proofErr w:type="spellStart"/>
            <w:r>
              <w:t>tejto</w:t>
            </w:r>
            <w:proofErr w:type="spellEnd"/>
            <w:r>
              <w:t xml:space="preserve"> </w:t>
            </w:r>
            <w:proofErr w:type="spellStart"/>
            <w:r>
              <w:t>zmluvy</w:t>
            </w:r>
            <w:proofErr w:type="spellEnd"/>
            <w:r>
              <w:t xml:space="preserve"> z </w:t>
            </w:r>
            <w:proofErr w:type="spellStart"/>
            <w:r>
              <w:t>akéhokoľvek</w:t>
            </w:r>
            <w:proofErr w:type="spellEnd"/>
            <w:r>
              <w:t xml:space="preserve"> </w:t>
            </w:r>
            <w:proofErr w:type="spellStart"/>
            <w:r>
              <w:t>dôvodu</w:t>
            </w:r>
            <w:proofErr w:type="spellEnd"/>
            <w:r>
              <w:t xml:space="preserve"> </w:t>
            </w:r>
            <w:proofErr w:type="spellStart"/>
            <w:r>
              <w:t>sa</w:t>
            </w:r>
            <w:proofErr w:type="spellEnd"/>
            <w:r>
              <w:t xml:space="preserve"> </w:t>
            </w:r>
            <w:proofErr w:type="spellStart"/>
            <w:r>
              <w:t>jednotlivé</w:t>
            </w:r>
            <w:proofErr w:type="spellEnd"/>
            <w:r>
              <w:t xml:space="preserve"> </w:t>
            </w:r>
            <w:proofErr w:type="spellStart"/>
            <w:r>
              <w:t>ustanovenia</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naďalej</w:t>
            </w:r>
            <w:proofErr w:type="spellEnd"/>
            <w:r>
              <w:t xml:space="preserve"> </w:t>
            </w:r>
            <w:proofErr w:type="spellStart"/>
            <w:r>
              <w:t>uplatňujú</w:t>
            </w:r>
            <w:proofErr w:type="spellEnd"/>
            <w:r>
              <w:t xml:space="preserve">, </w:t>
            </w:r>
            <w:proofErr w:type="spellStart"/>
            <w:r>
              <w:t>pokiaľ</w:t>
            </w:r>
            <w:proofErr w:type="spellEnd"/>
            <w:r>
              <w:t xml:space="preserve"> </w:t>
            </w:r>
            <w:proofErr w:type="spellStart"/>
            <w:r>
              <w:t>majú</w:t>
            </w:r>
            <w:proofErr w:type="spellEnd"/>
            <w:r>
              <w:t xml:space="preserve"> </w:t>
            </w:r>
            <w:proofErr w:type="spellStart"/>
            <w:r>
              <w:t>samostatný</w:t>
            </w:r>
            <w:proofErr w:type="spellEnd"/>
            <w:r>
              <w:t xml:space="preserve"> </w:t>
            </w:r>
            <w:proofErr w:type="spellStart"/>
            <w:r>
              <w:t>význam</w:t>
            </w:r>
            <w:proofErr w:type="spellEnd"/>
            <w:r>
              <w:t xml:space="preserve"> a/</w:t>
            </w:r>
            <w:proofErr w:type="spellStart"/>
            <w:r>
              <w:t>alebo</w:t>
            </w:r>
            <w:proofErr w:type="spellEnd"/>
            <w:r>
              <w:t xml:space="preserve"> </w:t>
            </w:r>
            <w:proofErr w:type="spellStart"/>
            <w:r>
              <w:t>pokiaľ</w:t>
            </w:r>
            <w:proofErr w:type="spellEnd"/>
            <w:r>
              <w:t xml:space="preserve"> je to </w:t>
            </w:r>
            <w:proofErr w:type="spellStart"/>
            <w:r>
              <w:t>potrebné</w:t>
            </w:r>
            <w:proofErr w:type="spellEnd"/>
            <w:r>
              <w:t xml:space="preserve"> </w:t>
            </w:r>
            <w:proofErr w:type="spellStart"/>
            <w:r>
              <w:t>na</w:t>
            </w:r>
            <w:proofErr w:type="spellEnd"/>
            <w:r>
              <w:t xml:space="preserve"> </w:t>
            </w:r>
            <w:proofErr w:type="spellStart"/>
            <w:r>
              <w:t>úpravu</w:t>
            </w:r>
            <w:proofErr w:type="spellEnd"/>
            <w:r>
              <w:t xml:space="preserve"> </w:t>
            </w:r>
            <w:proofErr w:type="spellStart"/>
            <w:r>
              <w:t>dôsledkov</w:t>
            </w:r>
            <w:proofErr w:type="spellEnd"/>
            <w:r>
              <w:t xml:space="preserve"> </w:t>
            </w:r>
            <w:proofErr w:type="spellStart"/>
            <w:r>
              <w:t>ukončenia</w:t>
            </w:r>
            <w:proofErr w:type="spellEnd"/>
            <w:r>
              <w:t xml:space="preserve">, </w:t>
            </w:r>
            <w:proofErr w:type="spellStart"/>
            <w:r>
              <w:t>zrušenia</w:t>
            </w:r>
            <w:proofErr w:type="spellEnd"/>
            <w:r>
              <w:t xml:space="preserve"> </w:t>
            </w:r>
            <w:proofErr w:type="spellStart"/>
            <w:r>
              <w:t>alebo</w:t>
            </w:r>
            <w:proofErr w:type="spellEnd"/>
            <w:r>
              <w:t xml:space="preserve"> </w:t>
            </w:r>
            <w:proofErr w:type="spellStart"/>
            <w:r>
              <w:t>anulovania</w:t>
            </w:r>
            <w:proofErr w:type="spellEnd"/>
            <w:r>
              <w:t xml:space="preserve">, </w:t>
            </w:r>
            <w:proofErr w:type="spellStart"/>
            <w:r>
              <w:t>vrátane</w:t>
            </w:r>
            <w:proofErr w:type="spellEnd"/>
            <w:r>
              <w:t xml:space="preserve">, </w:t>
            </w:r>
            <w:proofErr w:type="spellStart"/>
            <w:r>
              <w:t>okrem</w:t>
            </w:r>
            <w:proofErr w:type="spellEnd"/>
            <w:r>
              <w:t xml:space="preserve"> </w:t>
            </w:r>
            <w:proofErr w:type="spellStart"/>
            <w:r>
              <w:t>iného</w:t>
            </w:r>
            <w:proofErr w:type="spellEnd"/>
            <w:r>
              <w:t xml:space="preserve">, </w:t>
            </w:r>
            <w:proofErr w:type="spellStart"/>
            <w:r>
              <w:t>ustanovení</w:t>
            </w:r>
            <w:proofErr w:type="spellEnd"/>
            <w:r>
              <w:t xml:space="preserve"> </w:t>
            </w:r>
            <w:proofErr w:type="spellStart"/>
            <w:r>
              <w:t>týkajúcich</w:t>
            </w:r>
            <w:proofErr w:type="spellEnd"/>
            <w:r>
              <w:t xml:space="preserve"> </w:t>
            </w:r>
            <w:proofErr w:type="spellStart"/>
            <w:r>
              <w:t>sa</w:t>
            </w:r>
            <w:proofErr w:type="spellEnd"/>
            <w:r>
              <w:t xml:space="preserve"> </w:t>
            </w:r>
            <w:proofErr w:type="spellStart"/>
            <w:r>
              <w:t>utajenia</w:t>
            </w:r>
            <w:proofErr w:type="spellEnd"/>
            <w:r>
              <w:t xml:space="preserve">, </w:t>
            </w:r>
            <w:proofErr w:type="spellStart"/>
            <w:r>
              <w:t>zodpovednosti</w:t>
            </w:r>
            <w:proofErr w:type="spellEnd"/>
            <w:r>
              <w:t xml:space="preserve">, </w:t>
            </w:r>
            <w:proofErr w:type="spellStart"/>
            <w:r>
              <w:t>právnej</w:t>
            </w:r>
            <w:proofErr w:type="spellEnd"/>
            <w:r>
              <w:t xml:space="preserve"> </w:t>
            </w:r>
            <w:proofErr w:type="spellStart"/>
            <w:r>
              <w:t>jurisdikcie</w:t>
            </w:r>
            <w:proofErr w:type="spellEnd"/>
            <w:r>
              <w:t xml:space="preserve"> a </w:t>
            </w:r>
            <w:proofErr w:type="spellStart"/>
            <w:r>
              <w:t>platného</w:t>
            </w:r>
            <w:proofErr w:type="spellEnd"/>
            <w:r>
              <w:t xml:space="preserve"> </w:t>
            </w:r>
            <w:proofErr w:type="spellStart"/>
            <w:r>
              <w:t>práva</w:t>
            </w:r>
            <w:proofErr w:type="spellEnd"/>
            <w:r>
              <w:t>.</w:t>
            </w:r>
          </w:p>
          <w:p w14:paraId="798855DA" w14:textId="77777777" w:rsidR="00E141A4" w:rsidRPr="00E141A4" w:rsidRDefault="00E141A4">
            <w:pPr>
              <w:spacing w:after="40"/>
              <w:jc w:val="both"/>
              <w:rPr>
                <w:sz w:val="12"/>
                <w:szCs w:val="18"/>
              </w:rPr>
            </w:pPr>
          </w:p>
          <w:p w14:paraId="7E5293D0" w14:textId="77777777" w:rsidR="003F413A" w:rsidRDefault="00000000">
            <w:pPr>
              <w:spacing w:after="40"/>
              <w:jc w:val="both"/>
            </w:pPr>
            <w:r>
              <w:t xml:space="preserve">Ak </w:t>
            </w:r>
            <w:proofErr w:type="spellStart"/>
            <w:r>
              <w:t>sa</w:t>
            </w:r>
            <w:proofErr w:type="spellEnd"/>
            <w:r>
              <w:t xml:space="preserve"> </w:t>
            </w:r>
            <w:proofErr w:type="spellStart"/>
            <w:r>
              <w:t>jednotlivé</w:t>
            </w:r>
            <w:proofErr w:type="spellEnd"/>
            <w:r>
              <w:t xml:space="preserve"> </w:t>
            </w:r>
            <w:proofErr w:type="spellStart"/>
            <w:r>
              <w:t>ustanovenia</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stanú</w:t>
            </w:r>
            <w:proofErr w:type="spellEnd"/>
            <w:r>
              <w:t xml:space="preserve"> </w:t>
            </w:r>
            <w:proofErr w:type="spellStart"/>
            <w:r>
              <w:t>úplne</w:t>
            </w:r>
            <w:proofErr w:type="spellEnd"/>
            <w:r>
              <w:t xml:space="preserve"> </w:t>
            </w:r>
            <w:proofErr w:type="spellStart"/>
            <w:r>
              <w:t>alebo</w:t>
            </w:r>
            <w:proofErr w:type="spellEnd"/>
            <w:r>
              <w:t xml:space="preserve"> </w:t>
            </w:r>
            <w:proofErr w:type="spellStart"/>
            <w:r>
              <w:t>čiastočne</w:t>
            </w:r>
            <w:proofErr w:type="spellEnd"/>
            <w:r>
              <w:t xml:space="preserve"> </w:t>
            </w:r>
            <w:proofErr w:type="spellStart"/>
            <w:r>
              <w:t>neplatnými</w:t>
            </w:r>
            <w:proofErr w:type="spellEnd"/>
            <w:r>
              <w:t xml:space="preserve">, </w:t>
            </w:r>
            <w:proofErr w:type="spellStart"/>
            <w:r>
              <w:t>neúčinnými</w:t>
            </w:r>
            <w:proofErr w:type="spellEnd"/>
            <w:r>
              <w:t xml:space="preserve"> </w:t>
            </w:r>
            <w:proofErr w:type="spellStart"/>
            <w:r>
              <w:t>alebo</w:t>
            </w:r>
            <w:proofErr w:type="spellEnd"/>
            <w:r>
              <w:t xml:space="preserve"> </w:t>
            </w:r>
            <w:proofErr w:type="spellStart"/>
            <w:r>
              <w:t>nevykonateľnými</w:t>
            </w:r>
            <w:proofErr w:type="spellEnd"/>
            <w:r>
              <w:t xml:space="preserve">, </w:t>
            </w:r>
            <w:proofErr w:type="spellStart"/>
            <w:r>
              <w:t>nebude</w:t>
            </w:r>
            <w:proofErr w:type="spellEnd"/>
            <w:r>
              <w:t xml:space="preserve"> to </w:t>
            </w:r>
            <w:proofErr w:type="spellStart"/>
            <w:r>
              <w:t>mať</w:t>
            </w:r>
            <w:proofErr w:type="spellEnd"/>
            <w:r>
              <w:t xml:space="preserve"> </w:t>
            </w:r>
            <w:proofErr w:type="spellStart"/>
            <w:r>
              <w:t>vplyv</w:t>
            </w:r>
            <w:proofErr w:type="spellEnd"/>
            <w:r>
              <w:t xml:space="preserve"> </w:t>
            </w:r>
            <w:proofErr w:type="spellStart"/>
            <w:r>
              <w:t>na</w:t>
            </w:r>
            <w:proofErr w:type="spellEnd"/>
            <w:r>
              <w:t xml:space="preserve"> </w:t>
            </w:r>
            <w:proofErr w:type="spellStart"/>
            <w:r>
              <w:t>ostatné</w:t>
            </w:r>
            <w:proofErr w:type="spellEnd"/>
            <w:r>
              <w:t xml:space="preserve"> </w:t>
            </w:r>
            <w:proofErr w:type="spellStart"/>
            <w:r>
              <w:t>ustanovenia</w:t>
            </w:r>
            <w:proofErr w:type="spellEnd"/>
            <w:r>
              <w:t xml:space="preserve">, </w:t>
            </w:r>
            <w:proofErr w:type="spellStart"/>
            <w:r>
              <w:t>ktoré</w:t>
            </w:r>
            <w:proofErr w:type="spellEnd"/>
            <w:r>
              <w:t xml:space="preserve"> </w:t>
            </w:r>
            <w:proofErr w:type="spellStart"/>
            <w:r>
              <w:t>zostanú</w:t>
            </w:r>
            <w:proofErr w:type="spellEnd"/>
            <w:r>
              <w:t xml:space="preserve"> v </w:t>
            </w:r>
            <w:proofErr w:type="spellStart"/>
            <w:r>
              <w:t>platnosti</w:t>
            </w:r>
            <w:proofErr w:type="spellEnd"/>
            <w:r>
              <w:t xml:space="preserve">. V </w:t>
            </w:r>
            <w:proofErr w:type="spellStart"/>
            <w:r>
              <w:t>takýchto</w:t>
            </w:r>
            <w:proofErr w:type="spellEnd"/>
            <w:r>
              <w:t xml:space="preserve"> </w:t>
            </w:r>
            <w:proofErr w:type="spellStart"/>
            <w:r>
              <w:t>prípadoch</w:t>
            </w:r>
            <w:proofErr w:type="spellEnd"/>
            <w:r>
              <w:t xml:space="preserve"> </w:t>
            </w:r>
            <w:proofErr w:type="spellStart"/>
            <w:r>
              <w:t>sa</w:t>
            </w:r>
            <w:proofErr w:type="spellEnd"/>
            <w:r>
              <w:t xml:space="preserve"> </w:t>
            </w:r>
            <w:proofErr w:type="spellStart"/>
            <w:r>
              <w:t>zmluvné</w:t>
            </w:r>
            <w:proofErr w:type="spellEnd"/>
            <w:r>
              <w:t xml:space="preserve"> </w:t>
            </w:r>
            <w:proofErr w:type="spellStart"/>
            <w:r>
              <w:t>strany</w:t>
            </w:r>
            <w:proofErr w:type="spellEnd"/>
            <w:r>
              <w:t xml:space="preserve"> </w:t>
            </w:r>
            <w:proofErr w:type="spellStart"/>
            <w:r>
              <w:t>zaväzujú</w:t>
            </w:r>
            <w:proofErr w:type="spellEnd"/>
            <w:r>
              <w:t xml:space="preserve">, </w:t>
            </w:r>
            <w:proofErr w:type="spellStart"/>
            <w:r>
              <w:t>že</w:t>
            </w:r>
            <w:proofErr w:type="spellEnd"/>
            <w:r>
              <w:t xml:space="preserve"> </w:t>
            </w:r>
            <w:proofErr w:type="spellStart"/>
            <w:r>
              <w:t>sa</w:t>
            </w:r>
            <w:proofErr w:type="spellEnd"/>
            <w:r>
              <w:t xml:space="preserve"> </w:t>
            </w:r>
            <w:proofErr w:type="spellStart"/>
            <w:r>
              <w:t>dohodnú</w:t>
            </w:r>
            <w:proofErr w:type="spellEnd"/>
            <w:r>
              <w:t xml:space="preserve"> </w:t>
            </w:r>
            <w:proofErr w:type="spellStart"/>
            <w:r>
              <w:t>na</w:t>
            </w:r>
            <w:proofErr w:type="spellEnd"/>
            <w:r>
              <w:t xml:space="preserve"> </w:t>
            </w:r>
            <w:proofErr w:type="spellStart"/>
            <w:r>
              <w:t>náhrade</w:t>
            </w:r>
            <w:proofErr w:type="spellEnd"/>
            <w:r>
              <w:t xml:space="preserve"> </w:t>
            </w:r>
            <w:proofErr w:type="spellStart"/>
            <w:r>
              <w:t>uvedených</w:t>
            </w:r>
            <w:proofErr w:type="spellEnd"/>
            <w:r>
              <w:t xml:space="preserve"> </w:t>
            </w:r>
            <w:proofErr w:type="spellStart"/>
            <w:r>
              <w:t>ustanovení</w:t>
            </w:r>
            <w:proofErr w:type="spellEnd"/>
            <w:r>
              <w:t xml:space="preserve"> za </w:t>
            </w:r>
            <w:proofErr w:type="spellStart"/>
            <w:r>
              <w:t>také</w:t>
            </w:r>
            <w:proofErr w:type="spellEnd"/>
            <w:r>
              <w:t xml:space="preserve"> </w:t>
            </w:r>
            <w:proofErr w:type="spellStart"/>
            <w:r>
              <w:t>ustanovenia</w:t>
            </w:r>
            <w:proofErr w:type="spellEnd"/>
            <w:r>
              <w:t xml:space="preserve">, </w:t>
            </w:r>
            <w:proofErr w:type="spellStart"/>
            <w:r>
              <w:t>ktorých</w:t>
            </w:r>
            <w:proofErr w:type="spellEnd"/>
            <w:r>
              <w:t xml:space="preserve"> </w:t>
            </w:r>
            <w:proofErr w:type="spellStart"/>
            <w:r>
              <w:t>cieľ</w:t>
            </w:r>
            <w:proofErr w:type="spellEnd"/>
            <w:r>
              <w:t xml:space="preserve"> a </w:t>
            </w:r>
            <w:proofErr w:type="spellStart"/>
            <w:r>
              <w:t>význam</w:t>
            </w:r>
            <w:proofErr w:type="spellEnd"/>
            <w:r>
              <w:t xml:space="preserve"> </w:t>
            </w:r>
            <w:proofErr w:type="spellStart"/>
            <w:r>
              <w:t>sa</w:t>
            </w:r>
            <w:proofErr w:type="spellEnd"/>
            <w:r>
              <w:t xml:space="preserve"> </w:t>
            </w:r>
            <w:proofErr w:type="spellStart"/>
            <w:r>
              <w:t>bude</w:t>
            </w:r>
            <w:proofErr w:type="spellEnd"/>
            <w:r>
              <w:t xml:space="preserve"> v </w:t>
            </w:r>
            <w:proofErr w:type="spellStart"/>
            <w:r>
              <w:t>čo</w:t>
            </w:r>
            <w:proofErr w:type="spellEnd"/>
            <w:r>
              <w:t xml:space="preserve"> </w:t>
            </w:r>
            <w:proofErr w:type="spellStart"/>
            <w:r>
              <w:t>najväčšej</w:t>
            </w:r>
            <w:proofErr w:type="spellEnd"/>
            <w:r>
              <w:t xml:space="preserve"> </w:t>
            </w:r>
            <w:proofErr w:type="spellStart"/>
            <w:r>
              <w:t>možnej</w:t>
            </w:r>
            <w:proofErr w:type="spellEnd"/>
            <w:r>
              <w:t xml:space="preserve"> </w:t>
            </w:r>
            <w:proofErr w:type="spellStart"/>
            <w:r>
              <w:t>miere</w:t>
            </w:r>
            <w:proofErr w:type="spellEnd"/>
            <w:r>
              <w:t xml:space="preserve"> </w:t>
            </w:r>
            <w:proofErr w:type="spellStart"/>
            <w:r>
              <w:t>podobať</w:t>
            </w:r>
            <w:proofErr w:type="spellEnd"/>
            <w:r>
              <w:t xml:space="preserve"> </w:t>
            </w:r>
            <w:proofErr w:type="spellStart"/>
            <w:r>
              <w:t>cieľu</w:t>
            </w:r>
            <w:proofErr w:type="spellEnd"/>
            <w:r>
              <w:t xml:space="preserve"> a </w:t>
            </w:r>
            <w:proofErr w:type="spellStart"/>
            <w:r>
              <w:t>významu</w:t>
            </w:r>
            <w:proofErr w:type="spellEnd"/>
            <w:r>
              <w:t xml:space="preserve">, </w:t>
            </w:r>
            <w:proofErr w:type="spellStart"/>
            <w:r>
              <w:t>ktorý</w:t>
            </w:r>
            <w:proofErr w:type="spellEnd"/>
            <w:r>
              <w:t xml:space="preserve"> </w:t>
            </w:r>
            <w:proofErr w:type="spellStart"/>
            <w:r>
              <w:t>mali</w:t>
            </w:r>
            <w:proofErr w:type="spellEnd"/>
            <w:r>
              <w:t xml:space="preserve"> </w:t>
            </w:r>
            <w:proofErr w:type="spellStart"/>
            <w:r>
              <w:t>mať</w:t>
            </w:r>
            <w:proofErr w:type="spellEnd"/>
            <w:r>
              <w:t xml:space="preserve"> </w:t>
            </w:r>
            <w:proofErr w:type="spellStart"/>
            <w:r>
              <w:t>neplatné</w:t>
            </w:r>
            <w:proofErr w:type="spellEnd"/>
            <w:r>
              <w:t xml:space="preserve">, </w:t>
            </w:r>
            <w:proofErr w:type="spellStart"/>
            <w:r>
              <w:t>neúčinné</w:t>
            </w:r>
            <w:proofErr w:type="spellEnd"/>
            <w:r>
              <w:t xml:space="preserve"> </w:t>
            </w:r>
            <w:proofErr w:type="spellStart"/>
            <w:r>
              <w:t>alebo</w:t>
            </w:r>
            <w:proofErr w:type="spellEnd"/>
            <w:r>
              <w:t xml:space="preserve"> </w:t>
            </w:r>
            <w:proofErr w:type="spellStart"/>
            <w:r>
              <w:t>nevykonateľné</w:t>
            </w:r>
            <w:proofErr w:type="spellEnd"/>
            <w:r>
              <w:t xml:space="preserve"> </w:t>
            </w:r>
            <w:proofErr w:type="spellStart"/>
            <w:r>
              <w:t>ustanovenia</w:t>
            </w:r>
            <w:proofErr w:type="spellEnd"/>
            <w:r>
              <w:t>.</w:t>
            </w:r>
          </w:p>
        </w:tc>
      </w:tr>
    </w:tbl>
    <w:p w14:paraId="59A6C9F3"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250B630" w14:textId="77777777">
        <w:trPr>
          <w:jc w:val="center"/>
        </w:trPr>
        <w:tc>
          <w:tcPr>
            <w:tcW w:w="5159" w:type="dxa"/>
            <w:tcMar>
              <w:top w:w="70" w:type="dxa"/>
              <w:left w:w="95" w:type="dxa"/>
              <w:bottom w:w="70" w:type="dxa"/>
              <w:right w:w="95" w:type="dxa"/>
            </w:tcMar>
          </w:tcPr>
          <w:p w14:paraId="6E9E6151" w14:textId="77777777" w:rsidR="003F413A" w:rsidRDefault="00000000">
            <w:pPr>
              <w:spacing w:after="40"/>
              <w:jc w:val="both"/>
            </w:pPr>
            <w:r>
              <w:lastRenderedPageBreak/>
              <w:t xml:space="preserve">15.9. The contract and its Annexes contain on several </w:t>
            </w:r>
            <w:proofErr w:type="gramStart"/>
            <w:r>
              <w:t>places</w:t>
            </w:r>
            <w:proofErr w:type="gramEnd"/>
            <w:r>
              <w:t xml:space="preserve"> articles stating that Seller may have to pay liquidated damages/penalties and that Buyer may have the right to terminate the contract. It is explicitly agreed between parties that the liquidated damages/penalties and termination rights are meant to compensate Buyer for all alleged damages and other negative consequences. So, Buyer has no further claims or remedies of whatsoever nature. The total of liquidated damages/penalties in aggregate that Seller can forfeit at different title under the contract shall never exceed 7.5% of the contract price.</w:t>
            </w:r>
          </w:p>
        </w:tc>
        <w:tc>
          <w:tcPr>
            <w:tcW w:w="5159" w:type="dxa"/>
            <w:tcMar>
              <w:top w:w="70" w:type="dxa"/>
              <w:left w:w="95" w:type="dxa"/>
              <w:bottom w:w="70" w:type="dxa"/>
              <w:right w:w="95" w:type="dxa"/>
            </w:tcMar>
          </w:tcPr>
          <w:p w14:paraId="4D084BCC" w14:textId="77777777" w:rsidR="003F413A" w:rsidRDefault="00000000">
            <w:pPr>
              <w:spacing w:after="40"/>
              <w:jc w:val="both"/>
            </w:pPr>
            <w:r>
              <w:t xml:space="preserve">15.9. </w:t>
            </w:r>
            <w:proofErr w:type="spellStart"/>
            <w:r>
              <w:t>Zmluva</w:t>
            </w:r>
            <w:proofErr w:type="spellEnd"/>
            <w:r>
              <w:t xml:space="preserve"> a </w:t>
            </w:r>
            <w:proofErr w:type="spellStart"/>
            <w:r>
              <w:t>jej</w:t>
            </w:r>
            <w:proofErr w:type="spellEnd"/>
            <w:r>
              <w:t xml:space="preserve"> </w:t>
            </w:r>
            <w:proofErr w:type="spellStart"/>
            <w:r>
              <w:t>prílohy</w:t>
            </w:r>
            <w:proofErr w:type="spellEnd"/>
            <w:r>
              <w:t xml:space="preserve"> </w:t>
            </w:r>
            <w:proofErr w:type="spellStart"/>
            <w:r>
              <w:t>obsahujú</w:t>
            </w:r>
            <w:proofErr w:type="spellEnd"/>
            <w:r>
              <w:t xml:space="preserve"> </w:t>
            </w:r>
            <w:proofErr w:type="spellStart"/>
            <w:r>
              <w:t>na</w:t>
            </w:r>
            <w:proofErr w:type="spellEnd"/>
            <w:r>
              <w:t xml:space="preserve"> </w:t>
            </w:r>
            <w:proofErr w:type="spellStart"/>
            <w:r>
              <w:t>viacerých</w:t>
            </w:r>
            <w:proofErr w:type="spellEnd"/>
            <w:r>
              <w:t xml:space="preserve"> </w:t>
            </w:r>
            <w:proofErr w:type="spellStart"/>
            <w:r>
              <w:t>miestach</w:t>
            </w:r>
            <w:proofErr w:type="spellEnd"/>
            <w:r>
              <w:t xml:space="preserve"> </w:t>
            </w:r>
            <w:proofErr w:type="spellStart"/>
            <w:r>
              <w:t>články</w:t>
            </w:r>
            <w:proofErr w:type="spellEnd"/>
            <w:r>
              <w:t xml:space="preserve">, v </w:t>
            </w:r>
            <w:proofErr w:type="spellStart"/>
            <w:r>
              <w:t>ktorých</w:t>
            </w:r>
            <w:proofErr w:type="spellEnd"/>
            <w:r>
              <w:t xml:space="preserve"> </w:t>
            </w:r>
            <w:proofErr w:type="spellStart"/>
            <w:r>
              <w:t>sa</w:t>
            </w:r>
            <w:proofErr w:type="spellEnd"/>
            <w:r>
              <w:t xml:space="preserve"> </w:t>
            </w:r>
            <w:proofErr w:type="spellStart"/>
            <w:r>
              <w:t>uvádza</w:t>
            </w:r>
            <w:proofErr w:type="spellEnd"/>
            <w:r>
              <w:t xml:space="preserve">, </w:t>
            </w:r>
            <w:proofErr w:type="spellStart"/>
            <w:r>
              <w:t>že</w:t>
            </w:r>
            <w:proofErr w:type="spellEnd"/>
            <w:r>
              <w:t xml:space="preserve"> </w:t>
            </w:r>
            <w:proofErr w:type="spellStart"/>
            <w:r>
              <w:t>predávajúci</w:t>
            </w:r>
            <w:proofErr w:type="spellEnd"/>
            <w:r>
              <w:t xml:space="preserve"> </w:t>
            </w:r>
            <w:proofErr w:type="spellStart"/>
            <w:r>
              <w:t>bude</w:t>
            </w:r>
            <w:proofErr w:type="spellEnd"/>
            <w:r>
              <w:t xml:space="preserve"> </w:t>
            </w:r>
            <w:proofErr w:type="spellStart"/>
            <w:r>
              <w:t>musieť</w:t>
            </w:r>
            <w:proofErr w:type="spellEnd"/>
            <w:r>
              <w:t xml:space="preserve"> </w:t>
            </w:r>
            <w:proofErr w:type="spellStart"/>
            <w:r>
              <w:t>zaplatiť</w:t>
            </w:r>
            <w:proofErr w:type="spellEnd"/>
            <w:r>
              <w:t xml:space="preserve"> </w:t>
            </w:r>
            <w:proofErr w:type="spellStart"/>
            <w:r>
              <w:t>zmluvnú</w:t>
            </w:r>
            <w:proofErr w:type="spellEnd"/>
            <w:r>
              <w:t xml:space="preserve"> </w:t>
            </w:r>
            <w:proofErr w:type="spellStart"/>
            <w:r>
              <w:t>pokutu</w:t>
            </w:r>
            <w:proofErr w:type="spellEnd"/>
            <w:r>
              <w:t>/</w:t>
            </w:r>
            <w:proofErr w:type="spellStart"/>
            <w:r>
              <w:t>sankcie</w:t>
            </w:r>
            <w:proofErr w:type="spellEnd"/>
            <w:r>
              <w:t xml:space="preserve"> a </w:t>
            </w:r>
            <w:proofErr w:type="spellStart"/>
            <w:r>
              <w:t>že</w:t>
            </w:r>
            <w:proofErr w:type="spellEnd"/>
            <w:r>
              <w:t xml:space="preserve"> </w:t>
            </w:r>
            <w:proofErr w:type="spellStart"/>
            <w:r>
              <w:t>kupujúci</w:t>
            </w:r>
            <w:proofErr w:type="spellEnd"/>
            <w:r>
              <w:t xml:space="preserve"> </w:t>
            </w:r>
            <w:proofErr w:type="spellStart"/>
            <w:r>
              <w:t>má</w:t>
            </w:r>
            <w:proofErr w:type="spellEnd"/>
            <w:r>
              <w:t xml:space="preserve"> </w:t>
            </w:r>
            <w:proofErr w:type="spellStart"/>
            <w:r>
              <w:t>právo</w:t>
            </w:r>
            <w:proofErr w:type="spellEnd"/>
            <w:r>
              <w:t xml:space="preserve"> </w:t>
            </w:r>
            <w:proofErr w:type="spellStart"/>
            <w:r>
              <w:t>zmluvu</w:t>
            </w:r>
            <w:proofErr w:type="spellEnd"/>
            <w:r>
              <w:t xml:space="preserve"> </w:t>
            </w:r>
            <w:proofErr w:type="spellStart"/>
            <w:r>
              <w:t>vypovedať</w:t>
            </w:r>
            <w:proofErr w:type="spellEnd"/>
            <w:r>
              <w:t xml:space="preserve">. </w:t>
            </w:r>
            <w:proofErr w:type="spellStart"/>
            <w:r>
              <w:t>Medzi</w:t>
            </w:r>
            <w:proofErr w:type="spellEnd"/>
            <w:r>
              <w:t xml:space="preserve"> </w:t>
            </w:r>
            <w:proofErr w:type="spellStart"/>
            <w:r>
              <w:t>zmluvnými</w:t>
            </w:r>
            <w:proofErr w:type="spellEnd"/>
            <w:r>
              <w:t xml:space="preserve"> </w:t>
            </w:r>
            <w:proofErr w:type="spellStart"/>
            <w:r>
              <w:t>stranami</w:t>
            </w:r>
            <w:proofErr w:type="spellEnd"/>
            <w:r>
              <w:t xml:space="preserve"> je </w:t>
            </w:r>
            <w:proofErr w:type="spellStart"/>
            <w:r>
              <w:t>výslovne</w:t>
            </w:r>
            <w:proofErr w:type="spellEnd"/>
            <w:r>
              <w:t xml:space="preserve"> </w:t>
            </w:r>
            <w:proofErr w:type="spellStart"/>
            <w:r>
              <w:t>dohodnuté</w:t>
            </w:r>
            <w:proofErr w:type="spellEnd"/>
            <w:r>
              <w:t xml:space="preserve">, </w:t>
            </w:r>
            <w:proofErr w:type="spellStart"/>
            <w:r>
              <w:t>že</w:t>
            </w:r>
            <w:proofErr w:type="spellEnd"/>
            <w:r>
              <w:t xml:space="preserve"> </w:t>
            </w:r>
            <w:proofErr w:type="spellStart"/>
            <w:r>
              <w:t>zmluvná</w:t>
            </w:r>
            <w:proofErr w:type="spellEnd"/>
            <w:r>
              <w:t xml:space="preserve"> </w:t>
            </w:r>
            <w:proofErr w:type="spellStart"/>
            <w:r>
              <w:t>pokuta</w:t>
            </w:r>
            <w:proofErr w:type="spellEnd"/>
            <w:r>
              <w:t>/</w:t>
            </w:r>
            <w:proofErr w:type="spellStart"/>
            <w:r>
              <w:t>sankcie</w:t>
            </w:r>
            <w:proofErr w:type="spellEnd"/>
            <w:r>
              <w:t xml:space="preserve"> a </w:t>
            </w:r>
            <w:proofErr w:type="spellStart"/>
            <w:r>
              <w:t>práva</w:t>
            </w:r>
            <w:proofErr w:type="spellEnd"/>
            <w:r>
              <w:t xml:space="preserve"> </w:t>
            </w:r>
            <w:proofErr w:type="spellStart"/>
            <w:r>
              <w:t>na</w:t>
            </w:r>
            <w:proofErr w:type="spellEnd"/>
            <w:r>
              <w:t xml:space="preserve"> </w:t>
            </w:r>
            <w:proofErr w:type="spellStart"/>
            <w:r>
              <w:t>vypovedanie</w:t>
            </w:r>
            <w:proofErr w:type="spellEnd"/>
            <w:r>
              <w:t xml:space="preserve"> </w:t>
            </w:r>
            <w:proofErr w:type="spellStart"/>
            <w:r>
              <w:t>zmluvy</w:t>
            </w:r>
            <w:proofErr w:type="spellEnd"/>
            <w:r>
              <w:t xml:space="preserve"> </w:t>
            </w:r>
            <w:proofErr w:type="spellStart"/>
            <w:r>
              <w:t>sú</w:t>
            </w:r>
            <w:proofErr w:type="spellEnd"/>
            <w:r>
              <w:t xml:space="preserve"> </w:t>
            </w:r>
            <w:proofErr w:type="spellStart"/>
            <w:r>
              <w:t>určené</w:t>
            </w:r>
            <w:proofErr w:type="spellEnd"/>
            <w:r>
              <w:t xml:space="preserve"> </w:t>
            </w:r>
            <w:proofErr w:type="spellStart"/>
            <w:r>
              <w:t>na</w:t>
            </w:r>
            <w:proofErr w:type="spellEnd"/>
            <w:r>
              <w:t xml:space="preserve"> </w:t>
            </w:r>
            <w:proofErr w:type="spellStart"/>
            <w:r>
              <w:t>kompenzáciu</w:t>
            </w:r>
            <w:proofErr w:type="spellEnd"/>
            <w:r>
              <w:t xml:space="preserve"> </w:t>
            </w:r>
            <w:proofErr w:type="spellStart"/>
            <w:r>
              <w:t>všetkých</w:t>
            </w:r>
            <w:proofErr w:type="spellEnd"/>
            <w:r>
              <w:t xml:space="preserve"> </w:t>
            </w:r>
            <w:proofErr w:type="spellStart"/>
            <w:r>
              <w:t>údajných</w:t>
            </w:r>
            <w:proofErr w:type="spellEnd"/>
            <w:r>
              <w:t xml:space="preserve"> </w:t>
            </w:r>
            <w:proofErr w:type="spellStart"/>
            <w:r>
              <w:t>škôd</w:t>
            </w:r>
            <w:proofErr w:type="spellEnd"/>
            <w:r>
              <w:t xml:space="preserve"> </w:t>
            </w:r>
            <w:proofErr w:type="gramStart"/>
            <w:r>
              <w:t>a</w:t>
            </w:r>
            <w:proofErr w:type="gramEnd"/>
            <w:r>
              <w:t xml:space="preserve"> </w:t>
            </w:r>
            <w:proofErr w:type="spellStart"/>
            <w:r>
              <w:t>iných</w:t>
            </w:r>
            <w:proofErr w:type="spellEnd"/>
            <w:r>
              <w:t xml:space="preserve"> </w:t>
            </w:r>
            <w:proofErr w:type="spellStart"/>
            <w:r>
              <w:t>negatívnych</w:t>
            </w:r>
            <w:proofErr w:type="spellEnd"/>
            <w:r>
              <w:t xml:space="preserve"> </w:t>
            </w:r>
            <w:proofErr w:type="spellStart"/>
            <w:r>
              <w:t>dôsledkov</w:t>
            </w:r>
            <w:proofErr w:type="spellEnd"/>
            <w:r>
              <w:t xml:space="preserve"> </w:t>
            </w:r>
            <w:proofErr w:type="spellStart"/>
            <w:r>
              <w:t>vzniknutých</w:t>
            </w:r>
            <w:proofErr w:type="spellEnd"/>
            <w:r>
              <w:t xml:space="preserve"> </w:t>
            </w:r>
            <w:proofErr w:type="spellStart"/>
            <w:r>
              <w:t>kupujúcemu</w:t>
            </w:r>
            <w:proofErr w:type="spellEnd"/>
            <w:r>
              <w:t xml:space="preserve">. </w:t>
            </w:r>
            <w:proofErr w:type="spellStart"/>
            <w:r>
              <w:t>Kupujúci</w:t>
            </w:r>
            <w:proofErr w:type="spellEnd"/>
            <w:r>
              <w:t xml:space="preserve"> </w:t>
            </w:r>
            <w:proofErr w:type="spellStart"/>
            <w:r>
              <w:t>teda</w:t>
            </w:r>
            <w:proofErr w:type="spellEnd"/>
            <w:r>
              <w:t xml:space="preserve"> </w:t>
            </w:r>
            <w:proofErr w:type="spellStart"/>
            <w:r>
              <w:t>nemá</w:t>
            </w:r>
            <w:proofErr w:type="spellEnd"/>
            <w:r>
              <w:t xml:space="preserve"> </w:t>
            </w:r>
            <w:proofErr w:type="spellStart"/>
            <w:r>
              <w:t>žiadne</w:t>
            </w:r>
            <w:proofErr w:type="spellEnd"/>
            <w:r>
              <w:t xml:space="preserve"> </w:t>
            </w:r>
            <w:proofErr w:type="spellStart"/>
            <w:r>
              <w:t>ďalšie</w:t>
            </w:r>
            <w:proofErr w:type="spellEnd"/>
            <w:r>
              <w:t xml:space="preserve"> </w:t>
            </w:r>
            <w:proofErr w:type="spellStart"/>
            <w:r>
              <w:t>nároky</w:t>
            </w:r>
            <w:proofErr w:type="spellEnd"/>
            <w:r>
              <w:t xml:space="preserve"> ani </w:t>
            </w:r>
            <w:proofErr w:type="spellStart"/>
            <w:r>
              <w:t>prostriedky</w:t>
            </w:r>
            <w:proofErr w:type="spellEnd"/>
            <w:r>
              <w:t xml:space="preserve"> </w:t>
            </w:r>
            <w:proofErr w:type="spellStart"/>
            <w:r>
              <w:t>nápravy</w:t>
            </w:r>
            <w:proofErr w:type="spellEnd"/>
            <w:r>
              <w:t xml:space="preserve"> </w:t>
            </w:r>
            <w:proofErr w:type="spellStart"/>
            <w:r>
              <w:t>akéhokoľvek</w:t>
            </w:r>
            <w:proofErr w:type="spellEnd"/>
            <w:r>
              <w:t xml:space="preserve"> </w:t>
            </w:r>
            <w:proofErr w:type="spellStart"/>
            <w:r>
              <w:t>charakteru</w:t>
            </w:r>
            <w:proofErr w:type="spellEnd"/>
            <w:r>
              <w:t xml:space="preserve">. </w:t>
            </w:r>
            <w:proofErr w:type="spellStart"/>
            <w:r>
              <w:t>Celková</w:t>
            </w:r>
            <w:proofErr w:type="spellEnd"/>
            <w:r>
              <w:t xml:space="preserve"> </w:t>
            </w:r>
            <w:proofErr w:type="spellStart"/>
            <w:r>
              <w:t>výška</w:t>
            </w:r>
            <w:proofErr w:type="spellEnd"/>
            <w:r>
              <w:t xml:space="preserve"> </w:t>
            </w:r>
            <w:proofErr w:type="spellStart"/>
            <w:r>
              <w:t>zmluvnej</w:t>
            </w:r>
            <w:proofErr w:type="spellEnd"/>
            <w:r>
              <w:t xml:space="preserve"> </w:t>
            </w:r>
            <w:proofErr w:type="spellStart"/>
            <w:r>
              <w:t>pokuty</w:t>
            </w:r>
            <w:proofErr w:type="spellEnd"/>
            <w:r>
              <w:t>/</w:t>
            </w:r>
            <w:proofErr w:type="spellStart"/>
            <w:r>
              <w:t>sankcií</w:t>
            </w:r>
            <w:proofErr w:type="spellEnd"/>
            <w:r>
              <w:t xml:space="preserve">, </w:t>
            </w:r>
            <w:proofErr w:type="spellStart"/>
            <w:r>
              <w:t>ktoré</w:t>
            </w:r>
            <w:proofErr w:type="spellEnd"/>
            <w:r>
              <w:t xml:space="preserve"> </w:t>
            </w:r>
            <w:proofErr w:type="spellStart"/>
            <w:r>
              <w:t>môže</w:t>
            </w:r>
            <w:proofErr w:type="spellEnd"/>
            <w:r>
              <w:t xml:space="preserve"> </w:t>
            </w:r>
            <w:proofErr w:type="spellStart"/>
            <w:r>
              <w:t>predávajúci</w:t>
            </w:r>
            <w:proofErr w:type="spellEnd"/>
            <w:r>
              <w:t xml:space="preserve"> </w:t>
            </w:r>
            <w:proofErr w:type="spellStart"/>
            <w:r>
              <w:t>požadovať</w:t>
            </w:r>
            <w:proofErr w:type="spellEnd"/>
            <w:r>
              <w:t xml:space="preserve"> z </w:t>
            </w:r>
            <w:proofErr w:type="spellStart"/>
            <w:r>
              <w:t>rožného</w:t>
            </w:r>
            <w:proofErr w:type="spellEnd"/>
            <w:r>
              <w:t xml:space="preserve"> </w:t>
            </w:r>
            <w:proofErr w:type="spellStart"/>
            <w:r>
              <w:t>titulu</w:t>
            </w:r>
            <w:proofErr w:type="spellEnd"/>
            <w:r>
              <w:t xml:space="preserve"> </w:t>
            </w:r>
            <w:proofErr w:type="spellStart"/>
            <w:r>
              <w:t>podľa</w:t>
            </w:r>
            <w:proofErr w:type="spellEnd"/>
            <w:r>
              <w:t xml:space="preserve"> </w:t>
            </w:r>
            <w:proofErr w:type="spellStart"/>
            <w:r>
              <w:t>zmluvy</w:t>
            </w:r>
            <w:proofErr w:type="spellEnd"/>
            <w:r>
              <w:t xml:space="preserve">, </w:t>
            </w:r>
            <w:proofErr w:type="spellStart"/>
            <w:r>
              <w:t>nikdy</w:t>
            </w:r>
            <w:proofErr w:type="spellEnd"/>
            <w:r>
              <w:t xml:space="preserve"> </w:t>
            </w:r>
            <w:proofErr w:type="spellStart"/>
            <w:r>
              <w:t>nepresiahne</w:t>
            </w:r>
            <w:proofErr w:type="spellEnd"/>
            <w:r>
              <w:t xml:space="preserve"> 7,5% </w:t>
            </w:r>
            <w:proofErr w:type="spellStart"/>
            <w:r>
              <w:t>zmluvnej</w:t>
            </w:r>
            <w:proofErr w:type="spellEnd"/>
            <w:r>
              <w:t xml:space="preserve"> </w:t>
            </w:r>
            <w:proofErr w:type="spellStart"/>
            <w:r>
              <w:t>ceny</w:t>
            </w:r>
            <w:proofErr w:type="spellEnd"/>
            <w:r>
              <w:t>.</w:t>
            </w:r>
          </w:p>
        </w:tc>
      </w:tr>
    </w:tbl>
    <w:p w14:paraId="7D6A2A8C"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2580A581" w14:textId="77777777">
        <w:trPr>
          <w:jc w:val="center"/>
        </w:trPr>
        <w:tc>
          <w:tcPr>
            <w:tcW w:w="5159" w:type="dxa"/>
            <w:tcMar>
              <w:top w:w="70" w:type="dxa"/>
              <w:left w:w="95" w:type="dxa"/>
              <w:bottom w:w="70" w:type="dxa"/>
              <w:right w:w="95" w:type="dxa"/>
            </w:tcMar>
          </w:tcPr>
          <w:p w14:paraId="6CEF3844" w14:textId="77777777" w:rsidR="003F413A" w:rsidRDefault="00000000">
            <w:pPr>
              <w:spacing w:after="40"/>
              <w:jc w:val="both"/>
            </w:pPr>
            <w:r>
              <w:t>15.10. The Parties have agreed that as an integral part of the Contract are the following annexes:</w:t>
            </w:r>
          </w:p>
          <w:p w14:paraId="304E68D6" w14:textId="77777777" w:rsidR="003F413A" w:rsidRDefault="00000000">
            <w:pPr>
              <w:spacing w:after="40"/>
              <w:jc w:val="both"/>
            </w:pPr>
            <w:r>
              <w:t>Annex no. 1: Specification of the Goods</w:t>
            </w:r>
          </w:p>
          <w:p w14:paraId="4B18B561" w14:textId="77777777" w:rsidR="003F413A" w:rsidRDefault="00000000">
            <w:pPr>
              <w:spacing w:after="40"/>
              <w:jc w:val="both"/>
            </w:pPr>
            <w:r>
              <w:t>Annex no. 2: List of Subcontractors</w:t>
            </w:r>
          </w:p>
          <w:p w14:paraId="0DF329B3" w14:textId="77777777" w:rsidR="003F413A" w:rsidRDefault="00000000">
            <w:pPr>
              <w:spacing w:after="40"/>
              <w:jc w:val="both"/>
            </w:pPr>
            <w:r>
              <w:t>In the event of a conflict between this Contract and any of the Annexes above-mentioned, the terms of this Contract shall prevail, unless the relevant Annex expressly references the specific provisions in this Contract to be modified by the same.</w:t>
            </w:r>
          </w:p>
        </w:tc>
        <w:tc>
          <w:tcPr>
            <w:tcW w:w="5159" w:type="dxa"/>
            <w:tcMar>
              <w:top w:w="70" w:type="dxa"/>
              <w:left w:w="95" w:type="dxa"/>
              <w:bottom w:w="70" w:type="dxa"/>
              <w:right w:w="95" w:type="dxa"/>
            </w:tcMar>
          </w:tcPr>
          <w:p w14:paraId="44937B3D" w14:textId="77777777" w:rsidR="003F413A" w:rsidRDefault="00000000">
            <w:pPr>
              <w:spacing w:after="40"/>
              <w:jc w:val="both"/>
            </w:pPr>
            <w:r>
              <w:t xml:space="preserve">15.10. </w:t>
            </w:r>
            <w:proofErr w:type="spellStart"/>
            <w:r>
              <w:t>Zmluvné</w:t>
            </w:r>
            <w:proofErr w:type="spellEnd"/>
            <w:r>
              <w:t xml:space="preserve"> </w:t>
            </w:r>
            <w:proofErr w:type="spellStart"/>
            <w:r>
              <w:t>strany</w:t>
            </w:r>
            <w:proofErr w:type="spellEnd"/>
            <w:r>
              <w:t xml:space="preserve"> </w:t>
            </w:r>
            <w:proofErr w:type="spellStart"/>
            <w:r>
              <w:t>sa</w:t>
            </w:r>
            <w:proofErr w:type="spellEnd"/>
            <w:r>
              <w:t xml:space="preserve"> </w:t>
            </w:r>
            <w:proofErr w:type="spellStart"/>
            <w:r>
              <w:t>dohodli</w:t>
            </w:r>
            <w:proofErr w:type="spellEnd"/>
            <w:r>
              <w:t xml:space="preserve">, </w:t>
            </w:r>
            <w:proofErr w:type="spellStart"/>
            <w:r>
              <w:t>že</w:t>
            </w:r>
            <w:proofErr w:type="spellEnd"/>
            <w:r>
              <w:t xml:space="preserve"> </w:t>
            </w:r>
            <w:proofErr w:type="spellStart"/>
            <w:r>
              <w:t>neoddeliteľnou</w:t>
            </w:r>
            <w:proofErr w:type="spellEnd"/>
            <w:r>
              <w:t xml:space="preserve"> </w:t>
            </w:r>
            <w:proofErr w:type="spellStart"/>
            <w:r>
              <w:t>súčasťou</w:t>
            </w:r>
            <w:proofErr w:type="spellEnd"/>
            <w:r>
              <w:t xml:space="preserve"> </w:t>
            </w:r>
            <w:proofErr w:type="spellStart"/>
            <w:r>
              <w:t>zmluvy</w:t>
            </w:r>
            <w:proofErr w:type="spellEnd"/>
            <w:r>
              <w:t xml:space="preserve"> </w:t>
            </w:r>
            <w:proofErr w:type="spellStart"/>
            <w:r>
              <w:t>sú</w:t>
            </w:r>
            <w:proofErr w:type="spellEnd"/>
            <w:r>
              <w:t xml:space="preserve"> </w:t>
            </w:r>
            <w:proofErr w:type="spellStart"/>
            <w:r>
              <w:t>nasledovné</w:t>
            </w:r>
            <w:proofErr w:type="spellEnd"/>
            <w:r>
              <w:t xml:space="preserve"> </w:t>
            </w:r>
            <w:proofErr w:type="spellStart"/>
            <w:r>
              <w:t>prílohy</w:t>
            </w:r>
            <w:proofErr w:type="spellEnd"/>
            <w:r>
              <w:t>:</w:t>
            </w:r>
          </w:p>
          <w:p w14:paraId="68EBAA60" w14:textId="77777777" w:rsidR="003F413A" w:rsidRDefault="00000000">
            <w:pPr>
              <w:spacing w:after="40"/>
              <w:jc w:val="both"/>
            </w:pPr>
            <w:proofErr w:type="spellStart"/>
            <w:r>
              <w:t>Príloha</w:t>
            </w:r>
            <w:proofErr w:type="spellEnd"/>
            <w:r>
              <w:t xml:space="preserve"> č. 1: </w:t>
            </w:r>
            <w:proofErr w:type="spellStart"/>
            <w:r>
              <w:t>Špecifikácia</w:t>
            </w:r>
            <w:proofErr w:type="spellEnd"/>
            <w:r>
              <w:t xml:space="preserve"> </w:t>
            </w:r>
            <w:proofErr w:type="spellStart"/>
            <w:r>
              <w:t>Tovaru</w:t>
            </w:r>
            <w:proofErr w:type="spellEnd"/>
          </w:p>
          <w:p w14:paraId="33F40F33" w14:textId="77777777" w:rsidR="003F413A" w:rsidRDefault="00000000">
            <w:pPr>
              <w:spacing w:after="40"/>
              <w:jc w:val="both"/>
            </w:pPr>
            <w:proofErr w:type="spellStart"/>
            <w:r>
              <w:t>Príloha</w:t>
            </w:r>
            <w:proofErr w:type="spellEnd"/>
            <w:r>
              <w:t xml:space="preserve"> č. 2: </w:t>
            </w:r>
            <w:proofErr w:type="spellStart"/>
            <w:r>
              <w:t>Zoznam</w:t>
            </w:r>
            <w:proofErr w:type="spellEnd"/>
            <w:r>
              <w:t xml:space="preserve"> </w:t>
            </w:r>
            <w:proofErr w:type="spellStart"/>
            <w:r>
              <w:t>subdodávateľov</w:t>
            </w:r>
            <w:proofErr w:type="spellEnd"/>
          </w:p>
          <w:p w14:paraId="34F7E7B4" w14:textId="77777777" w:rsidR="003F413A" w:rsidRDefault="00000000">
            <w:pPr>
              <w:spacing w:after="40"/>
              <w:jc w:val="both"/>
            </w:pPr>
            <w:r>
              <w:t xml:space="preserve">V </w:t>
            </w:r>
            <w:proofErr w:type="spellStart"/>
            <w:r>
              <w:t>prípade</w:t>
            </w:r>
            <w:proofErr w:type="spellEnd"/>
            <w:r>
              <w:t xml:space="preserve"> </w:t>
            </w:r>
            <w:proofErr w:type="spellStart"/>
            <w:r>
              <w:t>rozporu</w:t>
            </w:r>
            <w:proofErr w:type="spellEnd"/>
            <w:r>
              <w:t xml:space="preserve"> </w:t>
            </w:r>
            <w:proofErr w:type="spellStart"/>
            <w:r>
              <w:t>medzi</w:t>
            </w:r>
            <w:proofErr w:type="spellEnd"/>
            <w:r>
              <w:t xml:space="preserve"> </w:t>
            </w:r>
            <w:proofErr w:type="spellStart"/>
            <w:r>
              <w:t>touto</w:t>
            </w:r>
            <w:proofErr w:type="spellEnd"/>
            <w:r>
              <w:t xml:space="preserve"> </w:t>
            </w:r>
            <w:proofErr w:type="spellStart"/>
            <w:r>
              <w:t>zmluvou</w:t>
            </w:r>
            <w:proofErr w:type="spellEnd"/>
            <w:r>
              <w:t xml:space="preserve"> a </w:t>
            </w:r>
            <w:proofErr w:type="spellStart"/>
            <w:r>
              <w:t>ktoroukoľvek</w:t>
            </w:r>
            <w:proofErr w:type="spellEnd"/>
            <w:r>
              <w:t xml:space="preserve"> z </w:t>
            </w:r>
            <w:proofErr w:type="spellStart"/>
            <w:r>
              <w:t>vyššie</w:t>
            </w:r>
            <w:proofErr w:type="spellEnd"/>
            <w:r>
              <w:t xml:space="preserve"> </w:t>
            </w:r>
            <w:proofErr w:type="spellStart"/>
            <w:r>
              <w:t>uvedených</w:t>
            </w:r>
            <w:proofErr w:type="spellEnd"/>
            <w:r>
              <w:t xml:space="preserve"> </w:t>
            </w:r>
            <w:proofErr w:type="spellStart"/>
            <w:r>
              <w:t>príloh</w:t>
            </w:r>
            <w:proofErr w:type="spellEnd"/>
            <w:r>
              <w:t xml:space="preserve"> </w:t>
            </w:r>
            <w:proofErr w:type="spellStart"/>
            <w:r>
              <w:t>majú</w:t>
            </w:r>
            <w:proofErr w:type="spellEnd"/>
            <w:r>
              <w:t xml:space="preserve"> </w:t>
            </w:r>
            <w:proofErr w:type="spellStart"/>
            <w:r>
              <w:t>prednosť</w:t>
            </w:r>
            <w:proofErr w:type="spellEnd"/>
            <w:r>
              <w:t xml:space="preserve"> </w:t>
            </w:r>
            <w:proofErr w:type="spellStart"/>
            <w:r>
              <w:t>podmienky</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pokiaľ</w:t>
            </w:r>
            <w:proofErr w:type="spellEnd"/>
            <w:r>
              <w:t xml:space="preserve"> </w:t>
            </w:r>
            <w:proofErr w:type="spellStart"/>
            <w:r>
              <w:t>príslušná</w:t>
            </w:r>
            <w:proofErr w:type="spellEnd"/>
            <w:r>
              <w:t xml:space="preserve"> </w:t>
            </w:r>
            <w:proofErr w:type="spellStart"/>
            <w:r>
              <w:t>príloha</w:t>
            </w:r>
            <w:proofErr w:type="spellEnd"/>
            <w:r>
              <w:t xml:space="preserve"> </w:t>
            </w:r>
            <w:proofErr w:type="spellStart"/>
            <w:r>
              <w:t>výslovne</w:t>
            </w:r>
            <w:proofErr w:type="spellEnd"/>
            <w:r>
              <w:t xml:space="preserve"> </w:t>
            </w:r>
            <w:proofErr w:type="spellStart"/>
            <w:r>
              <w:t>neodkazuje</w:t>
            </w:r>
            <w:proofErr w:type="spellEnd"/>
            <w:r>
              <w:t xml:space="preserve"> </w:t>
            </w:r>
            <w:proofErr w:type="spellStart"/>
            <w:r>
              <w:t>na</w:t>
            </w:r>
            <w:proofErr w:type="spellEnd"/>
            <w:r>
              <w:t xml:space="preserve"> </w:t>
            </w:r>
            <w:proofErr w:type="spellStart"/>
            <w:r>
              <w:t>špecifické</w:t>
            </w:r>
            <w:proofErr w:type="spellEnd"/>
            <w:r>
              <w:t xml:space="preserve"> </w:t>
            </w:r>
            <w:proofErr w:type="spellStart"/>
            <w:r>
              <w:t>ustanovenia</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ktoré</w:t>
            </w:r>
            <w:proofErr w:type="spellEnd"/>
            <w:r>
              <w:t xml:space="preserve"> </w:t>
            </w:r>
            <w:proofErr w:type="spellStart"/>
            <w:r>
              <w:t>sa</w:t>
            </w:r>
            <w:proofErr w:type="spellEnd"/>
            <w:r>
              <w:t xml:space="preserve"> </w:t>
            </w:r>
            <w:proofErr w:type="spellStart"/>
            <w:r>
              <w:t>ňou</w:t>
            </w:r>
            <w:proofErr w:type="spellEnd"/>
            <w:r>
              <w:t xml:space="preserve"> </w:t>
            </w:r>
            <w:proofErr w:type="spellStart"/>
            <w:r>
              <w:t>majú</w:t>
            </w:r>
            <w:proofErr w:type="spellEnd"/>
            <w:r>
              <w:t xml:space="preserve"> </w:t>
            </w:r>
            <w:proofErr w:type="spellStart"/>
            <w:r>
              <w:t>zmeniť</w:t>
            </w:r>
            <w:proofErr w:type="spellEnd"/>
            <w:r>
              <w:t>.</w:t>
            </w:r>
          </w:p>
        </w:tc>
      </w:tr>
    </w:tbl>
    <w:p w14:paraId="535A19C8"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6C83BA18" w14:textId="77777777">
        <w:trPr>
          <w:jc w:val="center"/>
        </w:trPr>
        <w:tc>
          <w:tcPr>
            <w:tcW w:w="5159" w:type="dxa"/>
            <w:shd w:val="clear" w:color="auto" w:fill="EDEDED"/>
            <w:tcMar>
              <w:top w:w="90" w:type="dxa"/>
              <w:left w:w="95" w:type="dxa"/>
              <w:bottom w:w="90" w:type="dxa"/>
              <w:right w:w="95" w:type="dxa"/>
            </w:tcMar>
          </w:tcPr>
          <w:p w14:paraId="429BF848" w14:textId="77777777" w:rsidR="003F413A" w:rsidRDefault="00000000">
            <w:pPr>
              <w:keepNext/>
              <w:spacing w:after="40"/>
              <w:jc w:val="center"/>
            </w:pPr>
            <w:r>
              <w:rPr>
                <w:b/>
                <w:sz w:val="18"/>
              </w:rPr>
              <w:t>Article 16. Other conditions</w:t>
            </w:r>
          </w:p>
        </w:tc>
        <w:tc>
          <w:tcPr>
            <w:tcW w:w="5159" w:type="dxa"/>
            <w:shd w:val="clear" w:color="auto" w:fill="EDEDED"/>
            <w:tcMar>
              <w:top w:w="90" w:type="dxa"/>
              <w:left w:w="95" w:type="dxa"/>
              <w:bottom w:w="90" w:type="dxa"/>
              <w:right w:w="95" w:type="dxa"/>
            </w:tcMar>
          </w:tcPr>
          <w:p w14:paraId="7490A7D6" w14:textId="77777777" w:rsidR="003F413A" w:rsidRDefault="00000000">
            <w:pPr>
              <w:keepNext/>
              <w:spacing w:after="40"/>
              <w:jc w:val="center"/>
            </w:pPr>
            <w:proofErr w:type="spellStart"/>
            <w:r>
              <w:rPr>
                <w:b/>
                <w:sz w:val="18"/>
              </w:rPr>
              <w:t>Článok</w:t>
            </w:r>
            <w:proofErr w:type="spellEnd"/>
            <w:r>
              <w:rPr>
                <w:b/>
                <w:sz w:val="18"/>
              </w:rPr>
              <w:t xml:space="preserve"> 16. </w:t>
            </w:r>
            <w:proofErr w:type="spellStart"/>
            <w:r>
              <w:rPr>
                <w:b/>
                <w:sz w:val="18"/>
              </w:rPr>
              <w:t>Ostatné</w:t>
            </w:r>
            <w:proofErr w:type="spellEnd"/>
            <w:r>
              <w:rPr>
                <w:b/>
                <w:sz w:val="18"/>
              </w:rPr>
              <w:t xml:space="preserve"> </w:t>
            </w:r>
            <w:proofErr w:type="spellStart"/>
            <w:r>
              <w:rPr>
                <w:b/>
                <w:sz w:val="18"/>
              </w:rPr>
              <w:t>podmienky</w:t>
            </w:r>
            <w:proofErr w:type="spellEnd"/>
          </w:p>
        </w:tc>
      </w:tr>
    </w:tbl>
    <w:p w14:paraId="14872694"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5D9B056" w14:textId="77777777">
        <w:trPr>
          <w:jc w:val="center"/>
        </w:trPr>
        <w:tc>
          <w:tcPr>
            <w:tcW w:w="5159" w:type="dxa"/>
            <w:tcMar>
              <w:top w:w="70" w:type="dxa"/>
              <w:left w:w="95" w:type="dxa"/>
              <w:bottom w:w="70" w:type="dxa"/>
              <w:right w:w="95" w:type="dxa"/>
            </w:tcMar>
          </w:tcPr>
          <w:p w14:paraId="1FDFB8FC" w14:textId="77777777" w:rsidR="003F413A" w:rsidRDefault="00000000">
            <w:pPr>
              <w:spacing w:after="40"/>
              <w:jc w:val="both"/>
            </w:pPr>
            <w:r>
              <w:t>16.1. Neither Party shall be entitled to transfer its rights and obligations under this Contract to a third party without prior written consent of the other contracting Party.</w:t>
            </w:r>
          </w:p>
        </w:tc>
        <w:tc>
          <w:tcPr>
            <w:tcW w:w="5159" w:type="dxa"/>
            <w:tcMar>
              <w:top w:w="70" w:type="dxa"/>
              <w:left w:w="95" w:type="dxa"/>
              <w:bottom w:w="70" w:type="dxa"/>
              <w:right w:w="95" w:type="dxa"/>
            </w:tcMar>
          </w:tcPr>
          <w:p w14:paraId="64C85E62" w14:textId="77777777" w:rsidR="003F413A" w:rsidRDefault="00000000">
            <w:pPr>
              <w:spacing w:after="40"/>
              <w:jc w:val="both"/>
            </w:pPr>
            <w:r>
              <w:t xml:space="preserve">16.1. </w:t>
            </w:r>
            <w:proofErr w:type="spellStart"/>
            <w:r>
              <w:t>Žiadna</w:t>
            </w:r>
            <w:proofErr w:type="spellEnd"/>
            <w:r>
              <w:t xml:space="preserve"> </w:t>
            </w:r>
            <w:proofErr w:type="spellStart"/>
            <w:r>
              <w:t>zmluvná</w:t>
            </w:r>
            <w:proofErr w:type="spellEnd"/>
            <w:r>
              <w:t xml:space="preserve"> </w:t>
            </w:r>
            <w:proofErr w:type="spellStart"/>
            <w:r>
              <w:t>strana</w:t>
            </w:r>
            <w:proofErr w:type="spellEnd"/>
            <w:r>
              <w:t xml:space="preserve"> </w:t>
            </w:r>
            <w:proofErr w:type="spellStart"/>
            <w:r>
              <w:t>nie</w:t>
            </w:r>
            <w:proofErr w:type="spellEnd"/>
            <w:r>
              <w:t xml:space="preserve"> je </w:t>
            </w:r>
            <w:proofErr w:type="spellStart"/>
            <w:r>
              <w:t>oprávnená</w:t>
            </w:r>
            <w:proofErr w:type="spellEnd"/>
            <w:r>
              <w:t xml:space="preserve"> </w:t>
            </w:r>
            <w:proofErr w:type="spellStart"/>
            <w:r>
              <w:t>previesť</w:t>
            </w:r>
            <w:proofErr w:type="spellEnd"/>
            <w:r>
              <w:t xml:space="preserve"> </w:t>
            </w:r>
            <w:proofErr w:type="spellStart"/>
            <w:r>
              <w:t>svoje</w:t>
            </w:r>
            <w:proofErr w:type="spellEnd"/>
            <w:r>
              <w:t xml:space="preserve"> </w:t>
            </w:r>
            <w:proofErr w:type="spellStart"/>
            <w:r>
              <w:t>práva</w:t>
            </w:r>
            <w:proofErr w:type="spellEnd"/>
            <w:r>
              <w:t xml:space="preserve"> a </w:t>
            </w:r>
            <w:proofErr w:type="spellStart"/>
            <w:r>
              <w:t>povinnosti</w:t>
            </w:r>
            <w:proofErr w:type="spellEnd"/>
            <w:r>
              <w:t xml:space="preserve"> </w:t>
            </w:r>
            <w:proofErr w:type="spellStart"/>
            <w:r>
              <w:t>podľa</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na</w:t>
            </w:r>
            <w:proofErr w:type="spellEnd"/>
            <w:r>
              <w:t xml:space="preserve"> </w:t>
            </w:r>
            <w:proofErr w:type="spellStart"/>
            <w:r>
              <w:t>tretiu</w:t>
            </w:r>
            <w:proofErr w:type="spellEnd"/>
            <w:r>
              <w:t xml:space="preserve"> </w:t>
            </w:r>
            <w:proofErr w:type="spellStart"/>
            <w:r>
              <w:t>stranu</w:t>
            </w:r>
            <w:proofErr w:type="spellEnd"/>
            <w:r>
              <w:t xml:space="preserve"> bez </w:t>
            </w:r>
            <w:proofErr w:type="spellStart"/>
            <w:r>
              <w:t>predchádzajúceho</w:t>
            </w:r>
            <w:proofErr w:type="spellEnd"/>
            <w:r>
              <w:t xml:space="preserve"> </w:t>
            </w:r>
            <w:proofErr w:type="spellStart"/>
            <w:r>
              <w:t>písomného</w:t>
            </w:r>
            <w:proofErr w:type="spellEnd"/>
            <w:r>
              <w:t xml:space="preserve"> </w:t>
            </w:r>
            <w:proofErr w:type="spellStart"/>
            <w:r>
              <w:t>súhlasu</w:t>
            </w:r>
            <w:proofErr w:type="spellEnd"/>
            <w:r>
              <w:t xml:space="preserve"> </w:t>
            </w:r>
            <w:proofErr w:type="spellStart"/>
            <w:r>
              <w:t>druhej</w:t>
            </w:r>
            <w:proofErr w:type="spellEnd"/>
            <w:r>
              <w:t xml:space="preserve"> </w:t>
            </w:r>
            <w:proofErr w:type="spellStart"/>
            <w:r>
              <w:t>zmluvnej</w:t>
            </w:r>
            <w:proofErr w:type="spellEnd"/>
            <w:r>
              <w:t xml:space="preserve"> </w:t>
            </w:r>
            <w:proofErr w:type="spellStart"/>
            <w:r>
              <w:t>strany</w:t>
            </w:r>
            <w:proofErr w:type="spellEnd"/>
            <w:r>
              <w:t>.</w:t>
            </w:r>
          </w:p>
        </w:tc>
      </w:tr>
    </w:tbl>
    <w:p w14:paraId="3B4ED22C"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5759ED29" w14:textId="77777777">
        <w:trPr>
          <w:jc w:val="center"/>
        </w:trPr>
        <w:tc>
          <w:tcPr>
            <w:tcW w:w="5159" w:type="dxa"/>
            <w:tcMar>
              <w:top w:w="70" w:type="dxa"/>
              <w:left w:w="95" w:type="dxa"/>
              <w:bottom w:w="70" w:type="dxa"/>
              <w:right w:w="95" w:type="dxa"/>
            </w:tcMar>
          </w:tcPr>
          <w:p w14:paraId="59E1B06F" w14:textId="0343223E" w:rsidR="003F413A" w:rsidRDefault="00000000">
            <w:pPr>
              <w:spacing w:after="40"/>
              <w:jc w:val="both"/>
            </w:pPr>
            <w:r>
              <w:t>16.2 Buyer reserves the right, at any time and for its convenience, to terminate this Order in whole or in part by written notice to Seller. Immediately upon receipt of such notice, Seller shall stop all work hereunder except as otherwise directed by Buyer. If Seller is not in default of any of its obligations hereunder at the time of such termination, Buyer shall pay to Seller, as Seller’s sole and exclusive remedy, an amount equal to: (a) reasonable and documented costs incurred by Seller prior to termination, plus the reasonable profit prorated on the portion of work completed, less the disposal or retention value of termination inventory; and (b) the reasonable and necessary cost, if any, incurred by Seller in terminating the work.  The above amounts, plus prior payments, shall in no event exceed the Contract Price as prorated to the portion of the order completed as of the time of Seller’s receipt of such notice.</w:t>
            </w:r>
          </w:p>
        </w:tc>
        <w:tc>
          <w:tcPr>
            <w:tcW w:w="5159" w:type="dxa"/>
            <w:tcMar>
              <w:top w:w="70" w:type="dxa"/>
              <w:left w:w="95" w:type="dxa"/>
              <w:bottom w:w="70" w:type="dxa"/>
              <w:right w:w="95" w:type="dxa"/>
            </w:tcMar>
          </w:tcPr>
          <w:p w14:paraId="423A72FB" w14:textId="77777777" w:rsidR="003F413A" w:rsidRDefault="00000000">
            <w:pPr>
              <w:spacing w:after="40"/>
              <w:jc w:val="both"/>
            </w:pPr>
            <w:r>
              <w:t xml:space="preserve">16.2 </w:t>
            </w:r>
            <w:proofErr w:type="spellStart"/>
            <w:r>
              <w:t>Kupujúci</w:t>
            </w:r>
            <w:proofErr w:type="spellEnd"/>
            <w:r>
              <w:t xml:space="preserve"> </w:t>
            </w:r>
            <w:proofErr w:type="spellStart"/>
            <w:r>
              <w:t>si</w:t>
            </w:r>
            <w:proofErr w:type="spellEnd"/>
            <w:r>
              <w:t xml:space="preserve"> </w:t>
            </w:r>
            <w:proofErr w:type="spellStart"/>
            <w:r>
              <w:t>vyhradzuje</w:t>
            </w:r>
            <w:proofErr w:type="spellEnd"/>
            <w:r>
              <w:t xml:space="preserve"> </w:t>
            </w:r>
            <w:proofErr w:type="spellStart"/>
            <w:r>
              <w:t>právo</w:t>
            </w:r>
            <w:proofErr w:type="spellEnd"/>
            <w:r>
              <w:t xml:space="preserve"> </w:t>
            </w:r>
            <w:proofErr w:type="spellStart"/>
            <w:r>
              <w:t>kedykoľvek</w:t>
            </w:r>
            <w:proofErr w:type="spellEnd"/>
            <w:r>
              <w:t xml:space="preserve"> a pre </w:t>
            </w:r>
            <w:proofErr w:type="spellStart"/>
            <w:r>
              <w:t>svoje</w:t>
            </w:r>
            <w:proofErr w:type="spellEnd"/>
            <w:r>
              <w:t xml:space="preserve"> </w:t>
            </w:r>
            <w:proofErr w:type="spellStart"/>
            <w:r>
              <w:t>pohodlie</w:t>
            </w:r>
            <w:proofErr w:type="spellEnd"/>
            <w:r>
              <w:t xml:space="preserve"> </w:t>
            </w:r>
            <w:proofErr w:type="spellStart"/>
            <w:r>
              <w:t>ukončiť</w:t>
            </w:r>
            <w:proofErr w:type="spellEnd"/>
            <w:r>
              <w:t xml:space="preserve"> </w:t>
            </w:r>
            <w:proofErr w:type="spellStart"/>
            <w:r>
              <w:t>túto</w:t>
            </w:r>
            <w:proofErr w:type="spellEnd"/>
            <w:r>
              <w:t xml:space="preserve"> </w:t>
            </w:r>
            <w:proofErr w:type="spellStart"/>
            <w:r>
              <w:t>Objednávku</w:t>
            </w:r>
            <w:proofErr w:type="spellEnd"/>
            <w:r>
              <w:t xml:space="preserve"> </w:t>
            </w:r>
            <w:proofErr w:type="spellStart"/>
            <w:r>
              <w:t>úplne</w:t>
            </w:r>
            <w:proofErr w:type="spellEnd"/>
            <w:r>
              <w:t xml:space="preserve"> </w:t>
            </w:r>
            <w:proofErr w:type="spellStart"/>
            <w:r>
              <w:t>alebo</w:t>
            </w:r>
            <w:proofErr w:type="spellEnd"/>
            <w:r>
              <w:t xml:space="preserve"> </w:t>
            </w:r>
            <w:proofErr w:type="spellStart"/>
            <w:r>
              <w:t>čiastočne</w:t>
            </w:r>
            <w:proofErr w:type="spellEnd"/>
            <w:r>
              <w:t xml:space="preserve"> </w:t>
            </w:r>
            <w:proofErr w:type="spellStart"/>
            <w:r>
              <w:t>písomným</w:t>
            </w:r>
            <w:proofErr w:type="spellEnd"/>
            <w:r>
              <w:t xml:space="preserve"> </w:t>
            </w:r>
            <w:proofErr w:type="spellStart"/>
            <w:r>
              <w:t>oznámením</w:t>
            </w:r>
            <w:proofErr w:type="spellEnd"/>
            <w:r>
              <w:t xml:space="preserve"> </w:t>
            </w:r>
            <w:proofErr w:type="spellStart"/>
            <w:r>
              <w:t>predávajúcemu</w:t>
            </w:r>
            <w:proofErr w:type="spellEnd"/>
            <w:r>
              <w:t xml:space="preserve">. </w:t>
            </w:r>
            <w:proofErr w:type="spellStart"/>
            <w:r>
              <w:t>Ihneď</w:t>
            </w:r>
            <w:proofErr w:type="spellEnd"/>
            <w:r>
              <w:t xml:space="preserve"> po </w:t>
            </w:r>
            <w:proofErr w:type="spellStart"/>
            <w:r>
              <w:t>prijatí</w:t>
            </w:r>
            <w:proofErr w:type="spellEnd"/>
            <w:r>
              <w:t xml:space="preserve"> </w:t>
            </w:r>
            <w:proofErr w:type="spellStart"/>
            <w:r>
              <w:t>takéhoto</w:t>
            </w:r>
            <w:proofErr w:type="spellEnd"/>
            <w:r>
              <w:t xml:space="preserve"> </w:t>
            </w:r>
            <w:proofErr w:type="spellStart"/>
            <w:r>
              <w:t>oznámenia</w:t>
            </w:r>
            <w:proofErr w:type="spellEnd"/>
            <w:r>
              <w:t xml:space="preserve"> </w:t>
            </w:r>
            <w:proofErr w:type="spellStart"/>
            <w:r>
              <w:t>predávajúci</w:t>
            </w:r>
            <w:proofErr w:type="spellEnd"/>
            <w:r>
              <w:t xml:space="preserve"> </w:t>
            </w:r>
            <w:proofErr w:type="spellStart"/>
            <w:r>
              <w:t>zastaví</w:t>
            </w:r>
            <w:proofErr w:type="spellEnd"/>
            <w:r>
              <w:t xml:space="preserve"> </w:t>
            </w:r>
            <w:proofErr w:type="spellStart"/>
            <w:r>
              <w:t>všetky</w:t>
            </w:r>
            <w:proofErr w:type="spellEnd"/>
            <w:r>
              <w:t xml:space="preserve"> </w:t>
            </w:r>
            <w:proofErr w:type="spellStart"/>
            <w:r>
              <w:t>práce</w:t>
            </w:r>
            <w:proofErr w:type="spellEnd"/>
            <w:r>
              <w:t xml:space="preserve"> </w:t>
            </w:r>
            <w:proofErr w:type="spellStart"/>
            <w:r>
              <w:t>podľa</w:t>
            </w:r>
            <w:proofErr w:type="spellEnd"/>
            <w:r>
              <w:t xml:space="preserve"> </w:t>
            </w:r>
            <w:proofErr w:type="spellStart"/>
            <w:r>
              <w:t>tejto</w:t>
            </w:r>
            <w:proofErr w:type="spellEnd"/>
            <w:r>
              <w:t xml:space="preserve"> </w:t>
            </w:r>
            <w:proofErr w:type="spellStart"/>
            <w:r>
              <w:t>zmluvy</w:t>
            </w:r>
            <w:proofErr w:type="spellEnd"/>
            <w:r>
              <w:t xml:space="preserve">, </w:t>
            </w:r>
            <w:proofErr w:type="spellStart"/>
            <w:r>
              <w:t>pokiaľ</w:t>
            </w:r>
            <w:proofErr w:type="spellEnd"/>
            <w:r>
              <w:t xml:space="preserve"> </w:t>
            </w:r>
            <w:proofErr w:type="spellStart"/>
            <w:r>
              <w:t>kupujúci</w:t>
            </w:r>
            <w:proofErr w:type="spellEnd"/>
            <w:r>
              <w:t xml:space="preserve"> </w:t>
            </w:r>
            <w:proofErr w:type="spellStart"/>
            <w:r>
              <w:t>nenariadi</w:t>
            </w:r>
            <w:proofErr w:type="spellEnd"/>
            <w:r>
              <w:t xml:space="preserve"> </w:t>
            </w:r>
            <w:proofErr w:type="spellStart"/>
            <w:r>
              <w:t>inak</w:t>
            </w:r>
            <w:proofErr w:type="spellEnd"/>
            <w:r>
              <w:t xml:space="preserve">. Ak </w:t>
            </w:r>
            <w:proofErr w:type="spellStart"/>
            <w:r>
              <w:t>predávajúci</w:t>
            </w:r>
            <w:proofErr w:type="spellEnd"/>
            <w:r>
              <w:t xml:space="preserve"> </w:t>
            </w:r>
            <w:proofErr w:type="spellStart"/>
            <w:r>
              <w:t>nie</w:t>
            </w:r>
            <w:proofErr w:type="spellEnd"/>
            <w:r>
              <w:t xml:space="preserve"> je v </w:t>
            </w:r>
            <w:proofErr w:type="spellStart"/>
            <w:r>
              <w:t>omeškaní</w:t>
            </w:r>
            <w:proofErr w:type="spellEnd"/>
            <w:r>
              <w:t xml:space="preserve"> s </w:t>
            </w:r>
            <w:proofErr w:type="spellStart"/>
            <w:r>
              <w:t>niektorou</w:t>
            </w:r>
            <w:proofErr w:type="spellEnd"/>
            <w:r>
              <w:t xml:space="preserve"> zo </w:t>
            </w:r>
            <w:proofErr w:type="spellStart"/>
            <w:r>
              <w:t>svojich</w:t>
            </w:r>
            <w:proofErr w:type="spellEnd"/>
            <w:r>
              <w:t xml:space="preserve"> </w:t>
            </w:r>
            <w:proofErr w:type="spellStart"/>
            <w:r>
              <w:t>povinností</w:t>
            </w:r>
            <w:proofErr w:type="spellEnd"/>
            <w:r>
              <w:t xml:space="preserve"> </w:t>
            </w:r>
            <w:proofErr w:type="spellStart"/>
            <w:r>
              <w:t>podľa</w:t>
            </w:r>
            <w:proofErr w:type="spellEnd"/>
            <w:r>
              <w:t xml:space="preserve"> </w:t>
            </w:r>
            <w:proofErr w:type="spellStart"/>
            <w:r>
              <w:t>tejto</w:t>
            </w:r>
            <w:proofErr w:type="spellEnd"/>
            <w:r>
              <w:t xml:space="preserve"> </w:t>
            </w:r>
            <w:proofErr w:type="spellStart"/>
            <w:r>
              <w:t>zmluvy</w:t>
            </w:r>
            <w:proofErr w:type="spellEnd"/>
            <w:r>
              <w:t xml:space="preserve"> v </w:t>
            </w:r>
            <w:proofErr w:type="spellStart"/>
            <w:r>
              <w:t>čase</w:t>
            </w:r>
            <w:proofErr w:type="spellEnd"/>
            <w:r>
              <w:t xml:space="preserve"> </w:t>
            </w:r>
            <w:proofErr w:type="spellStart"/>
            <w:r>
              <w:t>takéhoto</w:t>
            </w:r>
            <w:proofErr w:type="spellEnd"/>
            <w:r>
              <w:t xml:space="preserve"> </w:t>
            </w:r>
            <w:proofErr w:type="spellStart"/>
            <w:r>
              <w:t>ukončenia</w:t>
            </w:r>
            <w:proofErr w:type="spellEnd"/>
            <w:r>
              <w:t xml:space="preserve">, </w:t>
            </w:r>
            <w:proofErr w:type="spellStart"/>
            <w:r>
              <w:t>kupujúci</w:t>
            </w:r>
            <w:proofErr w:type="spellEnd"/>
            <w:r>
              <w:t xml:space="preserve"> </w:t>
            </w:r>
            <w:proofErr w:type="spellStart"/>
            <w:r>
              <w:t>zaplatí</w:t>
            </w:r>
            <w:proofErr w:type="spellEnd"/>
            <w:r>
              <w:t xml:space="preserve"> </w:t>
            </w:r>
            <w:proofErr w:type="spellStart"/>
            <w:r>
              <w:t>predávajúcemu</w:t>
            </w:r>
            <w:proofErr w:type="spellEnd"/>
            <w:r>
              <w:t xml:space="preserve">, </w:t>
            </w:r>
            <w:proofErr w:type="spellStart"/>
            <w:r>
              <w:t>ako</w:t>
            </w:r>
            <w:proofErr w:type="spellEnd"/>
            <w:r>
              <w:t xml:space="preserve"> </w:t>
            </w:r>
            <w:proofErr w:type="spellStart"/>
            <w:r>
              <w:t>jediný</w:t>
            </w:r>
            <w:proofErr w:type="spellEnd"/>
            <w:r>
              <w:t xml:space="preserve"> a </w:t>
            </w:r>
            <w:proofErr w:type="spellStart"/>
            <w:r>
              <w:t>výlučný</w:t>
            </w:r>
            <w:proofErr w:type="spellEnd"/>
            <w:r>
              <w:t xml:space="preserve"> </w:t>
            </w:r>
            <w:proofErr w:type="spellStart"/>
            <w:r>
              <w:t>opravný</w:t>
            </w:r>
            <w:proofErr w:type="spellEnd"/>
            <w:r>
              <w:t xml:space="preserve"> </w:t>
            </w:r>
            <w:proofErr w:type="spellStart"/>
            <w:r>
              <w:t>prostriedok</w:t>
            </w:r>
            <w:proofErr w:type="spellEnd"/>
            <w:r>
              <w:t xml:space="preserve"> </w:t>
            </w:r>
            <w:proofErr w:type="spellStart"/>
            <w:r>
              <w:t>predávajúceho</w:t>
            </w:r>
            <w:proofErr w:type="spellEnd"/>
            <w:r>
              <w:t xml:space="preserve"> </w:t>
            </w:r>
            <w:proofErr w:type="spellStart"/>
            <w:r>
              <w:t>sumu</w:t>
            </w:r>
            <w:proofErr w:type="spellEnd"/>
            <w:r>
              <w:t xml:space="preserve"> </w:t>
            </w:r>
            <w:proofErr w:type="spellStart"/>
            <w:r>
              <w:t>rovnajúcu</w:t>
            </w:r>
            <w:proofErr w:type="spellEnd"/>
            <w:r>
              <w:t xml:space="preserve"> </w:t>
            </w:r>
            <w:proofErr w:type="spellStart"/>
            <w:r>
              <w:t>sa</w:t>
            </w:r>
            <w:proofErr w:type="spellEnd"/>
            <w:r>
              <w:t xml:space="preserve">: (a) </w:t>
            </w:r>
            <w:proofErr w:type="spellStart"/>
            <w:r>
              <w:t>primeraným</w:t>
            </w:r>
            <w:proofErr w:type="spellEnd"/>
            <w:r>
              <w:t xml:space="preserve"> a </w:t>
            </w:r>
            <w:proofErr w:type="spellStart"/>
            <w:r>
              <w:t>zdokumentovaným</w:t>
            </w:r>
            <w:proofErr w:type="spellEnd"/>
            <w:r>
              <w:t xml:space="preserve"> </w:t>
            </w:r>
            <w:proofErr w:type="spellStart"/>
            <w:r>
              <w:t>nákladom</w:t>
            </w:r>
            <w:proofErr w:type="spellEnd"/>
            <w:r>
              <w:t xml:space="preserve">, </w:t>
            </w:r>
            <w:proofErr w:type="spellStart"/>
            <w:r>
              <w:t>ktoré</w:t>
            </w:r>
            <w:proofErr w:type="spellEnd"/>
            <w:r>
              <w:t xml:space="preserve"> </w:t>
            </w:r>
            <w:proofErr w:type="spellStart"/>
            <w:r>
              <w:t>predávajúcemu</w:t>
            </w:r>
            <w:proofErr w:type="spellEnd"/>
            <w:r>
              <w:t xml:space="preserve"> </w:t>
            </w:r>
            <w:proofErr w:type="spellStart"/>
            <w:r>
              <w:t>vznikli</w:t>
            </w:r>
            <w:proofErr w:type="spellEnd"/>
            <w:r>
              <w:t xml:space="preserve"> pred </w:t>
            </w:r>
            <w:proofErr w:type="spellStart"/>
            <w:r>
              <w:t>ukončením</w:t>
            </w:r>
            <w:proofErr w:type="spellEnd"/>
            <w:r>
              <w:t xml:space="preserve"> plus </w:t>
            </w:r>
            <w:proofErr w:type="spellStart"/>
            <w:r>
              <w:t>primeraný</w:t>
            </w:r>
            <w:proofErr w:type="spellEnd"/>
            <w:r>
              <w:t xml:space="preserve"> </w:t>
            </w:r>
            <w:proofErr w:type="spellStart"/>
            <w:r>
              <w:t>zisk</w:t>
            </w:r>
            <w:proofErr w:type="spellEnd"/>
            <w:r>
              <w:t xml:space="preserve"> </w:t>
            </w:r>
            <w:proofErr w:type="spellStart"/>
            <w:r>
              <w:t>úmerný</w:t>
            </w:r>
            <w:proofErr w:type="spellEnd"/>
            <w:r>
              <w:t xml:space="preserve"> k </w:t>
            </w:r>
            <w:proofErr w:type="spellStart"/>
            <w:r>
              <w:t>časti</w:t>
            </w:r>
            <w:proofErr w:type="spellEnd"/>
            <w:r>
              <w:t xml:space="preserve"> </w:t>
            </w:r>
            <w:proofErr w:type="spellStart"/>
            <w:r>
              <w:t>dokončených</w:t>
            </w:r>
            <w:proofErr w:type="spellEnd"/>
            <w:r>
              <w:t xml:space="preserve"> </w:t>
            </w:r>
            <w:proofErr w:type="spellStart"/>
            <w:r>
              <w:t>prác</w:t>
            </w:r>
            <w:proofErr w:type="spellEnd"/>
            <w:r>
              <w:t xml:space="preserve">, </w:t>
            </w:r>
            <w:proofErr w:type="spellStart"/>
            <w:r>
              <w:t>mínus</w:t>
            </w:r>
            <w:proofErr w:type="spellEnd"/>
            <w:r>
              <w:t xml:space="preserve"> </w:t>
            </w:r>
            <w:proofErr w:type="spellStart"/>
            <w:r>
              <w:t>likvidačná</w:t>
            </w:r>
            <w:proofErr w:type="spellEnd"/>
            <w:r>
              <w:t xml:space="preserve"> </w:t>
            </w:r>
            <w:proofErr w:type="spellStart"/>
            <w:r>
              <w:t>alebo</w:t>
            </w:r>
            <w:proofErr w:type="spellEnd"/>
            <w:r>
              <w:t xml:space="preserve"> </w:t>
            </w:r>
            <w:proofErr w:type="spellStart"/>
            <w:r>
              <w:t>zadržiavacia</w:t>
            </w:r>
            <w:proofErr w:type="spellEnd"/>
            <w:r>
              <w:t xml:space="preserve"> </w:t>
            </w:r>
            <w:proofErr w:type="spellStart"/>
            <w:r>
              <w:t>hodnota</w:t>
            </w:r>
            <w:proofErr w:type="spellEnd"/>
            <w:r>
              <w:t xml:space="preserve"> </w:t>
            </w:r>
            <w:proofErr w:type="spellStart"/>
            <w:r>
              <w:t>ukončených</w:t>
            </w:r>
            <w:proofErr w:type="spellEnd"/>
            <w:r>
              <w:t xml:space="preserve"> </w:t>
            </w:r>
            <w:proofErr w:type="spellStart"/>
            <w:r>
              <w:t>zásob</w:t>
            </w:r>
            <w:proofErr w:type="spellEnd"/>
            <w:r>
              <w:t xml:space="preserve">; a (b) </w:t>
            </w:r>
            <w:proofErr w:type="spellStart"/>
            <w:r>
              <w:t>primerané</w:t>
            </w:r>
            <w:proofErr w:type="spellEnd"/>
            <w:r>
              <w:t xml:space="preserve"> a </w:t>
            </w:r>
            <w:proofErr w:type="spellStart"/>
            <w:r>
              <w:t>nevyhnutné</w:t>
            </w:r>
            <w:proofErr w:type="spellEnd"/>
            <w:r>
              <w:t xml:space="preserve"> </w:t>
            </w:r>
            <w:proofErr w:type="spellStart"/>
            <w:r>
              <w:t>náklady</w:t>
            </w:r>
            <w:proofErr w:type="spellEnd"/>
            <w:r>
              <w:t xml:space="preserve">, </w:t>
            </w:r>
            <w:proofErr w:type="spellStart"/>
            <w:r>
              <w:t>ak</w:t>
            </w:r>
            <w:proofErr w:type="spellEnd"/>
            <w:r>
              <w:t xml:space="preserve"> </w:t>
            </w:r>
            <w:proofErr w:type="spellStart"/>
            <w:r>
              <w:t>nejaké</w:t>
            </w:r>
            <w:proofErr w:type="spellEnd"/>
            <w:r>
              <w:t xml:space="preserve"> </w:t>
            </w:r>
            <w:proofErr w:type="spellStart"/>
            <w:r>
              <w:t>vzniknú</w:t>
            </w:r>
            <w:proofErr w:type="spellEnd"/>
            <w:r>
              <w:t xml:space="preserve"> </w:t>
            </w:r>
            <w:proofErr w:type="spellStart"/>
            <w:r>
              <w:t>predávajúcemu</w:t>
            </w:r>
            <w:proofErr w:type="spellEnd"/>
            <w:r>
              <w:t xml:space="preserve"> </w:t>
            </w:r>
            <w:proofErr w:type="spellStart"/>
            <w:r>
              <w:t>pri</w:t>
            </w:r>
            <w:proofErr w:type="spellEnd"/>
            <w:r>
              <w:t xml:space="preserve"> </w:t>
            </w:r>
            <w:proofErr w:type="spellStart"/>
            <w:r>
              <w:t>ukončení</w:t>
            </w:r>
            <w:proofErr w:type="spellEnd"/>
            <w:r>
              <w:t xml:space="preserve"> </w:t>
            </w:r>
            <w:proofErr w:type="spellStart"/>
            <w:r>
              <w:t>prác</w:t>
            </w:r>
            <w:proofErr w:type="spellEnd"/>
            <w:r>
              <w:t xml:space="preserve">. </w:t>
            </w:r>
            <w:proofErr w:type="spellStart"/>
            <w:r>
              <w:t>Vyššie</w:t>
            </w:r>
            <w:proofErr w:type="spellEnd"/>
            <w:r>
              <w:t xml:space="preserve"> </w:t>
            </w:r>
            <w:proofErr w:type="spellStart"/>
            <w:r>
              <w:t>uvedené</w:t>
            </w:r>
            <w:proofErr w:type="spellEnd"/>
            <w:r>
              <w:t xml:space="preserve"> </w:t>
            </w:r>
            <w:proofErr w:type="spellStart"/>
            <w:r>
              <w:t>sumy</w:t>
            </w:r>
            <w:proofErr w:type="spellEnd"/>
            <w:r>
              <w:t xml:space="preserve"> plus </w:t>
            </w:r>
            <w:proofErr w:type="spellStart"/>
            <w:r>
              <w:t>predchádzajúce</w:t>
            </w:r>
            <w:proofErr w:type="spellEnd"/>
            <w:r>
              <w:t xml:space="preserve"> </w:t>
            </w:r>
            <w:proofErr w:type="spellStart"/>
            <w:r>
              <w:t>platby</w:t>
            </w:r>
            <w:proofErr w:type="spellEnd"/>
            <w:r>
              <w:t xml:space="preserve"> v </w:t>
            </w:r>
            <w:proofErr w:type="spellStart"/>
            <w:r>
              <w:t>žiadnom</w:t>
            </w:r>
            <w:proofErr w:type="spellEnd"/>
            <w:r>
              <w:t xml:space="preserve"> </w:t>
            </w:r>
            <w:proofErr w:type="spellStart"/>
            <w:r>
              <w:t>prípade</w:t>
            </w:r>
            <w:proofErr w:type="spellEnd"/>
            <w:r>
              <w:t xml:space="preserve"> </w:t>
            </w:r>
            <w:proofErr w:type="spellStart"/>
            <w:r>
              <w:t>nepresiahnu</w:t>
            </w:r>
            <w:proofErr w:type="spellEnd"/>
            <w:r>
              <w:t xml:space="preserve"> </w:t>
            </w:r>
            <w:proofErr w:type="spellStart"/>
            <w:r>
              <w:t>zmluvnú</w:t>
            </w:r>
            <w:proofErr w:type="spellEnd"/>
            <w:r>
              <w:t xml:space="preserve"> </w:t>
            </w:r>
            <w:proofErr w:type="spellStart"/>
            <w:r>
              <w:t>cenu</w:t>
            </w:r>
            <w:proofErr w:type="spellEnd"/>
            <w:r>
              <w:t xml:space="preserve"> v </w:t>
            </w:r>
            <w:proofErr w:type="spellStart"/>
            <w:r>
              <w:t>pomere</w:t>
            </w:r>
            <w:proofErr w:type="spellEnd"/>
            <w:r>
              <w:t xml:space="preserve"> k </w:t>
            </w:r>
            <w:proofErr w:type="spellStart"/>
            <w:r>
              <w:t>časti</w:t>
            </w:r>
            <w:proofErr w:type="spellEnd"/>
            <w:r>
              <w:t xml:space="preserve"> </w:t>
            </w:r>
            <w:proofErr w:type="spellStart"/>
            <w:r>
              <w:t>objednávky</w:t>
            </w:r>
            <w:proofErr w:type="spellEnd"/>
            <w:r>
              <w:t xml:space="preserve"> </w:t>
            </w:r>
            <w:proofErr w:type="spellStart"/>
            <w:r>
              <w:t>dokončenej</w:t>
            </w:r>
            <w:proofErr w:type="spellEnd"/>
            <w:r>
              <w:t xml:space="preserve"> v </w:t>
            </w:r>
            <w:proofErr w:type="spellStart"/>
            <w:r>
              <w:t>čase</w:t>
            </w:r>
            <w:proofErr w:type="spellEnd"/>
            <w:r>
              <w:t xml:space="preserve"> </w:t>
            </w:r>
            <w:proofErr w:type="spellStart"/>
            <w:r>
              <w:t>prijatia</w:t>
            </w:r>
            <w:proofErr w:type="spellEnd"/>
            <w:r>
              <w:t xml:space="preserve"> </w:t>
            </w:r>
            <w:proofErr w:type="spellStart"/>
            <w:r>
              <w:t>takéhoto</w:t>
            </w:r>
            <w:proofErr w:type="spellEnd"/>
            <w:r>
              <w:t xml:space="preserve"> </w:t>
            </w:r>
            <w:proofErr w:type="spellStart"/>
            <w:r>
              <w:t>oznámenia</w:t>
            </w:r>
            <w:proofErr w:type="spellEnd"/>
            <w:r>
              <w:t xml:space="preserve"> </w:t>
            </w:r>
            <w:proofErr w:type="spellStart"/>
            <w:r>
              <w:t>predávajúcim</w:t>
            </w:r>
            <w:proofErr w:type="spellEnd"/>
            <w:r>
              <w:t>.</w:t>
            </w:r>
          </w:p>
        </w:tc>
      </w:tr>
    </w:tbl>
    <w:p w14:paraId="2FEC1FE7" w14:textId="77777777" w:rsidR="003F413A" w:rsidRDefault="003F413A">
      <w:pPr>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14:paraId="7FC6B85F" w14:textId="77777777">
        <w:trPr>
          <w:jc w:val="center"/>
        </w:trPr>
        <w:tc>
          <w:tcPr>
            <w:tcW w:w="5159" w:type="dxa"/>
            <w:tcMar>
              <w:top w:w="70" w:type="dxa"/>
              <w:left w:w="95" w:type="dxa"/>
              <w:bottom w:w="70" w:type="dxa"/>
              <w:right w:w="95" w:type="dxa"/>
            </w:tcMar>
          </w:tcPr>
          <w:p w14:paraId="1090AAE0" w14:textId="77777777" w:rsidR="003F413A" w:rsidRDefault="00000000">
            <w:pPr>
              <w:spacing w:after="40"/>
              <w:jc w:val="both"/>
            </w:pPr>
            <w:r>
              <w:t>16.3. Nothing contained herein shall be construed as an assignment or grant to Buyer of any right or title to the trade secrets, copyrights, patents or other intellectual property rights associated with the Software or any portion thereof or to any other related information or data supplied by Seller or its licensors.</w:t>
            </w:r>
          </w:p>
        </w:tc>
        <w:tc>
          <w:tcPr>
            <w:tcW w:w="5159" w:type="dxa"/>
            <w:tcMar>
              <w:top w:w="70" w:type="dxa"/>
              <w:left w:w="95" w:type="dxa"/>
              <w:bottom w:w="70" w:type="dxa"/>
              <w:right w:w="95" w:type="dxa"/>
            </w:tcMar>
          </w:tcPr>
          <w:p w14:paraId="18F81191" w14:textId="77777777" w:rsidR="003F413A" w:rsidRDefault="00000000">
            <w:pPr>
              <w:spacing w:after="40"/>
              <w:jc w:val="both"/>
            </w:pPr>
            <w:r>
              <w:t xml:space="preserve">16.3. </w:t>
            </w:r>
            <w:proofErr w:type="spellStart"/>
            <w:r>
              <w:t>Nič</w:t>
            </w:r>
            <w:proofErr w:type="spellEnd"/>
            <w:r>
              <w:t xml:space="preserve"> v </w:t>
            </w:r>
            <w:proofErr w:type="spellStart"/>
            <w:r>
              <w:t>tomto</w:t>
            </w:r>
            <w:proofErr w:type="spellEnd"/>
            <w:r>
              <w:t xml:space="preserve"> </w:t>
            </w:r>
            <w:proofErr w:type="spellStart"/>
            <w:r>
              <w:t>dokumente</w:t>
            </w:r>
            <w:proofErr w:type="spellEnd"/>
            <w:r>
              <w:t xml:space="preserve"> </w:t>
            </w:r>
            <w:proofErr w:type="spellStart"/>
            <w:r>
              <w:t>nemožno</w:t>
            </w:r>
            <w:proofErr w:type="spellEnd"/>
            <w:r>
              <w:t xml:space="preserve"> </w:t>
            </w:r>
            <w:proofErr w:type="spellStart"/>
            <w:r>
              <w:t>vykladať</w:t>
            </w:r>
            <w:proofErr w:type="spellEnd"/>
            <w:r>
              <w:t xml:space="preserve">, </w:t>
            </w:r>
            <w:proofErr w:type="spellStart"/>
            <w:r>
              <w:t>ako</w:t>
            </w:r>
            <w:proofErr w:type="spellEnd"/>
            <w:r>
              <w:t xml:space="preserve"> </w:t>
            </w:r>
            <w:proofErr w:type="spellStart"/>
            <w:r>
              <w:t>postúpenie</w:t>
            </w:r>
            <w:proofErr w:type="spellEnd"/>
            <w:r>
              <w:t xml:space="preserve"> </w:t>
            </w:r>
            <w:proofErr w:type="spellStart"/>
            <w:r>
              <w:t>alebo</w:t>
            </w:r>
            <w:proofErr w:type="spellEnd"/>
            <w:r>
              <w:t xml:space="preserve"> </w:t>
            </w:r>
            <w:proofErr w:type="spellStart"/>
            <w:r>
              <w:t>udelenie</w:t>
            </w:r>
            <w:proofErr w:type="spellEnd"/>
            <w:r>
              <w:t xml:space="preserve"> </w:t>
            </w:r>
            <w:proofErr w:type="spellStart"/>
            <w:r>
              <w:t>akéhokoľvek</w:t>
            </w:r>
            <w:proofErr w:type="spellEnd"/>
            <w:r>
              <w:t xml:space="preserve"> </w:t>
            </w:r>
            <w:proofErr w:type="spellStart"/>
            <w:r>
              <w:t>práva</w:t>
            </w:r>
            <w:proofErr w:type="spellEnd"/>
            <w:r>
              <w:t xml:space="preserve"> </w:t>
            </w:r>
            <w:proofErr w:type="spellStart"/>
            <w:r>
              <w:t>alebo</w:t>
            </w:r>
            <w:proofErr w:type="spellEnd"/>
            <w:r>
              <w:t xml:space="preserve"> </w:t>
            </w:r>
            <w:proofErr w:type="spellStart"/>
            <w:r>
              <w:t>nároku</w:t>
            </w:r>
            <w:proofErr w:type="spellEnd"/>
            <w:r>
              <w:t xml:space="preserve"> </w:t>
            </w:r>
            <w:proofErr w:type="spellStart"/>
            <w:r>
              <w:t>kupujúcemu</w:t>
            </w:r>
            <w:proofErr w:type="spellEnd"/>
            <w:r>
              <w:t xml:space="preserve"> </w:t>
            </w:r>
            <w:proofErr w:type="spellStart"/>
            <w:r>
              <w:t>na</w:t>
            </w:r>
            <w:proofErr w:type="spellEnd"/>
            <w:r>
              <w:t xml:space="preserve"> </w:t>
            </w:r>
            <w:proofErr w:type="spellStart"/>
            <w:r>
              <w:t>obchodné</w:t>
            </w:r>
            <w:proofErr w:type="spellEnd"/>
            <w:r>
              <w:t xml:space="preserve"> </w:t>
            </w:r>
            <w:proofErr w:type="spellStart"/>
            <w:r>
              <w:t>tajomstvá</w:t>
            </w:r>
            <w:proofErr w:type="spellEnd"/>
            <w:r>
              <w:t xml:space="preserve">, </w:t>
            </w:r>
            <w:proofErr w:type="spellStart"/>
            <w:r>
              <w:t>autorské</w:t>
            </w:r>
            <w:proofErr w:type="spellEnd"/>
            <w:r>
              <w:t xml:space="preserve"> </w:t>
            </w:r>
            <w:proofErr w:type="spellStart"/>
            <w:r>
              <w:t>práva</w:t>
            </w:r>
            <w:proofErr w:type="spellEnd"/>
            <w:r>
              <w:t xml:space="preserve">, </w:t>
            </w:r>
            <w:proofErr w:type="spellStart"/>
            <w:r>
              <w:t>patenty</w:t>
            </w:r>
            <w:proofErr w:type="spellEnd"/>
            <w:r>
              <w:t xml:space="preserve"> </w:t>
            </w:r>
            <w:proofErr w:type="spellStart"/>
            <w:r>
              <w:t>alebo</w:t>
            </w:r>
            <w:proofErr w:type="spellEnd"/>
            <w:r>
              <w:t xml:space="preserve"> </w:t>
            </w:r>
            <w:proofErr w:type="spellStart"/>
            <w:r>
              <w:t>iné</w:t>
            </w:r>
            <w:proofErr w:type="spellEnd"/>
            <w:r>
              <w:t xml:space="preserve"> </w:t>
            </w:r>
            <w:proofErr w:type="spellStart"/>
            <w:r>
              <w:t>práva</w:t>
            </w:r>
            <w:proofErr w:type="spellEnd"/>
            <w:r>
              <w:t xml:space="preserve"> </w:t>
            </w:r>
            <w:proofErr w:type="spellStart"/>
            <w:r>
              <w:t>duševného</w:t>
            </w:r>
            <w:proofErr w:type="spellEnd"/>
            <w:r>
              <w:t xml:space="preserve"> </w:t>
            </w:r>
            <w:proofErr w:type="spellStart"/>
            <w:r>
              <w:t>vlastníctva</w:t>
            </w:r>
            <w:proofErr w:type="spellEnd"/>
            <w:r>
              <w:t xml:space="preserve"> </w:t>
            </w:r>
            <w:proofErr w:type="spellStart"/>
            <w:r>
              <w:t>súvisiace</w:t>
            </w:r>
            <w:proofErr w:type="spellEnd"/>
            <w:r>
              <w:t xml:space="preserve"> so </w:t>
            </w:r>
            <w:proofErr w:type="spellStart"/>
            <w:r>
              <w:t>Softvérom</w:t>
            </w:r>
            <w:proofErr w:type="spellEnd"/>
            <w:r>
              <w:t xml:space="preserve"> </w:t>
            </w:r>
            <w:proofErr w:type="spellStart"/>
            <w:r>
              <w:t>alebo</w:t>
            </w:r>
            <w:proofErr w:type="spellEnd"/>
            <w:r>
              <w:t xml:space="preserve"> </w:t>
            </w:r>
            <w:proofErr w:type="spellStart"/>
            <w:r>
              <w:t>akoukoľvek</w:t>
            </w:r>
            <w:proofErr w:type="spellEnd"/>
            <w:r>
              <w:t xml:space="preserve"> </w:t>
            </w:r>
            <w:proofErr w:type="spellStart"/>
            <w:r>
              <w:t>jeho</w:t>
            </w:r>
            <w:proofErr w:type="spellEnd"/>
            <w:r>
              <w:t xml:space="preserve"> </w:t>
            </w:r>
            <w:proofErr w:type="spellStart"/>
            <w:r>
              <w:t>časťou</w:t>
            </w:r>
            <w:proofErr w:type="spellEnd"/>
            <w:r>
              <w:t xml:space="preserve"> </w:t>
            </w:r>
            <w:proofErr w:type="spellStart"/>
            <w:r>
              <w:t>alebo</w:t>
            </w:r>
            <w:proofErr w:type="spellEnd"/>
            <w:r>
              <w:t xml:space="preserve"> s </w:t>
            </w:r>
            <w:proofErr w:type="spellStart"/>
            <w:r>
              <w:t>akýmikoľvek</w:t>
            </w:r>
            <w:proofErr w:type="spellEnd"/>
            <w:r>
              <w:t xml:space="preserve"> </w:t>
            </w:r>
            <w:proofErr w:type="spellStart"/>
            <w:r>
              <w:t>inými</w:t>
            </w:r>
            <w:proofErr w:type="spellEnd"/>
            <w:r>
              <w:t xml:space="preserve"> </w:t>
            </w:r>
            <w:proofErr w:type="spellStart"/>
            <w:r>
              <w:t>súvisiacimi</w:t>
            </w:r>
            <w:proofErr w:type="spellEnd"/>
            <w:r>
              <w:t xml:space="preserve"> </w:t>
            </w:r>
            <w:proofErr w:type="spellStart"/>
            <w:r>
              <w:t>informáciami</w:t>
            </w:r>
            <w:proofErr w:type="spellEnd"/>
            <w:r>
              <w:t xml:space="preserve"> </w:t>
            </w:r>
            <w:proofErr w:type="spellStart"/>
            <w:r>
              <w:t>alebo</w:t>
            </w:r>
            <w:proofErr w:type="spellEnd"/>
            <w:r>
              <w:t xml:space="preserve"> </w:t>
            </w:r>
            <w:proofErr w:type="spellStart"/>
            <w:r>
              <w:t>údajmi</w:t>
            </w:r>
            <w:proofErr w:type="spellEnd"/>
            <w:r>
              <w:t xml:space="preserve"> </w:t>
            </w:r>
            <w:proofErr w:type="spellStart"/>
            <w:r>
              <w:t>poskytnutými</w:t>
            </w:r>
            <w:proofErr w:type="spellEnd"/>
            <w:r>
              <w:t xml:space="preserve"> </w:t>
            </w:r>
            <w:proofErr w:type="spellStart"/>
            <w:r>
              <w:t>predávajúcim</w:t>
            </w:r>
            <w:proofErr w:type="spellEnd"/>
            <w:r>
              <w:t xml:space="preserve"> </w:t>
            </w:r>
            <w:proofErr w:type="spellStart"/>
            <w:r>
              <w:t>alebo</w:t>
            </w:r>
            <w:proofErr w:type="spellEnd"/>
            <w:r>
              <w:t xml:space="preserve"> </w:t>
            </w:r>
            <w:proofErr w:type="spellStart"/>
            <w:r>
              <w:t>jeho</w:t>
            </w:r>
            <w:proofErr w:type="spellEnd"/>
            <w:r>
              <w:t xml:space="preserve"> </w:t>
            </w:r>
            <w:proofErr w:type="spellStart"/>
            <w:r>
              <w:t>poskytovateľmi</w:t>
            </w:r>
            <w:proofErr w:type="spellEnd"/>
            <w:r>
              <w:t xml:space="preserve"> </w:t>
            </w:r>
            <w:proofErr w:type="spellStart"/>
            <w:r>
              <w:t>licencií</w:t>
            </w:r>
            <w:proofErr w:type="spellEnd"/>
            <w:r>
              <w:t>.</w:t>
            </w:r>
          </w:p>
        </w:tc>
      </w:tr>
    </w:tbl>
    <w:p w14:paraId="059C0668" w14:textId="77777777" w:rsidR="003F413A" w:rsidRDefault="003F413A">
      <w:pPr>
        <w:spacing w:line="180" w:lineRule="auto"/>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14:paraId="134DC473" w14:textId="77777777">
        <w:trPr>
          <w:jc w:val="center"/>
        </w:trPr>
        <w:tc>
          <w:tcPr>
            <w:tcW w:w="5159" w:type="dxa"/>
            <w:shd w:val="clear" w:color="auto" w:fill="EDEDED"/>
            <w:tcMar>
              <w:top w:w="90" w:type="dxa"/>
              <w:left w:w="95" w:type="dxa"/>
              <w:bottom w:w="90" w:type="dxa"/>
              <w:right w:w="95" w:type="dxa"/>
            </w:tcMar>
          </w:tcPr>
          <w:p w14:paraId="4DAE7ADA" w14:textId="77777777" w:rsidR="003F413A" w:rsidRDefault="00000000">
            <w:pPr>
              <w:keepNext/>
              <w:spacing w:after="40"/>
              <w:jc w:val="center"/>
            </w:pPr>
            <w:r>
              <w:rPr>
                <w:b/>
                <w:sz w:val="18"/>
              </w:rPr>
              <w:t>Article 17. Compliance With Sanctions</w:t>
            </w:r>
          </w:p>
        </w:tc>
        <w:tc>
          <w:tcPr>
            <w:tcW w:w="5159" w:type="dxa"/>
            <w:shd w:val="clear" w:color="auto" w:fill="EDEDED"/>
            <w:tcMar>
              <w:top w:w="90" w:type="dxa"/>
              <w:left w:w="95" w:type="dxa"/>
              <w:bottom w:w="90" w:type="dxa"/>
              <w:right w:w="95" w:type="dxa"/>
            </w:tcMar>
          </w:tcPr>
          <w:p w14:paraId="39ABEA71" w14:textId="77777777" w:rsidR="003F413A" w:rsidRDefault="00000000">
            <w:pPr>
              <w:keepNext/>
              <w:spacing w:after="40"/>
              <w:jc w:val="center"/>
            </w:pPr>
            <w:proofErr w:type="spellStart"/>
            <w:r>
              <w:rPr>
                <w:b/>
                <w:sz w:val="18"/>
              </w:rPr>
              <w:t>Článok</w:t>
            </w:r>
            <w:proofErr w:type="spellEnd"/>
            <w:r>
              <w:rPr>
                <w:b/>
                <w:sz w:val="18"/>
              </w:rPr>
              <w:t xml:space="preserve"> 17. </w:t>
            </w:r>
            <w:proofErr w:type="spellStart"/>
            <w:r>
              <w:rPr>
                <w:b/>
                <w:sz w:val="18"/>
              </w:rPr>
              <w:t>Dodržiavanie</w:t>
            </w:r>
            <w:proofErr w:type="spellEnd"/>
            <w:r>
              <w:rPr>
                <w:b/>
                <w:sz w:val="18"/>
              </w:rPr>
              <w:t xml:space="preserve"> </w:t>
            </w:r>
            <w:proofErr w:type="spellStart"/>
            <w:r>
              <w:rPr>
                <w:b/>
                <w:sz w:val="18"/>
              </w:rPr>
              <w:t>sankcií</w:t>
            </w:r>
            <w:proofErr w:type="spellEnd"/>
          </w:p>
        </w:tc>
      </w:tr>
    </w:tbl>
    <w:p w14:paraId="297629A0" w14:textId="77777777" w:rsidR="003F413A" w:rsidRDefault="003F413A">
      <w:pPr>
        <w:keepNext/>
        <w:spacing w:line="180" w:lineRule="auto"/>
      </w:pPr>
    </w:p>
    <w:tbl>
      <w:tblPr>
        <w:tblW w:w="0" w:type="auto"/>
        <w:jc w:val="center"/>
        <w:tblBorders>
          <w:top w:val="single" w:sz="3" w:space="0" w:color="A0A0A0"/>
          <w:left w:val="single" w:sz="3" w:space="0" w:color="A0A0A0"/>
          <w:bottom w:val="single" w:sz="3" w:space="0" w:color="A0A0A0"/>
          <w:right w:val="single" w:sz="3" w:space="0" w:color="A0A0A0"/>
          <w:insideH w:val="single" w:sz="3" w:space="0" w:color="A0A0A0"/>
          <w:insideV w:val="single" w:sz="3" w:space="0" w:color="A0A0A0"/>
        </w:tblBorders>
        <w:tblLayout w:type="fixed"/>
        <w:tblLook w:val="04A0" w:firstRow="1" w:lastRow="0" w:firstColumn="1" w:lastColumn="0" w:noHBand="0" w:noVBand="1"/>
      </w:tblPr>
      <w:tblGrid>
        <w:gridCol w:w="5159"/>
        <w:gridCol w:w="5159"/>
      </w:tblGrid>
      <w:tr w:rsidR="003F413A" w:rsidRPr="009C7B7A" w14:paraId="7746F0B1" w14:textId="77777777">
        <w:trPr>
          <w:jc w:val="center"/>
        </w:trPr>
        <w:tc>
          <w:tcPr>
            <w:tcW w:w="5159" w:type="dxa"/>
            <w:tcMar>
              <w:top w:w="70" w:type="dxa"/>
              <w:left w:w="95" w:type="dxa"/>
              <w:bottom w:w="70" w:type="dxa"/>
              <w:right w:w="95" w:type="dxa"/>
            </w:tcMar>
          </w:tcPr>
          <w:p w14:paraId="35279B4B" w14:textId="77777777" w:rsidR="003F413A" w:rsidRDefault="00000000">
            <w:pPr>
              <w:spacing w:after="40"/>
              <w:jc w:val="both"/>
            </w:pPr>
            <w:r>
              <w:t xml:space="preserve">The Parties hereby undertake, represent and warrant to each other that they and any of their affiliated persons, as of the date of this </w:t>
            </w:r>
            <w:r>
              <w:lastRenderedPageBreak/>
              <w:t>Contract and at any time during the term of validity of the Contract, shall comply with:</w:t>
            </w:r>
          </w:p>
          <w:p w14:paraId="4B7D609D" w14:textId="77777777" w:rsidR="003F413A" w:rsidRDefault="00000000">
            <w:pPr>
              <w:spacing w:after="40"/>
              <w:jc w:val="both"/>
            </w:pPr>
            <w:r>
              <w:t>a. trade, economic or financial sanctions laws, regulations, embargoes or restrictive measures administered, enacted or enforced by any Sanctions Authority (as this term is defined below).</w:t>
            </w:r>
          </w:p>
          <w:p w14:paraId="23F0551B" w14:textId="77777777" w:rsidR="00B00533" w:rsidRDefault="00000000">
            <w:pPr>
              <w:spacing w:after="40"/>
              <w:jc w:val="both"/>
            </w:pPr>
            <w:r>
              <w:t>b. law or regulation enacted, promulgated, or issued by any Sanctions Authority after the date of this Contract.</w:t>
            </w:r>
          </w:p>
          <w:p w14:paraId="55FDC021" w14:textId="77777777" w:rsidR="00B00533" w:rsidRDefault="00B00533">
            <w:pPr>
              <w:spacing w:after="40"/>
              <w:jc w:val="both"/>
            </w:pPr>
          </w:p>
          <w:p w14:paraId="02C08B3B" w14:textId="77777777" w:rsidR="00B00533" w:rsidRDefault="00000000">
            <w:pPr>
              <w:spacing w:after="40"/>
              <w:jc w:val="both"/>
            </w:pPr>
            <w:r>
              <w:t>c. anti-money laundering and anti-terrorism financing laws, regulations, and rules of the jurisdictions in which such Party and its affiliated persons conduct business.</w:t>
            </w:r>
          </w:p>
          <w:p w14:paraId="2FAA16B9" w14:textId="77777777" w:rsidR="003F413A" w:rsidRDefault="00000000">
            <w:pPr>
              <w:spacing w:after="40"/>
              <w:jc w:val="both"/>
            </w:pPr>
            <w:r>
              <w:t>For the purposes of this clause the term “Sanctions Authority” means the United States of America, the United Nations, the European Union, including its member states from time to time, any similar authorities, and any department of any of those supra-national organizations or national governments which from time to time have authority for the sanctions as specified in sub clauses (a) to (b) above</w:t>
            </w:r>
            <w:r w:rsidR="00B00533">
              <w:t xml:space="preserve"> </w:t>
            </w:r>
            <w:r>
              <w:t>(the “Sanctions Laws”).</w:t>
            </w:r>
          </w:p>
        </w:tc>
        <w:tc>
          <w:tcPr>
            <w:tcW w:w="5159" w:type="dxa"/>
            <w:tcMar>
              <w:top w:w="70" w:type="dxa"/>
              <w:left w:w="95" w:type="dxa"/>
              <w:bottom w:w="70" w:type="dxa"/>
              <w:right w:w="95" w:type="dxa"/>
            </w:tcMar>
          </w:tcPr>
          <w:p w14:paraId="2B368B35" w14:textId="77777777" w:rsidR="003F413A" w:rsidRDefault="00000000">
            <w:pPr>
              <w:spacing w:after="40"/>
              <w:jc w:val="both"/>
            </w:pPr>
            <w:proofErr w:type="spellStart"/>
            <w:r>
              <w:lastRenderedPageBreak/>
              <w:t>Zmluvné</w:t>
            </w:r>
            <w:proofErr w:type="spellEnd"/>
            <w:r>
              <w:t xml:space="preserve"> </w:t>
            </w:r>
            <w:proofErr w:type="spellStart"/>
            <w:r>
              <w:t>strany</w:t>
            </w:r>
            <w:proofErr w:type="spellEnd"/>
            <w:r>
              <w:t xml:space="preserve"> </w:t>
            </w:r>
            <w:proofErr w:type="spellStart"/>
            <w:r>
              <w:t>sa</w:t>
            </w:r>
            <w:proofErr w:type="spellEnd"/>
            <w:r>
              <w:t xml:space="preserve"> </w:t>
            </w:r>
            <w:proofErr w:type="spellStart"/>
            <w:r>
              <w:t>týmto</w:t>
            </w:r>
            <w:proofErr w:type="spellEnd"/>
            <w:r>
              <w:t xml:space="preserve"> </w:t>
            </w:r>
            <w:proofErr w:type="spellStart"/>
            <w:r>
              <w:t>zaväzujú</w:t>
            </w:r>
            <w:proofErr w:type="spellEnd"/>
            <w:r>
              <w:t xml:space="preserve">, </w:t>
            </w:r>
            <w:proofErr w:type="spellStart"/>
            <w:r>
              <w:t>vyhlasujú</w:t>
            </w:r>
            <w:proofErr w:type="spellEnd"/>
            <w:r>
              <w:t xml:space="preserve"> a </w:t>
            </w:r>
            <w:proofErr w:type="spellStart"/>
            <w:r>
              <w:t>navzájom</w:t>
            </w:r>
            <w:proofErr w:type="spellEnd"/>
            <w:r>
              <w:t xml:space="preserve"> </w:t>
            </w:r>
            <w:proofErr w:type="spellStart"/>
            <w:r>
              <w:t>si</w:t>
            </w:r>
            <w:proofErr w:type="spellEnd"/>
            <w:r>
              <w:t xml:space="preserve"> </w:t>
            </w:r>
            <w:proofErr w:type="spellStart"/>
            <w:r>
              <w:t>zaručujú</w:t>
            </w:r>
            <w:proofErr w:type="spellEnd"/>
            <w:r>
              <w:t xml:space="preserve">, </w:t>
            </w:r>
            <w:proofErr w:type="spellStart"/>
            <w:r>
              <w:t>že</w:t>
            </w:r>
            <w:proofErr w:type="spellEnd"/>
            <w:r>
              <w:t xml:space="preserve"> </w:t>
            </w:r>
            <w:proofErr w:type="spellStart"/>
            <w:r>
              <w:t>oni</w:t>
            </w:r>
            <w:proofErr w:type="spellEnd"/>
            <w:r>
              <w:t xml:space="preserve"> a </w:t>
            </w:r>
            <w:proofErr w:type="spellStart"/>
            <w:r>
              <w:t>ktorákoľvek</w:t>
            </w:r>
            <w:proofErr w:type="spellEnd"/>
            <w:r>
              <w:t xml:space="preserve"> z ich </w:t>
            </w:r>
            <w:proofErr w:type="spellStart"/>
            <w:r>
              <w:t>pridružených</w:t>
            </w:r>
            <w:proofErr w:type="spellEnd"/>
            <w:r>
              <w:t xml:space="preserve"> </w:t>
            </w:r>
            <w:proofErr w:type="spellStart"/>
            <w:r>
              <w:t>osôb</w:t>
            </w:r>
            <w:proofErr w:type="spellEnd"/>
            <w:r>
              <w:t xml:space="preserve"> </w:t>
            </w:r>
            <w:proofErr w:type="spellStart"/>
            <w:r>
              <w:t>ku</w:t>
            </w:r>
            <w:proofErr w:type="spellEnd"/>
            <w:r>
              <w:t xml:space="preserve"> </w:t>
            </w:r>
            <w:proofErr w:type="spellStart"/>
            <w:r>
              <w:t>dňu</w:t>
            </w:r>
            <w:proofErr w:type="spellEnd"/>
            <w:r>
              <w:t xml:space="preserve"> </w:t>
            </w:r>
            <w:proofErr w:type="spellStart"/>
            <w:r>
              <w:lastRenderedPageBreak/>
              <w:t>uzavretia</w:t>
            </w:r>
            <w:proofErr w:type="spellEnd"/>
            <w:r>
              <w:t xml:space="preserve"> </w:t>
            </w:r>
            <w:proofErr w:type="spellStart"/>
            <w:r>
              <w:t>tejto</w:t>
            </w:r>
            <w:proofErr w:type="spellEnd"/>
            <w:r>
              <w:t xml:space="preserve"> </w:t>
            </w:r>
            <w:proofErr w:type="spellStart"/>
            <w:r>
              <w:t>zmluvy</w:t>
            </w:r>
            <w:proofErr w:type="spellEnd"/>
            <w:r>
              <w:t xml:space="preserve"> a </w:t>
            </w:r>
            <w:proofErr w:type="spellStart"/>
            <w:r>
              <w:t>kedykoľvek</w:t>
            </w:r>
            <w:proofErr w:type="spellEnd"/>
            <w:r>
              <w:t xml:space="preserve"> </w:t>
            </w:r>
            <w:proofErr w:type="spellStart"/>
            <w:r>
              <w:t>počas</w:t>
            </w:r>
            <w:proofErr w:type="spellEnd"/>
            <w:r>
              <w:t xml:space="preserve"> </w:t>
            </w:r>
            <w:proofErr w:type="spellStart"/>
            <w:r>
              <w:t>doby</w:t>
            </w:r>
            <w:proofErr w:type="spellEnd"/>
            <w:r>
              <w:t xml:space="preserve"> </w:t>
            </w:r>
            <w:proofErr w:type="spellStart"/>
            <w:r>
              <w:t>platnosti</w:t>
            </w:r>
            <w:proofErr w:type="spellEnd"/>
            <w:r>
              <w:t xml:space="preserve"> </w:t>
            </w:r>
            <w:proofErr w:type="spellStart"/>
            <w:r>
              <w:t>zmluvy</w:t>
            </w:r>
            <w:proofErr w:type="spellEnd"/>
            <w:r>
              <w:t xml:space="preserve"> </w:t>
            </w:r>
            <w:proofErr w:type="spellStart"/>
            <w:r>
              <w:t>budú</w:t>
            </w:r>
            <w:proofErr w:type="spellEnd"/>
            <w:r>
              <w:t xml:space="preserve"> </w:t>
            </w:r>
            <w:proofErr w:type="spellStart"/>
            <w:r>
              <w:t>dodržiavať</w:t>
            </w:r>
            <w:proofErr w:type="spellEnd"/>
            <w:r>
              <w:t>:</w:t>
            </w:r>
          </w:p>
          <w:p w14:paraId="66872C1F" w14:textId="77777777" w:rsidR="003F413A" w:rsidRPr="00C7762B" w:rsidRDefault="00000000">
            <w:pPr>
              <w:spacing w:after="40"/>
              <w:jc w:val="both"/>
              <w:rPr>
                <w:lang w:val="sk-SK"/>
              </w:rPr>
            </w:pPr>
            <w:r w:rsidRPr="00C7762B">
              <w:rPr>
                <w:lang w:val="sk-SK"/>
              </w:rPr>
              <w:t>a. zákony, nariadenia, embargá alebo reštriktívne opatrenia v oblasti obchodných, hospodárskych  alebo finančných sankcií, ktoré riadi, uzákonil alebo presadzuje akýkoľvek Sankčný orgán (podľa definície tohto pojmu nižšie).</w:t>
            </w:r>
          </w:p>
          <w:p w14:paraId="6AB4801E" w14:textId="77777777" w:rsidR="003F413A" w:rsidRPr="00C7762B" w:rsidRDefault="00000000">
            <w:pPr>
              <w:spacing w:after="40"/>
              <w:jc w:val="both"/>
              <w:rPr>
                <w:lang w:val="sk-SK"/>
              </w:rPr>
            </w:pPr>
            <w:r w:rsidRPr="00C7762B">
              <w:rPr>
                <w:lang w:val="sk-SK"/>
              </w:rPr>
              <w:t>b. zákon alebo predpis prijatý, vyhlásený alebo vydaný akýmkoľvek Sankčným orgánom po dátume uzavretia tejto zmluvy.</w:t>
            </w:r>
          </w:p>
          <w:p w14:paraId="29A3FD74" w14:textId="77777777" w:rsidR="003F413A" w:rsidRPr="00C7762B" w:rsidRDefault="00000000">
            <w:pPr>
              <w:spacing w:after="40"/>
              <w:jc w:val="both"/>
              <w:rPr>
                <w:lang w:val="sk-SK"/>
              </w:rPr>
            </w:pPr>
            <w:r w:rsidRPr="00C7762B">
              <w:rPr>
                <w:lang w:val="sk-SK"/>
              </w:rPr>
              <w:t>c. zákony, predpisy a pravidlá o boji proti praniu špinavých peňazí a financovaniu terorizmu v krajinách, v ktorých takáto zmluvná strana a jej pridružené osoby podnikajú.</w:t>
            </w:r>
          </w:p>
          <w:p w14:paraId="133F1CF7" w14:textId="77777777" w:rsidR="003F413A" w:rsidRPr="00E379B6" w:rsidRDefault="00000000">
            <w:pPr>
              <w:spacing w:after="40"/>
              <w:jc w:val="both"/>
              <w:rPr>
                <w:lang w:val="sk-SK"/>
              </w:rPr>
            </w:pPr>
            <w:r w:rsidRPr="00C7762B">
              <w:rPr>
                <w:lang w:val="sk-SK"/>
              </w:rPr>
              <w:t>Pre účely tohto článku pojem „Sankčný orgán“ znamená Spojené štáty americké, Organizáciu Spojených národov, Európsku úniu vrátane jej členských štátov, akékoľvek podobné orgány a akékoľvek oddelenie ktoréhokoľvek z týchto nadnárodných organizácií alebo národných vlád, ktoré majú kedykoľvek právomoc ukladať sankcie, ako je uvedené v bodoch (a) až (b) vyššie („Zákony o sankciách“).</w:t>
            </w:r>
          </w:p>
        </w:tc>
      </w:tr>
    </w:tbl>
    <w:p w14:paraId="778CA2A5" w14:textId="77777777" w:rsidR="003F413A" w:rsidRPr="00E379B6" w:rsidRDefault="003F413A">
      <w:pPr>
        <w:spacing w:line="180" w:lineRule="auto"/>
        <w:rPr>
          <w:lang w:val="sk-SK"/>
        </w:rPr>
      </w:pPr>
    </w:p>
    <w:tbl>
      <w:tblPr>
        <w:tblW w:w="0" w:type="auto"/>
        <w:jc w:val="center"/>
        <w:tblBorders>
          <w:top w:val="single" w:sz="5" w:space="0" w:color="A0A0A0"/>
          <w:left w:val="single" w:sz="5" w:space="0" w:color="A0A0A0"/>
          <w:bottom w:val="single" w:sz="5" w:space="0" w:color="A0A0A0"/>
          <w:right w:val="single" w:sz="5" w:space="0" w:color="A0A0A0"/>
          <w:insideH w:val="single" w:sz="5" w:space="0" w:color="A0A0A0"/>
          <w:insideV w:val="single" w:sz="5" w:space="0" w:color="A0A0A0"/>
        </w:tblBorders>
        <w:tblLayout w:type="fixed"/>
        <w:tblLook w:val="04A0" w:firstRow="1" w:lastRow="0" w:firstColumn="1" w:lastColumn="0" w:noHBand="0" w:noVBand="1"/>
      </w:tblPr>
      <w:tblGrid>
        <w:gridCol w:w="5159"/>
        <w:gridCol w:w="5159"/>
      </w:tblGrid>
      <w:tr w:rsidR="003F413A" w:rsidRPr="003C2082" w14:paraId="4001D1F9" w14:textId="77777777">
        <w:trPr>
          <w:jc w:val="center"/>
        </w:trPr>
        <w:tc>
          <w:tcPr>
            <w:tcW w:w="5159" w:type="dxa"/>
            <w:shd w:val="clear" w:color="auto" w:fill="EDEDED"/>
            <w:tcMar>
              <w:top w:w="90" w:type="dxa"/>
              <w:left w:w="95" w:type="dxa"/>
              <w:bottom w:w="90" w:type="dxa"/>
              <w:right w:w="95" w:type="dxa"/>
            </w:tcMar>
          </w:tcPr>
          <w:p w14:paraId="694886F4" w14:textId="77777777" w:rsidR="003B3D28" w:rsidRPr="003B3D28" w:rsidRDefault="00000000" w:rsidP="003B3D28">
            <w:pPr>
              <w:spacing w:after="40"/>
              <w:jc w:val="center"/>
            </w:pPr>
            <w:r>
              <w:rPr>
                <w:b/>
                <w:sz w:val="18"/>
              </w:rPr>
              <w:t>Legal address of the parties:</w:t>
            </w:r>
          </w:p>
          <w:p w14:paraId="1E6E37F4" w14:textId="77777777" w:rsidR="003B3D28" w:rsidRDefault="003B3D28">
            <w:pPr>
              <w:spacing w:after="40"/>
              <w:jc w:val="center"/>
              <w:rPr>
                <w:b/>
                <w:sz w:val="18"/>
              </w:rPr>
            </w:pPr>
          </w:p>
          <w:p w14:paraId="0565420B" w14:textId="77777777" w:rsidR="003F413A" w:rsidRDefault="00000000">
            <w:pPr>
              <w:spacing w:after="40"/>
              <w:jc w:val="center"/>
            </w:pPr>
            <w:r>
              <w:rPr>
                <w:b/>
                <w:sz w:val="18"/>
              </w:rPr>
              <w:t>THE BUYER:</w:t>
            </w:r>
          </w:p>
          <w:p w14:paraId="18A34E87" w14:textId="77777777" w:rsidR="003F413A" w:rsidRDefault="00000000">
            <w:pPr>
              <w:spacing w:after="40"/>
              <w:jc w:val="center"/>
            </w:pPr>
            <w:r>
              <w:rPr>
                <w:b/>
                <w:sz w:val="18"/>
              </w:rPr>
              <w:t xml:space="preserve">EU Poultry </w:t>
            </w:r>
            <w:proofErr w:type="spellStart"/>
            <w:r>
              <w:rPr>
                <w:b/>
                <w:sz w:val="18"/>
              </w:rPr>
              <w:t>s.r.o.</w:t>
            </w:r>
            <w:proofErr w:type="spellEnd"/>
            <w:r>
              <w:rPr>
                <w:b/>
                <w:sz w:val="18"/>
              </w:rPr>
              <w:t>,</w:t>
            </w:r>
          </w:p>
          <w:p w14:paraId="4C08632A" w14:textId="77777777" w:rsidR="003F413A" w:rsidRDefault="00000000">
            <w:pPr>
              <w:spacing w:after="40"/>
              <w:jc w:val="center"/>
            </w:pPr>
            <w:r>
              <w:rPr>
                <w:b/>
                <w:sz w:val="18"/>
              </w:rPr>
              <w:t xml:space="preserve">Address: Digital Park I, </w:t>
            </w:r>
            <w:proofErr w:type="spellStart"/>
            <w:r>
              <w:rPr>
                <w:b/>
                <w:sz w:val="18"/>
              </w:rPr>
              <w:t>Einsteinova</w:t>
            </w:r>
            <w:proofErr w:type="spellEnd"/>
            <w:r>
              <w:rPr>
                <w:b/>
                <w:sz w:val="18"/>
              </w:rPr>
              <w:t xml:space="preserve"> 21, 851 01 Bratislava, Slovak Republic</w:t>
            </w:r>
          </w:p>
          <w:p w14:paraId="78D11F17" w14:textId="77777777" w:rsidR="003F413A" w:rsidRDefault="00000000">
            <w:pPr>
              <w:spacing w:after="40"/>
              <w:jc w:val="center"/>
            </w:pPr>
            <w:r>
              <w:rPr>
                <w:b/>
                <w:sz w:val="18"/>
              </w:rPr>
              <w:t>VAT number: SK2120419477</w:t>
            </w:r>
          </w:p>
          <w:p w14:paraId="09A2B796" w14:textId="77777777" w:rsidR="003F413A" w:rsidRDefault="00000000">
            <w:pPr>
              <w:spacing w:after="40"/>
              <w:jc w:val="center"/>
            </w:pPr>
            <w:r>
              <w:rPr>
                <w:b/>
                <w:sz w:val="18"/>
              </w:rPr>
              <w:t>Buyer's Bank Details:</w:t>
            </w:r>
          </w:p>
          <w:p w14:paraId="42699D47" w14:textId="77777777" w:rsidR="003F413A" w:rsidRDefault="00000000">
            <w:pPr>
              <w:spacing w:after="40"/>
              <w:jc w:val="center"/>
            </w:pPr>
            <w:r>
              <w:rPr>
                <w:b/>
                <w:sz w:val="18"/>
              </w:rPr>
              <w:t xml:space="preserve">Bank name: </w:t>
            </w:r>
            <w:proofErr w:type="spellStart"/>
            <w:r>
              <w:rPr>
                <w:b/>
                <w:sz w:val="18"/>
              </w:rPr>
              <w:t>Slovenská</w:t>
            </w:r>
            <w:proofErr w:type="spellEnd"/>
            <w:r>
              <w:rPr>
                <w:b/>
                <w:sz w:val="18"/>
              </w:rPr>
              <w:t xml:space="preserve"> </w:t>
            </w:r>
            <w:proofErr w:type="spellStart"/>
            <w:r>
              <w:rPr>
                <w:b/>
                <w:sz w:val="18"/>
              </w:rPr>
              <w:t>sporiteľňa</w:t>
            </w:r>
            <w:proofErr w:type="spellEnd"/>
            <w:r>
              <w:rPr>
                <w:b/>
                <w:sz w:val="18"/>
              </w:rPr>
              <w:t xml:space="preserve">, </w:t>
            </w:r>
            <w:proofErr w:type="spellStart"/>
            <w:r>
              <w:rPr>
                <w:b/>
                <w:sz w:val="18"/>
              </w:rPr>
              <w:t>a.s</w:t>
            </w:r>
            <w:proofErr w:type="spellEnd"/>
            <w:r>
              <w:rPr>
                <w:b/>
                <w:sz w:val="18"/>
              </w:rPr>
              <w:t xml:space="preserve"> (SLSP)</w:t>
            </w:r>
          </w:p>
          <w:p w14:paraId="68C397F0" w14:textId="77777777" w:rsidR="003F413A" w:rsidRDefault="00000000">
            <w:pPr>
              <w:spacing w:after="40"/>
              <w:jc w:val="center"/>
            </w:pPr>
            <w:r>
              <w:rPr>
                <w:b/>
                <w:sz w:val="18"/>
              </w:rPr>
              <w:t xml:space="preserve">Bank Address: </w:t>
            </w:r>
            <w:proofErr w:type="spellStart"/>
            <w:r>
              <w:rPr>
                <w:b/>
                <w:sz w:val="18"/>
              </w:rPr>
              <w:t>Tomášikova</w:t>
            </w:r>
            <w:proofErr w:type="spellEnd"/>
            <w:r>
              <w:rPr>
                <w:b/>
                <w:sz w:val="18"/>
              </w:rPr>
              <w:t xml:space="preserve"> 48, 832 37 Bratislava</w:t>
            </w:r>
          </w:p>
          <w:p w14:paraId="32A8C8A6" w14:textId="77777777" w:rsidR="003F413A" w:rsidRDefault="00000000">
            <w:pPr>
              <w:spacing w:after="40"/>
              <w:jc w:val="center"/>
            </w:pPr>
            <w:r>
              <w:rPr>
                <w:b/>
                <w:sz w:val="18"/>
              </w:rPr>
              <w:t>SWIFT: GIBASKBX,</w:t>
            </w:r>
          </w:p>
          <w:p w14:paraId="102668D1" w14:textId="77777777" w:rsidR="003F413A" w:rsidRDefault="00000000">
            <w:pPr>
              <w:spacing w:after="40"/>
              <w:jc w:val="center"/>
            </w:pPr>
            <w:r>
              <w:rPr>
                <w:b/>
                <w:sz w:val="18"/>
              </w:rPr>
              <w:t>Bank code: 0900</w:t>
            </w:r>
          </w:p>
          <w:p w14:paraId="2C8FCB9B" w14:textId="77777777" w:rsidR="003F413A" w:rsidRDefault="00000000">
            <w:pPr>
              <w:spacing w:after="40"/>
              <w:jc w:val="center"/>
            </w:pPr>
            <w:r>
              <w:rPr>
                <w:b/>
                <w:sz w:val="18"/>
              </w:rPr>
              <w:t>Account number: 5125201482/090</w:t>
            </w:r>
          </w:p>
          <w:p w14:paraId="2382BD32" w14:textId="77777777" w:rsidR="003F413A" w:rsidRDefault="00000000">
            <w:pPr>
              <w:spacing w:after="40"/>
              <w:jc w:val="center"/>
            </w:pPr>
            <w:r>
              <w:rPr>
                <w:b/>
                <w:sz w:val="18"/>
              </w:rPr>
              <w:t>IBAN: SK45 0900 0000 0051 2520 1482</w:t>
            </w:r>
          </w:p>
          <w:p w14:paraId="69A0F05E" w14:textId="77777777" w:rsidR="003B3D28" w:rsidRDefault="003B3D28">
            <w:pPr>
              <w:spacing w:after="40"/>
              <w:jc w:val="center"/>
              <w:rPr>
                <w:b/>
                <w:sz w:val="18"/>
              </w:rPr>
            </w:pPr>
          </w:p>
          <w:p w14:paraId="5E3231BE" w14:textId="77777777" w:rsidR="003B3D28" w:rsidRDefault="003B3D28">
            <w:pPr>
              <w:spacing w:after="40"/>
              <w:jc w:val="center"/>
              <w:rPr>
                <w:b/>
                <w:sz w:val="18"/>
              </w:rPr>
            </w:pPr>
          </w:p>
          <w:p w14:paraId="46AB3FEF" w14:textId="77777777" w:rsidR="003F413A" w:rsidRDefault="00000000">
            <w:pPr>
              <w:spacing w:after="40"/>
              <w:jc w:val="center"/>
            </w:pPr>
            <w:r>
              <w:rPr>
                <w:b/>
                <w:sz w:val="18"/>
              </w:rPr>
              <w:t>THE SELLER:</w:t>
            </w:r>
          </w:p>
          <w:p w14:paraId="32C07B9B" w14:textId="77777777" w:rsidR="003F413A" w:rsidRDefault="00000000">
            <w:pPr>
              <w:spacing w:after="40"/>
              <w:jc w:val="center"/>
            </w:pPr>
            <w:r>
              <w:rPr>
                <w:b/>
                <w:sz w:val="18"/>
              </w:rPr>
              <w:t>Company Name</w:t>
            </w:r>
          </w:p>
          <w:p w14:paraId="1D52C39A" w14:textId="77777777" w:rsidR="003F413A" w:rsidRDefault="00000000">
            <w:pPr>
              <w:spacing w:after="40"/>
              <w:jc w:val="center"/>
            </w:pPr>
            <w:r>
              <w:rPr>
                <w:b/>
                <w:sz w:val="18"/>
              </w:rPr>
              <w:t>Adress:</w:t>
            </w:r>
          </w:p>
          <w:p w14:paraId="0B2699B4" w14:textId="77777777" w:rsidR="003F413A" w:rsidRPr="00B662DE" w:rsidRDefault="00000000">
            <w:pPr>
              <w:spacing w:after="40"/>
              <w:jc w:val="center"/>
              <w:rPr>
                <w:lang w:val="de-DE"/>
              </w:rPr>
            </w:pPr>
            <w:proofErr w:type="spellStart"/>
            <w:proofErr w:type="gramStart"/>
            <w:r w:rsidRPr="00B662DE">
              <w:rPr>
                <w:b/>
                <w:sz w:val="18"/>
                <w:lang w:val="de-DE"/>
              </w:rPr>
              <w:t>Seller’s</w:t>
            </w:r>
            <w:proofErr w:type="spellEnd"/>
            <w:proofErr w:type="gramEnd"/>
            <w:r w:rsidRPr="00B662DE">
              <w:rPr>
                <w:b/>
                <w:sz w:val="18"/>
                <w:lang w:val="de-DE"/>
              </w:rPr>
              <w:t xml:space="preserve"> Bank Details:</w:t>
            </w:r>
          </w:p>
          <w:p w14:paraId="62E34F0D" w14:textId="77777777" w:rsidR="003F413A" w:rsidRPr="00B662DE" w:rsidRDefault="00000000">
            <w:pPr>
              <w:spacing w:after="40"/>
              <w:jc w:val="center"/>
              <w:rPr>
                <w:lang w:val="de-DE"/>
              </w:rPr>
            </w:pPr>
            <w:r w:rsidRPr="00B662DE">
              <w:rPr>
                <w:b/>
                <w:sz w:val="18"/>
                <w:lang w:val="de-DE"/>
              </w:rPr>
              <w:t xml:space="preserve">Bank </w:t>
            </w:r>
            <w:proofErr w:type="spellStart"/>
            <w:r w:rsidRPr="00B662DE">
              <w:rPr>
                <w:b/>
                <w:sz w:val="18"/>
                <w:lang w:val="de-DE"/>
              </w:rPr>
              <w:t>name</w:t>
            </w:r>
            <w:proofErr w:type="spellEnd"/>
            <w:r w:rsidRPr="00B662DE">
              <w:rPr>
                <w:b/>
                <w:sz w:val="18"/>
                <w:lang w:val="de-DE"/>
              </w:rPr>
              <w:t>:</w:t>
            </w:r>
          </w:p>
          <w:p w14:paraId="455C9C8F" w14:textId="77777777" w:rsidR="003F413A" w:rsidRDefault="00000000">
            <w:pPr>
              <w:spacing w:after="40"/>
              <w:jc w:val="center"/>
            </w:pPr>
            <w:r>
              <w:rPr>
                <w:b/>
                <w:sz w:val="18"/>
              </w:rPr>
              <w:t>IBAN:</w:t>
            </w:r>
          </w:p>
          <w:p w14:paraId="0CEEF6F0" w14:textId="77777777" w:rsidR="003F413A" w:rsidRDefault="00000000">
            <w:pPr>
              <w:spacing w:after="40"/>
              <w:jc w:val="center"/>
            </w:pPr>
            <w:r>
              <w:rPr>
                <w:b/>
                <w:sz w:val="18"/>
              </w:rPr>
              <w:t>SWIFT:</w:t>
            </w:r>
          </w:p>
          <w:p w14:paraId="4684189F" w14:textId="77777777" w:rsidR="003B3D28" w:rsidRDefault="003B3D28">
            <w:pPr>
              <w:spacing w:after="40"/>
              <w:jc w:val="center"/>
              <w:rPr>
                <w:b/>
                <w:sz w:val="18"/>
              </w:rPr>
            </w:pPr>
          </w:p>
          <w:p w14:paraId="54B177E2" w14:textId="77777777" w:rsidR="00C7762B" w:rsidRDefault="00C7762B">
            <w:pPr>
              <w:spacing w:after="40"/>
              <w:jc w:val="center"/>
              <w:rPr>
                <w:b/>
                <w:sz w:val="18"/>
              </w:rPr>
            </w:pPr>
          </w:p>
          <w:p w14:paraId="3750F710" w14:textId="77777777" w:rsidR="003B3D28" w:rsidRDefault="003B3D28">
            <w:pPr>
              <w:spacing w:after="40"/>
              <w:jc w:val="center"/>
              <w:rPr>
                <w:b/>
                <w:sz w:val="18"/>
              </w:rPr>
            </w:pPr>
          </w:p>
          <w:p w14:paraId="3822F21C" w14:textId="77777777" w:rsidR="00C7762B" w:rsidRDefault="00C7762B">
            <w:pPr>
              <w:spacing w:after="40"/>
              <w:jc w:val="center"/>
              <w:rPr>
                <w:b/>
                <w:sz w:val="18"/>
              </w:rPr>
            </w:pPr>
          </w:p>
          <w:p w14:paraId="2FAEF916" w14:textId="77777777" w:rsidR="003F413A" w:rsidRDefault="00000000">
            <w:pPr>
              <w:spacing w:after="40"/>
              <w:jc w:val="center"/>
            </w:pPr>
            <w:r>
              <w:rPr>
                <w:b/>
                <w:sz w:val="18"/>
              </w:rPr>
              <w:t xml:space="preserve">In </w:t>
            </w:r>
            <w:r w:rsidRPr="00C7762B">
              <w:rPr>
                <w:b/>
                <w:sz w:val="18"/>
                <w:highlight w:val="yellow"/>
              </w:rPr>
              <w:t>place</w:t>
            </w:r>
            <w:r>
              <w:rPr>
                <w:b/>
                <w:sz w:val="18"/>
              </w:rPr>
              <w:t xml:space="preserve"> _______________</w:t>
            </w:r>
          </w:p>
          <w:p w14:paraId="66967D75" w14:textId="77777777" w:rsidR="003B3D28" w:rsidRDefault="003B3D28">
            <w:pPr>
              <w:spacing w:after="40"/>
              <w:jc w:val="center"/>
              <w:rPr>
                <w:b/>
                <w:sz w:val="18"/>
              </w:rPr>
            </w:pPr>
          </w:p>
          <w:p w14:paraId="3657E1BF" w14:textId="77777777" w:rsidR="003B3D28" w:rsidRDefault="003B3D28">
            <w:pPr>
              <w:spacing w:after="40"/>
              <w:jc w:val="center"/>
              <w:rPr>
                <w:b/>
                <w:sz w:val="18"/>
              </w:rPr>
            </w:pPr>
          </w:p>
          <w:p w14:paraId="647C39F8" w14:textId="77777777" w:rsidR="003B3D28" w:rsidRDefault="003B3D28">
            <w:pPr>
              <w:spacing w:after="40"/>
              <w:jc w:val="center"/>
              <w:rPr>
                <w:b/>
                <w:sz w:val="18"/>
              </w:rPr>
            </w:pPr>
          </w:p>
          <w:p w14:paraId="0CC8DA48" w14:textId="77777777" w:rsidR="003B3D28" w:rsidRDefault="003B3D28">
            <w:pPr>
              <w:spacing w:after="40"/>
              <w:jc w:val="center"/>
              <w:rPr>
                <w:b/>
                <w:sz w:val="18"/>
              </w:rPr>
            </w:pPr>
          </w:p>
          <w:p w14:paraId="106AA0F3" w14:textId="77777777" w:rsidR="003B3D28" w:rsidRDefault="003B3D28">
            <w:pPr>
              <w:spacing w:after="40"/>
              <w:jc w:val="center"/>
              <w:rPr>
                <w:b/>
                <w:sz w:val="18"/>
              </w:rPr>
            </w:pPr>
          </w:p>
          <w:p w14:paraId="65AD44DF" w14:textId="77777777" w:rsidR="003B3D28" w:rsidRDefault="003B3D28">
            <w:pPr>
              <w:spacing w:after="40"/>
              <w:jc w:val="center"/>
              <w:rPr>
                <w:b/>
                <w:sz w:val="18"/>
              </w:rPr>
            </w:pPr>
            <w:r>
              <w:rPr>
                <w:b/>
                <w:sz w:val="18"/>
              </w:rPr>
              <w:lastRenderedPageBreak/>
              <w:t>_________________________________</w:t>
            </w:r>
          </w:p>
          <w:p w14:paraId="4337FA80" w14:textId="77777777" w:rsidR="003F413A" w:rsidRPr="00C7762B" w:rsidRDefault="00000000">
            <w:pPr>
              <w:spacing w:after="40"/>
              <w:jc w:val="center"/>
              <w:rPr>
                <w:highlight w:val="yellow"/>
              </w:rPr>
            </w:pPr>
            <w:r w:rsidRPr="00C7762B">
              <w:rPr>
                <w:b/>
                <w:sz w:val="18"/>
                <w:highlight w:val="yellow"/>
              </w:rPr>
              <w:t>FOR THE SELLER</w:t>
            </w:r>
          </w:p>
          <w:p w14:paraId="5591D205" w14:textId="77777777" w:rsidR="003F413A" w:rsidRDefault="00000000">
            <w:pPr>
              <w:spacing w:after="40"/>
              <w:jc w:val="center"/>
            </w:pPr>
            <w:r w:rsidRPr="00C7762B">
              <w:rPr>
                <w:b/>
                <w:sz w:val="18"/>
                <w:highlight w:val="yellow"/>
              </w:rPr>
              <w:t>name, position</w:t>
            </w:r>
          </w:p>
          <w:p w14:paraId="5632FBA2" w14:textId="77777777" w:rsidR="003B3D28" w:rsidRDefault="003B3D28">
            <w:pPr>
              <w:spacing w:after="40"/>
              <w:jc w:val="center"/>
              <w:rPr>
                <w:b/>
                <w:sz w:val="18"/>
              </w:rPr>
            </w:pPr>
          </w:p>
          <w:p w14:paraId="7CEC4C51" w14:textId="77777777" w:rsidR="003B3D28" w:rsidRDefault="003B3D28" w:rsidP="003B3D28">
            <w:pPr>
              <w:spacing w:after="40"/>
              <w:rPr>
                <w:b/>
                <w:sz w:val="18"/>
              </w:rPr>
            </w:pPr>
          </w:p>
          <w:p w14:paraId="1038B0CC" w14:textId="77777777" w:rsidR="003F413A" w:rsidRDefault="00000000">
            <w:pPr>
              <w:spacing w:after="40"/>
              <w:jc w:val="center"/>
            </w:pPr>
            <w:r>
              <w:rPr>
                <w:b/>
                <w:sz w:val="18"/>
              </w:rPr>
              <w:t>In Bratislava _______________</w:t>
            </w:r>
          </w:p>
          <w:p w14:paraId="69E32ED7" w14:textId="77777777" w:rsidR="003B3D28" w:rsidRDefault="003B3D28">
            <w:pPr>
              <w:spacing w:after="40"/>
              <w:jc w:val="center"/>
              <w:rPr>
                <w:b/>
                <w:sz w:val="18"/>
              </w:rPr>
            </w:pPr>
          </w:p>
          <w:p w14:paraId="4B88D8CE" w14:textId="77777777" w:rsidR="003B3D28" w:rsidRDefault="003B3D28">
            <w:pPr>
              <w:spacing w:after="40"/>
              <w:jc w:val="center"/>
              <w:rPr>
                <w:b/>
                <w:sz w:val="18"/>
              </w:rPr>
            </w:pPr>
          </w:p>
          <w:p w14:paraId="5BF2237C" w14:textId="77777777" w:rsidR="003B3D28" w:rsidRDefault="003B3D28">
            <w:pPr>
              <w:spacing w:after="40"/>
              <w:jc w:val="center"/>
              <w:rPr>
                <w:b/>
                <w:sz w:val="18"/>
              </w:rPr>
            </w:pPr>
          </w:p>
          <w:p w14:paraId="73484547" w14:textId="77777777" w:rsidR="003B3D28" w:rsidRDefault="003B3D28">
            <w:pPr>
              <w:spacing w:after="40"/>
              <w:jc w:val="center"/>
              <w:rPr>
                <w:b/>
                <w:sz w:val="18"/>
              </w:rPr>
            </w:pPr>
          </w:p>
          <w:p w14:paraId="3696B0F3" w14:textId="77777777" w:rsidR="003B3D28" w:rsidRDefault="003B3D28">
            <w:pPr>
              <w:spacing w:after="40"/>
              <w:jc w:val="center"/>
              <w:rPr>
                <w:b/>
                <w:sz w:val="18"/>
              </w:rPr>
            </w:pPr>
          </w:p>
          <w:p w14:paraId="4E0F335E" w14:textId="77777777" w:rsidR="003B3D28" w:rsidRDefault="003B3D28">
            <w:pPr>
              <w:spacing w:after="40"/>
              <w:jc w:val="center"/>
              <w:rPr>
                <w:b/>
                <w:sz w:val="18"/>
              </w:rPr>
            </w:pPr>
            <w:r>
              <w:rPr>
                <w:b/>
                <w:sz w:val="18"/>
              </w:rPr>
              <w:t>______________________________</w:t>
            </w:r>
          </w:p>
          <w:p w14:paraId="383275DD" w14:textId="77777777" w:rsidR="003F413A" w:rsidRDefault="00000000">
            <w:pPr>
              <w:spacing w:after="40"/>
              <w:jc w:val="center"/>
            </w:pPr>
            <w:r>
              <w:rPr>
                <w:b/>
                <w:sz w:val="18"/>
              </w:rPr>
              <w:t>FOR THE BUYER</w:t>
            </w:r>
          </w:p>
          <w:p w14:paraId="02E07B87" w14:textId="77777777" w:rsidR="003F413A" w:rsidRDefault="00000000">
            <w:pPr>
              <w:spacing w:after="40"/>
              <w:jc w:val="center"/>
            </w:pPr>
            <w:r>
              <w:rPr>
                <w:b/>
                <w:sz w:val="18"/>
              </w:rPr>
              <w:t xml:space="preserve">Mr. Dmytro </w:t>
            </w:r>
            <w:proofErr w:type="spellStart"/>
            <w:r>
              <w:rPr>
                <w:b/>
                <w:sz w:val="18"/>
              </w:rPr>
              <w:t>Borodavka</w:t>
            </w:r>
            <w:proofErr w:type="spellEnd"/>
            <w:r>
              <w:rPr>
                <w:b/>
                <w:sz w:val="18"/>
              </w:rPr>
              <w:t>, CEO</w:t>
            </w:r>
          </w:p>
        </w:tc>
        <w:tc>
          <w:tcPr>
            <w:tcW w:w="5159" w:type="dxa"/>
            <w:shd w:val="clear" w:color="auto" w:fill="EDEDED"/>
            <w:tcMar>
              <w:top w:w="90" w:type="dxa"/>
              <w:left w:w="95" w:type="dxa"/>
              <w:bottom w:w="90" w:type="dxa"/>
              <w:right w:w="95" w:type="dxa"/>
            </w:tcMar>
          </w:tcPr>
          <w:p w14:paraId="78EF8E28" w14:textId="77777777" w:rsidR="003F413A" w:rsidRPr="00B662DE" w:rsidRDefault="00000000">
            <w:pPr>
              <w:spacing w:after="40"/>
              <w:jc w:val="center"/>
              <w:rPr>
                <w:lang w:val="pl-PL"/>
              </w:rPr>
            </w:pPr>
            <w:r w:rsidRPr="00B662DE">
              <w:rPr>
                <w:b/>
                <w:sz w:val="18"/>
                <w:lang w:val="pl-PL"/>
              </w:rPr>
              <w:lastRenderedPageBreak/>
              <w:t>Adresa sídla zmluvných strán:</w:t>
            </w:r>
          </w:p>
          <w:p w14:paraId="192D8381" w14:textId="77777777" w:rsidR="003B3D28" w:rsidRDefault="003B3D28">
            <w:pPr>
              <w:spacing w:after="40"/>
              <w:jc w:val="center"/>
              <w:rPr>
                <w:b/>
                <w:sz w:val="18"/>
                <w:lang w:val="pl-PL"/>
              </w:rPr>
            </w:pPr>
          </w:p>
          <w:p w14:paraId="021AB6B9" w14:textId="77777777" w:rsidR="003F413A" w:rsidRPr="00B662DE" w:rsidRDefault="00000000">
            <w:pPr>
              <w:spacing w:after="40"/>
              <w:jc w:val="center"/>
              <w:rPr>
                <w:lang w:val="pl-PL"/>
              </w:rPr>
            </w:pPr>
            <w:r w:rsidRPr="00B662DE">
              <w:rPr>
                <w:b/>
                <w:sz w:val="18"/>
                <w:lang w:val="pl-PL"/>
              </w:rPr>
              <w:t>KUPUJÚCI:</w:t>
            </w:r>
          </w:p>
          <w:p w14:paraId="55E075ED" w14:textId="77777777" w:rsidR="003F413A" w:rsidRPr="00B662DE" w:rsidRDefault="00000000">
            <w:pPr>
              <w:spacing w:after="40"/>
              <w:jc w:val="center"/>
              <w:rPr>
                <w:lang w:val="es-419"/>
              </w:rPr>
            </w:pPr>
            <w:r w:rsidRPr="00B662DE">
              <w:rPr>
                <w:b/>
                <w:sz w:val="18"/>
                <w:lang w:val="es-419"/>
              </w:rPr>
              <w:t xml:space="preserve">EU </w:t>
            </w:r>
            <w:proofErr w:type="spellStart"/>
            <w:r w:rsidRPr="00B662DE">
              <w:rPr>
                <w:b/>
                <w:sz w:val="18"/>
                <w:lang w:val="es-419"/>
              </w:rPr>
              <w:t>Poultry</w:t>
            </w:r>
            <w:proofErr w:type="spellEnd"/>
            <w:r w:rsidRPr="00B662DE">
              <w:rPr>
                <w:b/>
                <w:sz w:val="18"/>
                <w:lang w:val="es-419"/>
              </w:rPr>
              <w:t xml:space="preserve"> </w:t>
            </w:r>
            <w:proofErr w:type="spellStart"/>
            <w:r w:rsidRPr="00B662DE">
              <w:rPr>
                <w:b/>
                <w:sz w:val="18"/>
                <w:lang w:val="es-419"/>
              </w:rPr>
              <w:t>s.r.o</w:t>
            </w:r>
            <w:proofErr w:type="spellEnd"/>
            <w:r w:rsidRPr="00B662DE">
              <w:rPr>
                <w:b/>
                <w:sz w:val="18"/>
                <w:lang w:val="es-419"/>
              </w:rPr>
              <w:t>.,</w:t>
            </w:r>
          </w:p>
          <w:p w14:paraId="1F18F113" w14:textId="77777777" w:rsidR="003F413A" w:rsidRPr="00B662DE" w:rsidRDefault="00000000">
            <w:pPr>
              <w:spacing w:after="40"/>
              <w:jc w:val="center"/>
              <w:rPr>
                <w:lang w:val="de-DE"/>
              </w:rPr>
            </w:pPr>
            <w:proofErr w:type="spellStart"/>
            <w:r w:rsidRPr="00B662DE">
              <w:rPr>
                <w:b/>
                <w:sz w:val="18"/>
                <w:lang w:val="de-DE"/>
              </w:rPr>
              <w:t>Adresa</w:t>
            </w:r>
            <w:proofErr w:type="spellEnd"/>
            <w:r w:rsidRPr="00B662DE">
              <w:rPr>
                <w:b/>
                <w:sz w:val="18"/>
                <w:lang w:val="de-DE"/>
              </w:rPr>
              <w:t xml:space="preserve">: Digital Park I, Einsteinova 21, 851 01 Bratislava, </w:t>
            </w:r>
            <w:proofErr w:type="spellStart"/>
            <w:r w:rsidRPr="00B662DE">
              <w:rPr>
                <w:b/>
                <w:sz w:val="18"/>
                <w:lang w:val="de-DE"/>
              </w:rPr>
              <w:t>Slovenská</w:t>
            </w:r>
            <w:proofErr w:type="spellEnd"/>
            <w:r w:rsidRPr="00B662DE">
              <w:rPr>
                <w:b/>
                <w:sz w:val="18"/>
                <w:lang w:val="de-DE"/>
              </w:rPr>
              <w:t xml:space="preserve"> </w:t>
            </w:r>
            <w:proofErr w:type="spellStart"/>
            <w:r w:rsidRPr="00B662DE">
              <w:rPr>
                <w:b/>
                <w:sz w:val="18"/>
                <w:lang w:val="de-DE"/>
              </w:rPr>
              <w:t>republika</w:t>
            </w:r>
            <w:proofErr w:type="spellEnd"/>
          </w:p>
          <w:p w14:paraId="1AE52691" w14:textId="77777777" w:rsidR="003F413A" w:rsidRPr="00B662DE" w:rsidRDefault="00000000">
            <w:pPr>
              <w:spacing w:after="40"/>
              <w:jc w:val="center"/>
              <w:rPr>
                <w:lang w:val="de-DE"/>
              </w:rPr>
            </w:pPr>
            <w:r w:rsidRPr="00B662DE">
              <w:rPr>
                <w:b/>
                <w:sz w:val="18"/>
                <w:lang w:val="de-DE"/>
              </w:rPr>
              <w:t>IČ DPH: SK2120419477</w:t>
            </w:r>
          </w:p>
          <w:p w14:paraId="64055926" w14:textId="77777777" w:rsidR="003F413A" w:rsidRPr="00B662DE" w:rsidRDefault="00000000">
            <w:pPr>
              <w:spacing w:after="40"/>
              <w:jc w:val="center"/>
              <w:rPr>
                <w:lang w:val="de-DE"/>
              </w:rPr>
            </w:pPr>
            <w:proofErr w:type="spellStart"/>
            <w:r w:rsidRPr="00B662DE">
              <w:rPr>
                <w:b/>
                <w:sz w:val="18"/>
                <w:lang w:val="de-DE"/>
              </w:rPr>
              <w:t>Bankové</w:t>
            </w:r>
            <w:proofErr w:type="spellEnd"/>
            <w:r w:rsidRPr="00B662DE">
              <w:rPr>
                <w:b/>
                <w:sz w:val="18"/>
                <w:lang w:val="de-DE"/>
              </w:rPr>
              <w:t xml:space="preserve"> </w:t>
            </w:r>
            <w:proofErr w:type="spellStart"/>
            <w:r w:rsidRPr="00B662DE">
              <w:rPr>
                <w:b/>
                <w:sz w:val="18"/>
                <w:lang w:val="de-DE"/>
              </w:rPr>
              <w:t>údaje</w:t>
            </w:r>
            <w:proofErr w:type="spellEnd"/>
            <w:r w:rsidRPr="00B662DE">
              <w:rPr>
                <w:b/>
                <w:sz w:val="18"/>
                <w:lang w:val="de-DE"/>
              </w:rPr>
              <w:t xml:space="preserve"> </w:t>
            </w:r>
            <w:proofErr w:type="spellStart"/>
            <w:r w:rsidRPr="00B662DE">
              <w:rPr>
                <w:b/>
                <w:sz w:val="18"/>
                <w:lang w:val="de-DE"/>
              </w:rPr>
              <w:t>kupujúceho</w:t>
            </w:r>
            <w:proofErr w:type="spellEnd"/>
            <w:r w:rsidRPr="00B662DE">
              <w:rPr>
                <w:b/>
                <w:sz w:val="18"/>
                <w:lang w:val="de-DE"/>
              </w:rPr>
              <w:t>:</w:t>
            </w:r>
          </w:p>
          <w:p w14:paraId="3C39E3CB" w14:textId="77777777" w:rsidR="003F413A" w:rsidRPr="00B662DE" w:rsidRDefault="00000000">
            <w:pPr>
              <w:spacing w:after="40"/>
              <w:jc w:val="center"/>
              <w:rPr>
                <w:lang w:val="de-DE"/>
              </w:rPr>
            </w:pPr>
            <w:proofErr w:type="spellStart"/>
            <w:r w:rsidRPr="00B662DE">
              <w:rPr>
                <w:b/>
                <w:sz w:val="18"/>
                <w:lang w:val="de-DE"/>
              </w:rPr>
              <w:t>Názov</w:t>
            </w:r>
            <w:proofErr w:type="spellEnd"/>
            <w:r w:rsidRPr="00B662DE">
              <w:rPr>
                <w:b/>
                <w:sz w:val="18"/>
                <w:lang w:val="de-DE"/>
              </w:rPr>
              <w:t xml:space="preserve"> </w:t>
            </w:r>
            <w:proofErr w:type="spellStart"/>
            <w:r w:rsidRPr="00B662DE">
              <w:rPr>
                <w:b/>
                <w:sz w:val="18"/>
                <w:lang w:val="de-DE"/>
              </w:rPr>
              <w:t>banky</w:t>
            </w:r>
            <w:proofErr w:type="spellEnd"/>
            <w:r w:rsidRPr="00B662DE">
              <w:rPr>
                <w:b/>
                <w:sz w:val="18"/>
                <w:lang w:val="de-DE"/>
              </w:rPr>
              <w:t xml:space="preserve">: </w:t>
            </w:r>
            <w:proofErr w:type="spellStart"/>
            <w:r w:rsidRPr="00B662DE">
              <w:rPr>
                <w:b/>
                <w:sz w:val="18"/>
                <w:lang w:val="de-DE"/>
              </w:rPr>
              <w:t>Slovenská</w:t>
            </w:r>
            <w:proofErr w:type="spellEnd"/>
            <w:r w:rsidRPr="00B662DE">
              <w:rPr>
                <w:b/>
                <w:sz w:val="18"/>
                <w:lang w:val="de-DE"/>
              </w:rPr>
              <w:t xml:space="preserve"> </w:t>
            </w:r>
            <w:proofErr w:type="spellStart"/>
            <w:r w:rsidRPr="00B662DE">
              <w:rPr>
                <w:b/>
                <w:sz w:val="18"/>
                <w:lang w:val="de-DE"/>
              </w:rPr>
              <w:t>sporiteľňa</w:t>
            </w:r>
            <w:proofErr w:type="spellEnd"/>
            <w:r w:rsidRPr="00B662DE">
              <w:rPr>
                <w:b/>
                <w:sz w:val="18"/>
                <w:lang w:val="de-DE"/>
              </w:rPr>
              <w:t xml:space="preserve">, </w:t>
            </w:r>
            <w:proofErr w:type="spellStart"/>
            <w:r w:rsidRPr="00B662DE">
              <w:rPr>
                <w:b/>
                <w:sz w:val="18"/>
                <w:lang w:val="de-DE"/>
              </w:rPr>
              <w:t>a.s</w:t>
            </w:r>
            <w:proofErr w:type="spellEnd"/>
            <w:r w:rsidRPr="00B662DE">
              <w:rPr>
                <w:b/>
                <w:sz w:val="18"/>
                <w:lang w:val="de-DE"/>
              </w:rPr>
              <w:t xml:space="preserve"> (SLSP)</w:t>
            </w:r>
          </w:p>
          <w:p w14:paraId="13E4A62F" w14:textId="77777777" w:rsidR="003F413A" w:rsidRPr="00B662DE" w:rsidRDefault="00000000">
            <w:pPr>
              <w:spacing w:after="40"/>
              <w:jc w:val="center"/>
              <w:rPr>
                <w:lang w:val="de-DE"/>
              </w:rPr>
            </w:pPr>
            <w:proofErr w:type="spellStart"/>
            <w:r w:rsidRPr="00B662DE">
              <w:rPr>
                <w:b/>
                <w:sz w:val="18"/>
                <w:lang w:val="de-DE"/>
              </w:rPr>
              <w:t>Adresa</w:t>
            </w:r>
            <w:proofErr w:type="spellEnd"/>
            <w:r w:rsidRPr="00B662DE">
              <w:rPr>
                <w:b/>
                <w:sz w:val="18"/>
                <w:lang w:val="de-DE"/>
              </w:rPr>
              <w:t xml:space="preserve"> </w:t>
            </w:r>
            <w:proofErr w:type="spellStart"/>
            <w:r w:rsidRPr="00B662DE">
              <w:rPr>
                <w:b/>
                <w:sz w:val="18"/>
                <w:lang w:val="de-DE"/>
              </w:rPr>
              <w:t>banky</w:t>
            </w:r>
            <w:proofErr w:type="spellEnd"/>
            <w:r w:rsidRPr="00B662DE">
              <w:rPr>
                <w:b/>
                <w:sz w:val="18"/>
                <w:lang w:val="de-DE"/>
              </w:rPr>
              <w:t xml:space="preserve">: </w:t>
            </w:r>
            <w:proofErr w:type="spellStart"/>
            <w:r w:rsidRPr="00B662DE">
              <w:rPr>
                <w:b/>
                <w:sz w:val="18"/>
                <w:lang w:val="de-DE"/>
              </w:rPr>
              <w:t>Tomášikova</w:t>
            </w:r>
            <w:proofErr w:type="spellEnd"/>
            <w:r w:rsidRPr="00B662DE">
              <w:rPr>
                <w:b/>
                <w:sz w:val="18"/>
                <w:lang w:val="de-DE"/>
              </w:rPr>
              <w:t xml:space="preserve"> 48, 832 37 Bratislava</w:t>
            </w:r>
          </w:p>
          <w:p w14:paraId="45C81ED5" w14:textId="77777777" w:rsidR="003F413A" w:rsidRPr="00B662DE" w:rsidRDefault="00000000">
            <w:pPr>
              <w:spacing w:after="40"/>
              <w:jc w:val="center"/>
              <w:rPr>
                <w:lang w:val="de-DE"/>
              </w:rPr>
            </w:pPr>
            <w:r w:rsidRPr="00B662DE">
              <w:rPr>
                <w:b/>
                <w:sz w:val="18"/>
                <w:lang w:val="de-DE"/>
              </w:rPr>
              <w:t>SWIFT: GIBASKBX,</w:t>
            </w:r>
          </w:p>
          <w:p w14:paraId="2953AF57" w14:textId="77777777" w:rsidR="003F413A" w:rsidRPr="00B662DE" w:rsidRDefault="00000000">
            <w:pPr>
              <w:spacing w:after="40"/>
              <w:jc w:val="center"/>
              <w:rPr>
                <w:lang w:val="de-DE"/>
              </w:rPr>
            </w:pPr>
            <w:proofErr w:type="spellStart"/>
            <w:r w:rsidRPr="00B662DE">
              <w:rPr>
                <w:b/>
                <w:sz w:val="18"/>
                <w:lang w:val="de-DE"/>
              </w:rPr>
              <w:t>Kód</w:t>
            </w:r>
            <w:proofErr w:type="spellEnd"/>
            <w:r w:rsidRPr="00B662DE">
              <w:rPr>
                <w:b/>
                <w:sz w:val="18"/>
                <w:lang w:val="de-DE"/>
              </w:rPr>
              <w:t xml:space="preserve"> </w:t>
            </w:r>
            <w:proofErr w:type="spellStart"/>
            <w:r w:rsidRPr="00B662DE">
              <w:rPr>
                <w:b/>
                <w:sz w:val="18"/>
                <w:lang w:val="de-DE"/>
              </w:rPr>
              <w:t>banky</w:t>
            </w:r>
            <w:proofErr w:type="spellEnd"/>
            <w:r w:rsidRPr="00B662DE">
              <w:rPr>
                <w:b/>
                <w:sz w:val="18"/>
                <w:lang w:val="de-DE"/>
              </w:rPr>
              <w:t>: 0900</w:t>
            </w:r>
          </w:p>
          <w:p w14:paraId="0A7A6DE8" w14:textId="77777777" w:rsidR="003F413A" w:rsidRPr="00B662DE" w:rsidRDefault="00000000">
            <w:pPr>
              <w:spacing w:after="40"/>
              <w:jc w:val="center"/>
              <w:rPr>
                <w:lang w:val="de-DE"/>
              </w:rPr>
            </w:pPr>
            <w:proofErr w:type="spellStart"/>
            <w:r w:rsidRPr="00B662DE">
              <w:rPr>
                <w:b/>
                <w:sz w:val="18"/>
                <w:lang w:val="de-DE"/>
              </w:rPr>
              <w:t>Číslo</w:t>
            </w:r>
            <w:proofErr w:type="spellEnd"/>
            <w:r w:rsidRPr="00B662DE">
              <w:rPr>
                <w:b/>
                <w:sz w:val="18"/>
                <w:lang w:val="de-DE"/>
              </w:rPr>
              <w:t xml:space="preserve"> </w:t>
            </w:r>
            <w:proofErr w:type="spellStart"/>
            <w:r w:rsidRPr="00B662DE">
              <w:rPr>
                <w:b/>
                <w:sz w:val="18"/>
                <w:lang w:val="de-DE"/>
              </w:rPr>
              <w:t>účtu</w:t>
            </w:r>
            <w:proofErr w:type="spellEnd"/>
            <w:r w:rsidRPr="00B662DE">
              <w:rPr>
                <w:b/>
                <w:sz w:val="18"/>
                <w:lang w:val="de-DE"/>
              </w:rPr>
              <w:t>: 5125201482/090</w:t>
            </w:r>
          </w:p>
          <w:p w14:paraId="15D713D5" w14:textId="77777777" w:rsidR="003F413A" w:rsidRPr="00B662DE" w:rsidRDefault="00000000">
            <w:pPr>
              <w:spacing w:after="40"/>
              <w:jc w:val="center"/>
              <w:rPr>
                <w:lang w:val="de-DE"/>
              </w:rPr>
            </w:pPr>
            <w:r w:rsidRPr="00B662DE">
              <w:rPr>
                <w:b/>
                <w:sz w:val="18"/>
                <w:lang w:val="de-DE"/>
              </w:rPr>
              <w:t>IBAN: SK45 0900 0000 0051 2520 1482</w:t>
            </w:r>
          </w:p>
          <w:p w14:paraId="77208ED8" w14:textId="77777777" w:rsidR="003B3D28" w:rsidRDefault="003B3D28">
            <w:pPr>
              <w:spacing w:after="40"/>
              <w:jc w:val="center"/>
              <w:rPr>
                <w:b/>
                <w:sz w:val="18"/>
                <w:lang w:val="de-DE"/>
              </w:rPr>
            </w:pPr>
          </w:p>
          <w:p w14:paraId="3714E4B6" w14:textId="77777777" w:rsidR="003B3D28" w:rsidRDefault="003B3D28">
            <w:pPr>
              <w:spacing w:after="40"/>
              <w:jc w:val="center"/>
              <w:rPr>
                <w:b/>
                <w:sz w:val="18"/>
                <w:lang w:val="de-DE"/>
              </w:rPr>
            </w:pPr>
          </w:p>
          <w:p w14:paraId="3796F7DA" w14:textId="77777777" w:rsidR="003F413A" w:rsidRPr="00B662DE" w:rsidRDefault="00000000">
            <w:pPr>
              <w:spacing w:after="40"/>
              <w:jc w:val="center"/>
              <w:rPr>
                <w:lang w:val="de-DE"/>
              </w:rPr>
            </w:pPr>
            <w:r w:rsidRPr="00B662DE">
              <w:rPr>
                <w:b/>
                <w:sz w:val="18"/>
                <w:lang w:val="de-DE"/>
              </w:rPr>
              <w:t>PREDÁVAJÚCI:</w:t>
            </w:r>
          </w:p>
          <w:p w14:paraId="35AF48F4" w14:textId="77777777" w:rsidR="003F413A" w:rsidRPr="00B662DE" w:rsidRDefault="00000000">
            <w:pPr>
              <w:spacing w:after="40"/>
              <w:jc w:val="center"/>
              <w:rPr>
                <w:lang w:val="de-DE"/>
              </w:rPr>
            </w:pPr>
            <w:proofErr w:type="spellStart"/>
            <w:r w:rsidRPr="00B662DE">
              <w:rPr>
                <w:b/>
                <w:sz w:val="18"/>
                <w:lang w:val="de-DE"/>
              </w:rPr>
              <w:t>Obchodné</w:t>
            </w:r>
            <w:proofErr w:type="spellEnd"/>
            <w:r w:rsidRPr="00B662DE">
              <w:rPr>
                <w:b/>
                <w:sz w:val="18"/>
                <w:lang w:val="de-DE"/>
              </w:rPr>
              <w:t xml:space="preserve"> </w:t>
            </w:r>
            <w:proofErr w:type="spellStart"/>
            <w:r w:rsidRPr="00B662DE">
              <w:rPr>
                <w:b/>
                <w:sz w:val="18"/>
                <w:lang w:val="de-DE"/>
              </w:rPr>
              <w:t>meno</w:t>
            </w:r>
            <w:proofErr w:type="spellEnd"/>
          </w:p>
          <w:p w14:paraId="208E7B8E" w14:textId="77777777" w:rsidR="003F413A" w:rsidRPr="00B662DE" w:rsidRDefault="00000000">
            <w:pPr>
              <w:spacing w:after="40"/>
              <w:jc w:val="center"/>
              <w:rPr>
                <w:lang w:val="de-DE"/>
              </w:rPr>
            </w:pPr>
            <w:proofErr w:type="spellStart"/>
            <w:r w:rsidRPr="00B662DE">
              <w:rPr>
                <w:b/>
                <w:sz w:val="18"/>
                <w:lang w:val="de-DE"/>
              </w:rPr>
              <w:t>Adresa</w:t>
            </w:r>
            <w:proofErr w:type="spellEnd"/>
            <w:r w:rsidRPr="00B662DE">
              <w:rPr>
                <w:b/>
                <w:sz w:val="18"/>
                <w:lang w:val="de-DE"/>
              </w:rPr>
              <w:t>:</w:t>
            </w:r>
          </w:p>
          <w:p w14:paraId="1526B1EF" w14:textId="77777777" w:rsidR="003F413A" w:rsidRPr="00B662DE" w:rsidRDefault="00000000">
            <w:pPr>
              <w:spacing w:after="40"/>
              <w:jc w:val="center"/>
              <w:rPr>
                <w:lang w:val="de-DE"/>
              </w:rPr>
            </w:pPr>
            <w:proofErr w:type="spellStart"/>
            <w:r w:rsidRPr="00B662DE">
              <w:rPr>
                <w:b/>
                <w:sz w:val="18"/>
                <w:lang w:val="de-DE"/>
              </w:rPr>
              <w:t>Bankové</w:t>
            </w:r>
            <w:proofErr w:type="spellEnd"/>
            <w:r w:rsidRPr="00B662DE">
              <w:rPr>
                <w:b/>
                <w:sz w:val="18"/>
                <w:lang w:val="de-DE"/>
              </w:rPr>
              <w:t xml:space="preserve"> </w:t>
            </w:r>
            <w:proofErr w:type="spellStart"/>
            <w:r w:rsidRPr="00B662DE">
              <w:rPr>
                <w:b/>
                <w:sz w:val="18"/>
                <w:lang w:val="de-DE"/>
              </w:rPr>
              <w:t>údaje</w:t>
            </w:r>
            <w:proofErr w:type="spellEnd"/>
            <w:r w:rsidRPr="00B662DE">
              <w:rPr>
                <w:b/>
                <w:sz w:val="18"/>
                <w:lang w:val="de-DE"/>
              </w:rPr>
              <w:t xml:space="preserve"> </w:t>
            </w:r>
            <w:proofErr w:type="spellStart"/>
            <w:r w:rsidRPr="00B662DE">
              <w:rPr>
                <w:b/>
                <w:sz w:val="18"/>
                <w:lang w:val="de-DE"/>
              </w:rPr>
              <w:t>predávajúceho</w:t>
            </w:r>
            <w:proofErr w:type="spellEnd"/>
            <w:r w:rsidRPr="00B662DE">
              <w:rPr>
                <w:b/>
                <w:sz w:val="18"/>
                <w:lang w:val="de-DE"/>
              </w:rPr>
              <w:t>:</w:t>
            </w:r>
          </w:p>
          <w:p w14:paraId="0884CBE9" w14:textId="77777777" w:rsidR="003F413A" w:rsidRPr="00B662DE" w:rsidRDefault="00000000">
            <w:pPr>
              <w:spacing w:after="40"/>
              <w:jc w:val="center"/>
              <w:rPr>
                <w:lang w:val="es-419"/>
              </w:rPr>
            </w:pPr>
            <w:r w:rsidRPr="00B662DE">
              <w:rPr>
                <w:b/>
                <w:sz w:val="18"/>
                <w:lang w:val="es-419"/>
              </w:rPr>
              <w:t xml:space="preserve">Bank </w:t>
            </w:r>
            <w:proofErr w:type="spellStart"/>
            <w:r w:rsidRPr="00B662DE">
              <w:rPr>
                <w:b/>
                <w:sz w:val="18"/>
                <w:lang w:val="es-419"/>
              </w:rPr>
              <w:t>name</w:t>
            </w:r>
            <w:proofErr w:type="spellEnd"/>
            <w:r w:rsidRPr="00B662DE">
              <w:rPr>
                <w:b/>
                <w:sz w:val="18"/>
                <w:lang w:val="es-419"/>
              </w:rPr>
              <w:t>:</w:t>
            </w:r>
          </w:p>
          <w:p w14:paraId="698F51F4" w14:textId="77777777" w:rsidR="003F413A" w:rsidRPr="00B662DE" w:rsidRDefault="00000000">
            <w:pPr>
              <w:spacing w:after="40"/>
              <w:jc w:val="center"/>
              <w:rPr>
                <w:lang w:val="es-419"/>
              </w:rPr>
            </w:pPr>
            <w:r w:rsidRPr="00B662DE">
              <w:rPr>
                <w:b/>
                <w:sz w:val="18"/>
                <w:lang w:val="es-419"/>
              </w:rPr>
              <w:t>IBAN:</w:t>
            </w:r>
          </w:p>
          <w:p w14:paraId="3A47F334" w14:textId="77777777" w:rsidR="003F413A" w:rsidRPr="00B662DE" w:rsidRDefault="00000000">
            <w:pPr>
              <w:spacing w:after="40"/>
              <w:jc w:val="center"/>
              <w:rPr>
                <w:lang w:val="es-419"/>
              </w:rPr>
            </w:pPr>
            <w:r w:rsidRPr="00B662DE">
              <w:rPr>
                <w:b/>
                <w:sz w:val="18"/>
                <w:lang w:val="es-419"/>
              </w:rPr>
              <w:t>SWIFT:</w:t>
            </w:r>
          </w:p>
          <w:p w14:paraId="7549EB80" w14:textId="77777777" w:rsidR="003B3D28" w:rsidRDefault="003B3D28">
            <w:pPr>
              <w:spacing w:after="40"/>
              <w:jc w:val="center"/>
              <w:rPr>
                <w:b/>
                <w:sz w:val="18"/>
                <w:lang w:val="es-419"/>
              </w:rPr>
            </w:pPr>
          </w:p>
          <w:p w14:paraId="2FDC96FF" w14:textId="77777777" w:rsidR="00C7762B" w:rsidRDefault="00C7762B">
            <w:pPr>
              <w:spacing w:after="40"/>
              <w:jc w:val="center"/>
              <w:rPr>
                <w:b/>
                <w:sz w:val="18"/>
                <w:lang w:val="es-419"/>
              </w:rPr>
            </w:pPr>
          </w:p>
          <w:p w14:paraId="3C99741A" w14:textId="77777777" w:rsidR="00C7762B" w:rsidRDefault="00C7762B">
            <w:pPr>
              <w:spacing w:after="40"/>
              <w:jc w:val="center"/>
              <w:rPr>
                <w:b/>
                <w:sz w:val="18"/>
                <w:lang w:val="es-419"/>
              </w:rPr>
            </w:pPr>
          </w:p>
          <w:p w14:paraId="6607DD83" w14:textId="77777777" w:rsidR="003B3D28" w:rsidRDefault="003B3D28">
            <w:pPr>
              <w:spacing w:after="40"/>
              <w:jc w:val="center"/>
              <w:rPr>
                <w:b/>
                <w:sz w:val="18"/>
                <w:lang w:val="es-419"/>
              </w:rPr>
            </w:pPr>
          </w:p>
          <w:p w14:paraId="56C9E326" w14:textId="77777777" w:rsidR="003F413A" w:rsidRPr="00B662DE" w:rsidRDefault="00000000">
            <w:pPr>
              <w:spacing w:after="40"/>
              <w:jc w:val="center"/>
              <w:rPr>
                <w:lang w:val="es-419"/>
              </w:rPr>
            </w:pPr>
            <w:r w:rsidRPr="00B662DE">
              <w:rPr>
                <w:b/>
                <w:sz w:val="18"/>
                <w:lang w:val="es-419"/>
              </w:rPr>
              <w:t xml:space="preserve">V </w:t>
            </w:r>
            <w:proofErr w:type="spellStart"/>
            <w:r w:rsidRPr="00B662DE">
              <w:rPr>
                <w:b/>
                <w:sz w:val="18"/>
                <w:lang w:val="es-419"/>
              </w:rPr>
              <w:t>meste</w:t>
            </w:r>
            <w:proofErr w:type="spellEnd"/>
            <w:r w:rsidRPr="00B662DE">
              <w:rPr>
                <w:b/>
                <w:sz w:val="18"/>
                <w:lang w:val="es-419"/>
              </w:rPr>
              <w:t xml:space="preserve"> ___________</w:t>
            </w:r>
          </w:p>
          <w:p w14:paraId="1A1C0C9D" w14:textId="77777777" w:rsidR="003B3D28" w:rsidRDefault="003B3D28">
            <w:pPr>
              <w:spacing w:after="40"/>
              <w:jc w:val="center"/>
              <w:rPr>
                <w:b/>
                <w:sz w:val="18"/>
                <w:lang w:val="es-419"/>
              </w:rPr>
            </w:pPr>
          </w:p>
          <w:p w14:paraId="411C946A" w14:textId="77777777" w:rsidR="003B3D28" w:rsidRDefault="003B3D28">
            <w:pPr>
              <w:spacing w:after="40"/>
              <w:jc w:val="center"/>
              <w:rPr>
                <w:b/>
                <w:sz w:val="18"/>
                <w:lang w:val="es-419"/>
              </w:rPr>
            </w:pPr>
          </w:p>
          <w:p w14:paraId="007674E3" w14:textId="77777777" w:rsidR="003B3D28" w:rsidRDefault="003B3D28">
            <w:pPr>
              <w:spacing w:after="40"/>
              <w:jc w:val="center"/>
              <w:rPr>
                <w:b/>
                <w:sz w:val="18"/>
                <w:lang w:val="es-419"/>
              </w:rPr>
            </w:pPr>
          </w:p>
          <w:p w14:paraId="5B6EDBCA" w14:textId="77777777" w:rsidR="003B3D28" w:rsidRDefault="003B3D28">
            <w:pPr>
              <w:spacing w:after="40"/>
              <w:jc w:val="center"/>
              <w:rPr>
                <w:b/>
                <w:sz w:val="18"/>
                <w:lang w:val="es-419"/>
              </w:rPr>
            </w:pPr>
          </w:p>
          <w:p w14:paraId="46F2BE7B" w14:textId="77777777" w:rsidR="003B3D28" w:rsidRDefault="003B3D28">
            <w:pPr>
              <w:spacing w:after="40"/>
              <w:jc w:val="center"/>
              <w:rPr>
                <w:b/>
                <w:sz w:val="18"/>
                <w:lang w:val="es-419"/>
              </w:rPr>
            </w:pPr>
          </w:p>
          <w:p w14:paraId="698261C7" w14:textId="77777777" w:rsidR="003B3D28" w:rsidRDefault="003B3D28">
            <w:pPr>
              <w:spacing w:after="40"/>
              <w:jc w:val="center"/>
              <w:rPr>
                <w:b/>
                <w:sz w:val="18"/>
                <w:lang w:val="es-419"/>
              </w:rPr>
            </w:pPr>
            <w:r>
              <w:rPr>
                <w:b/>
                <w:sz w:val="18"/>
                <w:lang w:val="es-419"/>
              </w:rPr>
              <w:lastRenderedPageBreak/>
              <w:t>______________________________</w:t>
            </w:r>
          </w:p>
          <w:p w14:paraId="49EDFB1D" w14:textId="77777777" w:rsidR="003F413A" w:rsidRPr="00B662DE" w:rsidRDefault="00000000">
            <w:pPr>
              <w:spacing w:after="40"/>
              <w:jc w:val="center"/>
              <w:rPr>
                <w:lang w:val="es-419"/>
              </w:rPr>
            </w:pPr>
            <w:r w:rsidRPr="00B662DE">
              <w:rPr>
                <w:b/>
                <w:sz w:val="18"/>
                <w:lang w:val="es-419"/>
              </w:rPr>
              <w:t>V MENE PREDÁVAJÚCEHO</w:t>
            </w:r>
          </w:p>
          <w:p w14:paraId="49C76FFC" w14:textId="77777777" w:rsidR="003F413A" w:rsidRPr="00B662DE" w:rsidRDefault="00000000">
            <w:pPr>
              <w:spacing w:after="40"/>
              <w:jc w:val="center"/>
              <w:rPr>
                <w:lang w:val="es-419"/>
              </w:rPr>
            </w:pPr>
            <w:r w:rsidRPr="00B662DE">
              <w:rPr>
                <w:b/>
                <w:sz w:val="18"/>
                <w:lang w:val="es-419"/>
              </w:rPr>
              <w:t xml:space="preserve">meno, </w:t>
            </w:r>
            <w:proofErr w:type="spellStart"/>
            <w:r w:rsidRPr="00B662DE">
              <w:rPr>
                <w:b/>
                <w:sz w:val="18"/>
                <w:lang w:val="es-419"/>
              </w:rPr>
              <w:t>funkcia</w:t>
            </w:r>
            <w:proofErr w:type="spellEnd"/>
          </w:p>
          <w:p w14:paraId="031FF855" w14:textId="77777777" w:rsidR="003B3D28" w:rsidRDefault="003B3D28">
            <w:pPr>
              <w:spacing w:after="40"/>
              <w:jc w:val="center"/>
              <w:rPr>
                <w:b/>
                <w:sz w:val="18"/>
                <w:lang w:val="es-419"/>
              </w:rPr>
            </w:pPr>
          </w:p>
          <w:p w14:paraId="7C8689ED" w14:textId="77777777" w:rsidR="003B3D28" w:rsidRDefault="003B3D28">
            <w:pPr>
              <w:spacing w:after="40"/>
              <w:jc w:val="center"/>
              <w:rPr>
                <w:b/>
                <w:sz w:val="18"/>
                <w:lang w:val="es-419"/>
              </w:rPr>
            </w:pPr>
          </w:p>
          <w:p w14:paraId="50663A04" w14:textId="77777777" w:rsidR="003F413A" w:rsidRPr="00B662DE" w:rsidRDefault="00000000">
            <w:pPr>
              <w:spacing w:after="40"/>
              <w:jc w:val="center"/>
              <w:rPr>
                <w:lang w:val="es-419"/>
              </w:rPr>
            </w:pPr>
            <w:r w:rsidRPr="00B662DE">
              <w:rPr>
                <w:b/>
                <w:sz w:val="18"/>
                <w:lang w:val="es-419"/>
              </w:rPr>
              <w:t>V </w:t>
            </w:r>
            <w:proofErr w:type="spellStart"/>
            <w:r w:rsidRPr="00B662DE">
              <w:rPr>
                <w:b/>
                <w:sz w:val="18"/>
                <w:lang w:val="es-419"/>
              </w:rPr>
              <w:t>Bratislave</w:t>
            </w:r>
            <w:proofErr w:type="spellEnd"/>
            <w:r w:rsidRPr="00B662DE">
              <w:rPr>
                <w:b/>
                <w:sz w:val="18"/>
                <w:lang w:val="es-419"/>
              </w:rPr>
              <w:t xml:space="preserve"> ____________</w:t>
            </w:r>
          </w:p>
          <w:p w14:paraId="7CCC9207" w14:textId="77777777" w:rsidR="003B3D28" w:rsidRDefault="003B3D28">
            <w:pPr>
              <w:spacing w:after="40"/>
              <w:jc w:val="center"/>
              <w:rPr>
                <w:b/>
                <w:sz w:val="18"/>
                <w:lang w:val="es-419"/>
              </w:rPr>
            </w:pPr>
          </w:p>
          <w:p w14:paraId="4F0B09EF" w14:textId="77777777" w:rsidR="003B3D28" w:rsidRDefault="003B3D28">
            <w:pPr>
              <w:spacing w:after="40"/>
              <w:jc w:val="center"/>
              <w:rPr>
                <w:b/>
                <w:sz w:val="18"/>
                <w:lang w:val="es-419"/>
              </w:rPr>
            </w:pPr>
          </w:p>
          <w:p w14:paraId="7588E52C" w14:textId="77777777" w:rsidR="003B3D28" w:rsidRDefault="003B3D28">
            <w:pPr>
              <w:spacing w:after="40"/>
              <w:jc w:val="center"/>
              <w:rPr>
                <w:b/>
                <w:sz w:val="18"/>
                <w:lang w:val="es-419"/>
              </w:rPr>
            </w:pPr>
          </w:p>
          <w:p w14:paraId="1FCCB08A" w14:textId="77777777" w:rsidR="003B3D28" w:rsidRDefault="003B3D28">
            <w:pPr>
              <w:spacing w:after="40"/>
              <w:jc w:val="center"/>
              <w:rPr>
                <w:b/>
                <w:sz w:val="18"/>
                <w:lang w:val="es-419"/>
              </w:rPr>
            </w:pPr>
          </w:p>
          <w:p w14:paraId="0A9D52D0" w14:textId="77777777" w:rsidR="003B3D28" w:rsidRDefault="003B3D28">
            <w:pPr>
              <w:spacing w:after="40"/>
              <w:jc w:val="center"/>
              <w:rPr>
                <w:b/>
                <w:sz w:val="18"/>
                <w:lang w:val="es-419"/>
              </w:rPr>
            </w:pPr>
          </w:p>
          <w:p w14:paraId="507E9D46" w14:textId="77777777" w:rsidR="003B3D28" w:rsidRDefault="003B3D28">
            <w:pPr>
              <w:spacing w:after="40"/>
              <w:jc w:val="center"/>
              <w:rPr>
                <w:b/>
                <w:sz w:val="18"/>
                <w:lang w:val="es-419"/>
              </w:rPr>
            </w:pPr>
            <w:r>
              <w:rPr>
                <w:b/>
                <w:sz w:val="18"/>
                <w:lang w:val="es-419"/>
              </w:rPr>
              <w:t>_____________________________</w:t>
            </w:r>
          </w:p>
          <w:p w14:paraId="24646A9C" w14:textId="77777777" w:rsidR="003F413A" w:rsidRPr="00B662DE" w:rsidRDefault="00000000">
            <w:pPr>
              <w:spacing w:after="40"/>
              <w:jc w:val="center"/>
              <w:rPr>
                <w:lang w:val="es-419"/>
              </w:rPr>
            </w:pPr>
            <w:r w:rsidRPr="00B662DE">
              <w:rPr>
                <w:b/>
                <w:sz w:val="18"/>
                <w:lang w:val="es-419"/>
              </w:rPr>
              <w:t>V MENE KUPUJÚCEHO</w:t>
            </w:r>
          </w:p>
          <w:p w14:paraId="3B5AB6E4" w14:textId="77777777" w:rsidR="003F413A" w:rsidRDefault="00000000">
            <w:pPr>
              <w:spacing w:after="40"/>
              <w:jc w:val="center"/>
              <w:rPr>
                <w:b/>
                <w:sz w:val="18"/>
                <w:lang w:val="es-419"/>
              </w:rPr>
            </w:pPr>
            <w:r w:rsidRPr="00B662DE">
              <w:rPr>
                <w:b/>
                <w:sz w:val="18"/>
                <w:lang w:val="es-419"/>
              </w:rPr>
              <w:t xml:space="preserve">p. </w:t>
            </w:r>
            <w:proofErr w:type="spellStart"/>
            <w:r w:rsidRPr="00B662DE">
              <w:rPr>
                <w:b/>
                <w:sz w:val="18"/>
                <w:lang w:val="es-419"/>
              </w:rPr>
              <w:t>Dmytro</w:t>
            </w:r>
            <w:proofErr w:type="spellEnd"/>
            <w:r w:rsidRPr="00B662DE">
              <w:rPr>
                <w:b/>
                <w:sz w:val="18"/>
                <w:lang w:val="es-419"/>
              </w:rPr>
              <w:t xml:space="preserve"> </w:t>
            </w:r>
            <w:proofErr w:type="spellStart"/>
            <w:r w:rsidRPr="00B662DE">
              <w:rPr>
                <w:b/>
                <w:sz w:val="18"/>
                <w:lang w:val="es-419"/>
              </w:rPr>
              <w:t>Borodavka</w:t>
            </w:r>
            <w:proofErr w:type="spellEnd"/>
            <w:r w:rsidRPr="00B662DE">
              <w:rPr>
                <w:b/>
                <w:sz w:val="18"/>
                <w:lang w:val="es-419"/>
              </w:rPr>
              <w:t xml:space="preserve">, </w:t>
            </w:r>
            <w:proofErr w:type="spellStart"/>
            <w:r w:rsidRPr="00B662DE">
              <w:rPr>
                <w:b/>
                <w:sz w:val="18"/>
                <w:lang w:val="es-419"/>
              </w:rPr>
              <w:t>konateľ</w:t>
            </w:r>
            <w:proofErr w:type="spellEnd"/>
          </w:p>
          <w:p w14:paraId="222728F7" w14:textId="77777777" w:rsidR="003B3D28" w:rsidRDefault="003B3D28" w:rsidP="003B3D28">
            <w:pPr>
              <w:spacing w:after="40"/>
              <w:jc w:val="center"/>
              <w:rPr>
                <w:b/>
                <w:sz w:val="18"/>
                <w:lang w:val="es-419"/>
              </w:rPr>
            </w:pPr>
          </w:p>
          <w:p w14:paraId="535B40EE" w14:textId="77777777" w:rsidR="003B3D28" w:rsidRDefault="003B3D28" w:rsidP="003B3D28">
            <w:pPr>
              <w:spacing w:after="40"/>
              <w:jc w:val="center"/>
              <w:rPr>
                <w:b/>
                <w:sz w:val="18"/>
                <w:lang w:val="es-419"/>
              </w:rPr>
            </w:pPr>
          </w:p>
          <w:p w14:paraId="6ED6C2F3" w14:textId="77777777" w:rsidR="003B3D28" w:rsidRPr="00B662DE" w:rsidRDefault="003B3D28" w:rsidP="003B3D28">
            <w:pPr>
              <w:spacing w:after="40"/>
              <w:jc w:val="center"/>
              <w:rPr>
                <w:lang w:val="es-419"/>
              </w:rPr>
            </w:pPr>
          </w:p>
        </w:tc>
      </w:tr>
    </w:tbl>
    <w:p w14:paraId="20E1144D" w14:textId="77777777" w:rsidR="003F413A" w:rsidRPr="00B662DE" w:rsidRDefault="003F413A">
      <w:pPr>
        <w:spacing w:line="20" w:lineRule="exact"/>
        <w:rPr>
          <w:lang w:val="es-419"/>
        </w:rPr>
      </w:pPr>
    </w:p>
    <w:sectPr w:rsidR="003F413A" w:rsidRPr="00B662DE" w:rsidSect="00034616">
      <w:footerReference w:type="default" r:id="rId11"/>
      <w:pgSz w:w="12240" w:h="15840"/>
      <w:pgMar w:top="737" w:right="737" w:bottom="935" w:left="737"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64D20A" w14:textId="77777777" w:rsidR="009738A2" w:rsidRDefault="009738A2">
      <w:pPr>
        <w:spacing w:line="240" w:lineRule="auto"/>
      </w:pPr>
      <w:r>
        <w:separator/>
      </w:r>
    </w:p>
  </w:endnote>
  <w:endnote w:type="continuationSeparator" w:id="0">
    <w:p w14:paraId="0AE9CB39" w14:textId="77777777" w:rsidR="009738A2" w:rsidRDefault="009738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181D7" w14:textId="77777777" w:rsidR="003F413A" w:rsidRDefault="003F413A">
    <w:pPr>
      <w:pStyle w:val="Footer"/>
    </w:pPr>
  </w:p>
  <w:tbl>
    <w:tblPr>
      <w:tblW w:w="0" w:type="auto"/>
      <w:jc w:val="center"/>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4A0" w:firstRow="1" w:lastRow="0" w:firstColumn="1" w:lastColumn="0" w:noHBand="0" w:noVBand="1"/>
    </w:tblPr>
    <w:tblGrid>
      <w:gridCol w:w="3628"/>
      <w:gridCol w:w="3061"/>
      <w:gridCol w:w="3628"/>
    </w:tblGrid>
    <w:tr w:rsidR="003F413A" w14:paraId="4ADDC291" w14:textId="77777777">
      <w:trPr>
        <w:jc w:val="center"/>
      </w:trPr>
      <w:tc>
        <w:tcPr>
          <w:tcW w:w="3628" w:type="dxa"/>
          <w:tcMar>
            <w:top w:w="35" w:type="dxa"/>
            <w:left w:w="40" w:type="dxa"/>
            <w:bottom w:w="15" w:type="dxa"/>
            <w:right w:w="40" w:type="dxa"/>
          </w:tcMar>
        </w:tcPr>
        <w:p w14:paraId="3EEEF371" w14:textId="77777777" w:rsidR="003F413A" w:rsidRDefault="00000000">
          <w:r>
            <w:rPr>
              <w:sz w:val="15"/>
            </w:rPr>
            <w:t xml:space="preserve">Seller / </w:t>
          </w:r>
          <w:proofErr w:type="spellStart"/>
          <w:r>
            <w:rPr>
              <w:sz w:val="15"/>
            </w:rPr>
            <w:t>Predávajúci</w:t>
          </w:r>
          <w:proofErr w:type="spellEnd"/>
          <w:r>
            <w:rPr>
              <w:sz w:val="15"/>
            </w:rPr>
            <w:t>: __________________</w:t>
          </w:r>
        </w:p>
      </w:tc>
      <w:tc>
        <w:tcPr>
          <w:tcW w:w="3061" w:type="dxa"/>
          <w:tcMar>
            <w:top w:w="35" w:type="dxa"/>
            <w:left w:w="40" w:type="dxa"/>
            <w:bottom w:w="15" w:type="dxa"/>
            <w:right w:w="40" w:type="dxa"/>
          </w:tcMar>
        </w:tcPr>
        <w:p w14:paraId="6FFE03D3" w14:textId="77777777" w:rsidR="003F413A" w:rsidRDefault="00000000">
          <w:pPr>
            <w:jc w:val="center"/>
          </w:pPr>
          <w:r>
            <w:rPr>
              <w:sz w:val="15"/>
            </w:rPr>
            <w:t xml:space="preserve">Page </w:t>
          </w:r>
          <w:r>
            <w:rPr>
              <w:sz w:val="15"/>
            </w:rPr>
            <w:fldChar w:fldCharType="begin"/>
          </w:r>
          <w:r>
            <w:rPr>
              <w:sz w:val="15"/>
            </w:rPr>
            <w:instrText>PAGE</w:instrText>
          </w:r>
          <w:r>
            <w:rPr>
              <w:sz w:val="15"/>
            </w:rPr>
            <w:fldChar w:fldCharType="separate"/>
          </w:r>
          <w:r w:rsidR="00B662DE">
            <w:rPr>
              <w:noProof/>
              <w:sz w:val="15"/>
            </w:rPr>
            <w:t>1</w:t>
          </w:r>
          <w:r>
            <w:rPr>
              <w:sz w:val="15"/>
            </w:rPr>
            <w:fldChar w:fldCharType="end"/>
          </w:r>
          <w:r>
            <w:rPr>
              <w:sz w:val="15"/>
            </w:rPr>
            <w:t xml:space="preserve"> / </w:t>
          </w:r>
          <w:r>
            <w:rPr>
              <w:sz w:val="15"/>
            </w:rPr>
            <w:fldChar w:fldCharType="begin"/>
          </w:r>
          <w:r>
            <w:rPr>
              <w:sz w:val="15"/>
            </w:rPr>
            <w:instrText>NUMPAGES</w:instrText>
          </w:r>
          <w:r>
            <w:rPr>
              <w:sz w:val="15"/>
            </w:rPr>
            <w:fldChar w:fldCharType="separate"/>
          </w:r>
          <w:r w:rsidR="00B662DE">
            <w:rPr>
              <w:noProof/>
              <w:sz w:val="15"/>
            </w:rPr>
            <w:t>2</w:t>
          </w:r>
          <w:r>
            <w:rPr>
              <w:sz w:val="15"/>
            </w:rPr>
            <w:fldChar w:fldCharType="end"/>
          </w:r>
        </w:p>
      </w:tc>
      <w:tc>
        <w:tcPr>
          <w:tcW w:w="3628" w:type="dxa"/>
          <w:tcMar>
            <w:top w:w="35" w:type="dxa"/>
            <w:left w:w="40" w:type="dxa"/>
            <w:bottom w:w="15" w:type="dxa"/>
            <w:right w:w="40" w:type="dxa"/>
          </w:tcMar>
        </w:tcPr>
        <w:p w14:paraId="7EE5A451" w14:textId="77777777" w:rsidR="003F413A" w:rsidRDefault="00000000">
          <w:pPr>
            <w:jc w:val="right"/>
          </w:pPr>
          <w:r>
            <w:rPr>
              <w:sz w:val="15"/>
            </w:rPr>
            <w:t xml:space="preserve">Buyer / </w:t>
          </w:r>
          <w:proofErr w:type="spellStart"/>
          <w:r>
            <w:rPr>
              <w:sz w:val="15"/>
            </w:rPr>
            <w:t>Kupujúci</w:t>
          </w:r>
          <w:proofErr w:type="spellEnd"/>
          <w:r>
            <w:rPr>
              <w:sz w:val="15"/>
            </w:rPr>
            <w:t>: __________________</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9A39DE" w14:textId="77777777" w:rsidR="009738A2" w:rsidRDefault="009738A2">
      <w:pPr>
        <w:spacing w:line="240" w:lineRule="auto"/>
      </w:pPr>
      <w:r>
        <w:separator/>
      </w:r>
    </w:p>
  </w:footnote>
  <w:footnote w:type="continuationSeparator" w:id="0">
    <w:p w14:paraId="351B4197" w14:textId="77777777" w:rsidR="009738A2" w:rsidRDefault="009738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B17216"/>
    <w:multiLevelType w:val="hybridMultilevel"/>
    <w:tmpl w:val="A4943548"/>
    <w:lvl w:ilvl="0" w:tplc="041B0001">
      <w:start w:val="1"/>
      <w:numFmt w:val="bullet"/>
      <w:lvlText w:val=""/>
      <w:lvlJc w:val="left"/>
      <w:pPr>
        <w:ind w:left="720" w:hanging="360"/>
      </w:pPr>
      <w:rPr>
        <w:rFonts w:ascii="Symbol" w:hAnsi="Symbol" w:hint="default"/>
      </w:rPr>
    </w:lvl>
    <w:lvl w:ilvl="1" w:tplc="54BAF006">
      <w:numFmt w:val="bullet"/>
      <w:lvlText w:val="-"/>
      <w:lvlJc w:val="left"/>
      <w:pPr>
        <w:ind w:left="1800" w:hanging="720"/>
      </w:pPr>
      <w:rPr>
        <w:rFonts w:ascii="Arial" w:eastAsiaTheme="minorEastAsia" w:hAnsi="Arial" w:cs="Aria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BE523A7"/>
    <w:multiLevelType w:val="hybridMultilevel"/>
    <w:tmpl w:val="E618CBC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355514F"/>
    <w:multiLevelType w:val="hybridMultilevel"/>
    <w:tmpl w:val="151893F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5C82C11"/>
    <w:multiLevelType w:val="hybridMultilevel"/>
    <w:tmpl w:val="900CB4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345905910">
    <w:abstractNumId w:val="8"/>
  </w:num>
  <w:num w:numId="2" w16cid:durableId="657417600">
    <w:abstractNumId w:val="6"/>
  </w:num>
  <w:num w:numId="3" w16cid:durableId="1432630022">
    <w:abstractNumId w:val="5"/>
  </w:num>
  <w:num w:numId="4" w16cid:durableId="1415591978">
    <w:abstractNumId w:val="4"/>
  </w:num>
  <w:num w:numId="5" w16cid:durableId="634221420">
    <w:abstractNumId w:val="7"/>
  </w:num>
  <w:num w:numId="6" w16cid:durableId="557866416">
    <w:abstractNumId w:val="3"/>
  </w:num>
  <w:num w:numId="7" w16cid:durableId="821896062">
    <w:abstractNumId w:val="2"/>
  </w:num>
  <w:num w:numId="8" w16cid:durableId="70736357">
    <w:abstractNumId w:val="1"/>
  </w:num>
  <w:num w:numId="9" w16cid:durableId="1396974406">
    <w:abstractNumId w:val="0"/>
  </w:num>
  <w:num w:numId="10" w16cid:durableId="2067147535">
    <w:abstractNumId w:val="11"/>
  </w:num>
  <w:num w:numId="11" w16cid:durableId="1547913109">
    <w:abstractNumId w:val="10"/>
  </w:num>
  <w:num w:numId="12" w16cid:durableId="1005864159">
    <w:abstractNumId w:val="12"/>
  </w:num>
  <w:num w:numId="13" w16cid:durableId="12482664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6AE9"/>
    <w:rsid w:val="0015074B"/>
    <w:rsid w:val="00166D30"/>
    <w:rsid w:val="001D5C60"/>
    <w:rsid w:val="002117F3"/>
    <w:rsid w:val="00264FFB"/>
    <w:rsid w:val="0029639D"/>
    <w:rsid w:val="00304C98"/>
    <w:rsid w:val="00326F90"/>
    <w:rsid w:val="003942E4"/>
    <w:rsid w:val="003959F4"/>
    <w:rsid w:val="003A3144"/>
    <w:rsid w:val="003B3D28"/>
    <w:rsid w:val="003C2082"/>
    <w:rsid w:val="003C54A3"/>
    <w:rsid w:val="003F413A"/>
    <w:rsid w:val="004603AF"/>
    <w:rsid w:val="00490BE0"/>
    <w:rsid w:val="005801B9"/>
    <w:rsid w:val="00657CCA"/>
    <w:rsid w:val="00664C0E"/>
    <w:rsid w:val="00722294"/>
    <w:rsid w:val="009334FB"/>
    <w:rsid w:val="009738A2"/>
    <w:rsid w:val="009C7B7A"/>
    <w:rsid w:val="00AA1D8D"/>
    <w:rsid w:val="00AA2D88"/>
    <w:rsid w:val="00AE7A56"/>
    <w:rsid w:val="00B00533"/>
    <w:rsid w:val="00B47730"/>
    <w:rsid w:val="00B662DE"/>
    <w:rsid w:val="00BE4E03"/>
    <w:rsid w:val="00BE6588"/>
    <w:rsid w:val="00C2012F"/>
    <w:rsid w:val="00C63817"/>
    <w:rsid w:val="00C7762B"/>
    <w:rsid w:val="00CB0664"/>
    <w:rsid w:val="00CB2EA3"/>
    <w:rsid w:val="00D52A74"/>
    <w:rsid w:val="00D5345B"/>
    <w:rsid w:val="00DF5CD5"/>
    <w:rsid w:val="00E141A4"/>
    <w:rsid w:val="00E379B6"/>
    <w:rsid w:val="00E5711E"/>
    <w:rsid w:val="00E63CEA"/>
    <w:rsid w:val="00F275EA"/>
    <w:rsid w:val="00F3162A"/>
    <w:rsid w:val="00FA0176"/>
    <w:rsid w:val="00FC34BE"/>
    <w:rsid w:val="00FC693F"/>
    <w:rsid w:val="00FD3E38"/>
    <w:rsid w:val="00FE36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E02438"/>
  <w14:defaultImageDpi w14:val="300"/>
  <w15:docId w15:val="{8D6EC4DE-3935-4765-AC00-0CEBD7F8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5801B9"/>
    <w:pPr>
      <w:spacing w:after="0" w:line="240" w:lineRule="auto"/>
    </w:pPr>
    <w:rPr>
      <w:rFonts w:ascii="Arial" w:hAnsi="Arial"/>
      <w:sz w:val="17"/>
    </w:rPr>
  </w:style>
  <w:style w:type="character" w:styleId="CommentReference">
    <w:name w:val="annotation reference"/>
    <w:basedOn w:val="DefaultParagraphFont"/>
    <w:uiPriority w:val="99"/>
    <w:semiHidden/>
    <w:unhideWhenUsed/>
    <w:rsid w:val="00CB2EA3"/>
    <w:rPr>
      <w:sz w:val="16"/>
      <w:szCs w:val="16"/>
    </w:rPr>
  </w:style>
  <w:style w:type="paragraph" w:styleId="CommentText">
    <w:name w:val="annotation text"/>
    <w:basedOn w:val="Normal"/>
    <w:link w:val="CommentTextChar"/>
    <w:uiPriority w:val="99"/>
    <w:unhideWhenUsed/>
    <w:rsid w:val="00CB2EA3"/>
    <w:pPr>
      <w:spacing w:line="240" w:lineRule="auto"/>
    </w:pPr>
    <w:rPr>
      <w:sz w:val="20"/>
      <w:szCs w:val="20"/>
    </w:rPr>
  </w:style>
  <w:style w:type="character" w:customStyle="1" w:styleId="CommentTextChar">
    <w:name w:val="Comment Text Char"/>
    <w:basedOn w:val="DefaultParagraphFont"/>
    <w:link w:val="CommentText"/>
    <w:uiPriority w:val="99"/>
    <w:rsid w:val="00CB2EA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B2EA3"/>
    <w:rPr>
      <w:b/>
      <w:bCs/>
    </w:rPr>
  </w:style>
  <w:style w:type="character" w:customStyle="1" w:styleId="CommentSubjectChar">
    <w:name w:val="Comment Subject Char"/>
    <w:basedOn w:val="CommentTextChar"/>
    <w:link w:val="CommentSubject"/>
    <w:uiPriority w:val="99"/>
    <w:semiHidden/>
    <w:rsid w:val="00CB2EA3"/>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1766504">
      <w:bodyDiv w:val="1"/>
      <w:marLeft w:val="0"/>
      <w:marRight w:val="0"/>
      <w:marTop w:val="0"/>
      <w:marBottom w:val="0"/>
      <w:divBdr>
        <w:top w:val="none" w:sz="0" w:space="0" w:color="auto"/>
        <w:left w:val="none" w:sz="0" w:space="0" w:color="auto"/>
        <w:bottom w:val="none" w:sz="0" w:space="0" w:color="auto"/>
        <w:right w:val="none" w:sz="0" w:space="0" w:color="auto"/>
      </w:divBdr>
      <w:divsChild>
        <w:div w:id="220870881">
          <w:marLeft w:val="0"/>
          <w:marRight w:val="0"/>
          <w:marTop w:val="0"/>
          <w:marBottom w:val="0"/>
          <w:divBdr>
            <w:top w:val="none" w:sz="0" w:space="0" w:color="auto"/>
            <w:left w:val="none" w:sz="0" w:space="0" w:color="auto"/>
            <w:bottom w:val="none" w:sz="0" w:space="0" w:color="auto"/>
            <w:right w:val="none" w:sz="0" w:space="0" w:color="auto"/>
          </w:divBdr>
        </w:div>
      </w:divsChild>
    </w:div>
    <w:div w:id="993801185">
      <w:bodyDiv w:val="1"/>
      <w:marLeft w:val="0"/>
      <w:marRight w:val="0"/>
      <w:marTop w:val="0"/>
      <w:marBottom w:val="0"/>
      <w:divBdr>
        <w:top w:val="none" w:sz="0" w:space="0" w:color="auto"/>
        <w:left w:val="none" w:sz="0" w:space="0" w:color="auto"/>
        <w:bottom w:val="none" w:sz="0" w:space="0" w:color="auto"/>
        <w:right w:val="none" w:sz="0" w:space="0" w:color="auto"/>
      </w:divBdr>
      <w:divsChild>
        <w:div w:id="1327170208">
          <w:marLeft w:val="0"/>
          <w:marRight w:val="0"/>
          <w:marTop w:val="0"/>
          <w:marBottom w:val="0"/>
          <w:divBdr>
            <w:top w:val="none" w:sz="0" w:space="0" w:color="auto"/>
            <w:left w:val="none" w:sz="0" w:space="0" w:color="auto"/>
            <w:bottom w:val="none" w:sz="0" w:space="0" w:color="auto"/>
            <w:right w:val="none" w:sz="0" w:space="0" w:color="auto"/>
          </w:divBdr>
        </w:div>
      </w:divsChild>
    </w:div>
    <w:div w:id="1732458974">
      <w:bodyDiv w:val="1"/>
      <w:marLeft w:val="0"/>
      <w:marRight w:val="0"/>
      <w:marTop w:val="0"/>
      <w:marBottom w:val="0"/>
      <w:divBdr>
        <w:top w:val="none" w:sz="0" w:space="0" w:color="auto"/>
        <w:left w:val="none" w:sz="0" w:space="0" w:color="auto"/>
        <w:bottom w:val="none" w:sz="0" w:space="0" w:color="auto"/>
        <w:right w:val="none" w:sz="0" w:space="0" w:color="auto"/>
      </w:divBdr>
      <w:divsChild>
        <w:div w:id="1153762067">
          <w:marLeft w:val="0"/>
          <w:marRight w:val="0"/>
          <w:marTop w:val="0"/>
          <w:marBottom w:val="0"/>
          <w:divBdr>
            <w:top w:val="none" w:sz="0" w:space="0" w:color="auto"/>
            <w:left w:val="none" w:sz="0" w:space="0" w:color="auto"/>
            <w:bottom w:val="none" w:sz="0" w:space="0" w:color="auto"/>
            <w:right w:val="none" w:sz="0" w:space="0" w:color="auto"/>
          </w:divBdr>
        </w:div>
      </w:divsChild>
    </w:div>
    <w:div w:id="1904949284">
      <w:bodyDiv w:val="1"/>
      <w:marLeft w:val="0"/>
      <w:marRight w:val="0"/>
      <w:marTop w:val="0"/>
      <w:marBottom w:val="0"/>
      <w:divBdr>
        <w:top w:val="none" w:sz="0" w:space="0" w:color="auto"/>
        <w:left w:val="none" w:sz="0" w:space="0" w:color="auto"/>
        <w:bottom w:val="none" w:sz="0" w:space="0" w:color="auto"/>
        <w:right w:val="none" w:sz="0" w:space="0" w:color="auto"/>
      </w:divBdr>
      <w:divsChild>
        <w:div w:id="196727137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CA22CF950F7F4CA60A3ED192CB6F7A" ma:contentTypeVersion="13" ma:contentTypeDescription="Create a new document." ma:contentTypeScope="" ma:versionID="c899baba2700333d637019dea6ea6fa9">
  <xsd:schema xmlns:xsd="http://www.w3.org/2001/XMLSchema" xmlns:xs="http://www.w3.org/2001/XMLSchema" xmlns:p="http://schemas.microsoft.com/office/2006/metadata/properties" xmlns:ns2="9cef4569-11d8-439c-89e4-32829edb5ccd" xmlns:ns3="dabd6261-f4b5-418c-a985-a4260f3c7a0e" targetNamespace="http://schemas.microsoft.com/office/2006/metadata/properties" ma:root="true" ma:fieldsID="c3909dee71b0d4c306bd30b22024deae" ns2:_="" ns3:_="">
    <xsd:import namespace="9cef4569-11d8-439c-89e4-32829edb5ccd"/>
    <xsd:import namespace="dabd6261-f4b5-418c-a985-a4260f3c7a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ef4569-11d8-439c-89e4-32829edb5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6f7ea4-aabe-46d1-875d-2dfe3557d59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bd6261-f4b5-418c-a985-a4260f3c7a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4b3e2f-c8f3-4405-9b47-b0929a623826}" ma:internalName="TaxCatchAll" ma:showField="CatchAllData" ma:web="dabd6261-f4b5-418c-a985-a4260f3c7a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abd6261-f4b5-418c-a985-a4260f3c7a0e" xsi:nil="true"/>
    <lcf76f155ced4ddcb4097134ff3c332f xmlns="9cef4569-11d8-439c-89e4-32829edb5cc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FD36B-85DA-470C-A4AE-DF1F211E3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ef4569-11d8-439c-89e4-32829edb5ccd"/>
    <ds:schemaRef ds:uri="dabd6261-f4b5-418c-a985-a4260f3c7a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F6A893-E5DD-4D48-A439-6909AE7344C4}">
  <ds:schemaRefs>
    <ds:schemaRef ds:uri="http://schemas.microsoft.com/office/2006/metadata/properties"/>
    <ds:schemaRef ds:uri="http://schemas.microsoft.com/office/infopath/2007/PartnerControls"/>
    <ds:schemaRef ds:uri="dabd6261-f4b5-418c-a985-a4260f3c7a0e"/>
    <ds:schemaRef ds:uri="9cef4569-11d8-439c-89e4-32829edb5ccd"/>
  </ds:schemaRefs>
</ds:datastoreItem>
</file>

<file path=customXml/itemProps3.xml><?xml version="1.0" encoding="utf-8"?>
<ds:datastoreItem xmlns:ds="http://schemas.openxmlformats.org/officeDocument/2006/customXml" ds:itemID="{59DAB3FE-F633-444B-8BC4-EC4A40C3E225}">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16</Pages>
  <Words>11340</Words>
  <Characters>64638</Characters>
  <Application>Microsoft Office Word</Application>
  <DocSecurity>0</DocSecurity>
  <Lines>538</Lines>
  <Paragraphs>151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Manager/>
  <Company/>
  <LinksUpToDate>false</LinksUpToDate>
  <CharactersWithSpaces>75827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Kobzeva</cp:lastModifiedBy>
  <cp:revision>7</cp:revision>
  <dcterms:created xsi:type="dcterms:W3CDTF">2026-10-07T15:49:00Z</dcterms:created>
  <dcterms:modified xsi:type="dcterms:W3CDTF">2026-10-13T12:44:00Z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0x010100F0CA22CF950F7F4CA60A3ED192CB6F7A</vt:lpwstr>
  </property>
</Properties>
</file>