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305CC" w14:textId="77777777" w:rsidR="00C56DB5" w:rsidRDefault="00000000">
      <w:r>
        <w:t>Znak spr.: SA.270.4.5.2026</w:t>
      </w:r>
    </w:p>
    <w:p w14:paraId="0E721C82" w14:textId="77777777" w:rsidR="00C56DB5" w:rsidRDefault="00000000">
      <w:pPr>
        <w:jc w:val="right"/>
      </w:pPr>
      <w:r>
        <w:rPr>
          <w:b/>
        </w:rPr>
        <w:t>Załącznik nr 5b do SWZ</w:t>
      </w:r>
    </w:p>
    <w:p w14:paraId="4ABC5FF2" w14:textId="77777777" w:rsidR="00C56DB5" w:rsidRDefault="00C56DB5"/>
    <w:p w14:paraId="37B9B403" w14:textId="77777777" w:rsidR="00C56DB5" w:rsidRDefault="00000000">
      <w:r>
        <w:t>__________________________________________________________</w:t>
      </w:r>
    </w:p>
    <w:p w14:paraId="6A3B9C8C" w14:textId="77777777" w:rsidR="00C56DB5" w:rsidRDefault="00000000">
      <w:r>
        <w:t>__________________________________________________________</w:t>
      </w:r>
    </w:p>
    <w:p w14:paraId="0BF18F50" w14:textId="77777777" w:rsidR="00C56DB5" w:rsidRDefault="00000000">
      <w:r>
        <w:rPr>
          <w:i/>
          <w:sz w:val="16"/>
        </w:rPr>
        <w:t>(Nazwa i adres podmiotu udostępniającego zasoby, nr NIP)</w:t>
      </w:r>
    </w:p>
    <w:p w14:paraId="4D13AB7B" w14:textId="77777777" w:rsidR="00C56DB5" w:rsidRDefault="00000000">
      <w:pPr>
        <w:spacing w:before="40"/>
        <w:jc w:val="right"/>
      </w:pPr>
      <w:r>
        <w:t>_____________________________________________, dnia _____________ r.</w:t>
      </w:r>
    </w:p>
    <w:p w14:paraId="06A6691A" w14:textId="77777777" w:rsidR="00C56DB5" w:rsidRDefault="00000000">
      <w:pPr>
        <w:keepNext/>
        <w:spacing w:before="80"/>
        <w:jc w:val="center"/>
      </w:pPr>
      <w:r>
        <w:rPr>
          <w:b/>
          <w:sz w:val="21"/>
        </w:rPr>
        <w:t>OŚWIADCZENIE PODMIOTU UDOSTĘPNIAJĄCEGO ZASOBY</w:t>
      </w:r>
    </w:p>
    <w:p w14:paraId="391AAEA3" w14:textId="77777777" w:rsidR="00C56DB5" w:rsidRDefault="00000000">
      <w:pPr>
        <w:keepNext/>
        <w:spacing w:after="60"/>
        <w:jc w:val="center"/>
      </w:pPr>
      <w:r>
        <w:rPr>
          <w:b/>
          <w:sz w:val="21"/>
        </w:rPr>
        <w:t>O AKTUALNOŚCI INFORMACJI ZAWARTYCH W OŚWIADCZENIU,</w:t>
      </w:r>
      <w:r>
        <w:rPr>
          <w:b/>
          <w:sz w:val="21"/>
        </w:rPr>
        <w:br/>
        <w:t>O KTÓRYM MOWA W ART. 125 UST. 5 USTAWY PZP</w:t>
      </w:r>
    </w:p>
    <w:p w14:paraId="4FAA72CA" w14:textId="77777777" w:rsidR="00C56DB5" w:rsidRDefault="00000000">
      <w:pPr>
        <w:spacing w:after="40"/>
        <w:jc w:val="both"/>
      </w:pPr>
      <w:r>
        <w:t xml:space="preserve">Na potrzeby postępowania o udzielenie zamówienia publicznego prowadzonego przez </w:t>
      </w:r>
      <w:r>
        <w:rPr>
          <w:b/>
        </w:rPr>
        <w:t>Nadleśnictwo Cierpiszewo</w:t>
      </w:r>
      <w:r>
        <w:t xml:space="preserve"> w trybie podstawowym z możliwością negocjacji, o którym mowa w art. 275 pkt 2 ustawy Pzp, na zadanie: </w:t>
      </w:r>
      <w:r>
        <w:rPr>
          <w:b/>
        </w:rPr>
        <w:t>„Przebudowa zbiornika retencyjnego na zbiornik ppoż w leśnictwie Nieszawka”</w:t>
      </w:r>
      <w:r>
        <w:t>, w odpowiedzi na wezwanie Zamawiającego skierowane do Wykonawcy na podstawie art. 274 ust. 1 ustawy Pzp,</w:t>
      </w:r>
    </w:p>
    <w:p w14:paraId="59028579" w14:textId="77777777" w:rsidR="00C56DB5" w:rsidRDefault="00000000">
      <w:pPr>
        <w:spacing w:before="40"/>
      </w:pPr>
      <w:r>
        <w:t>Ja niżej podpisany/a:</w:t>
      </w:r>
    </w:p>
    <w:p w14:paraId="50C767D8" w14:textId="77777777" w:rsidR="00C56DB5" w:rsidRDefault="00000000">
      <w:r>
        <w:t>________________________________________________________________________________</w:t>
      </w:r>
    </w:p>
    <w:p w14:paraId="0CE7B119" w14:textId="77777777" w:rsidR="00C56DB5" w:rsidRDefault="00000000">
      <w:r>
        <w:t>działając w imieniu i na rzecz podmiotu udostępniającego zasoby:</w:t>
      </w:r>
    </w:p>
    <w:p w14:paraId="2F81C794" w14:textId="77777777" w:rsidR="00C56DB5" w:rsidRDefault="00000000">
      <w:r>
        <w:t>________________________________________________________________________________</w:t>
      </w:r>
    </w:p>
    <w:p w14:paraId="20D234C9" w14:textId="77777777" w:rsidR="00C56DB5" w:rsidRDefault="00000000">
      <w:r>
        <w:t>________________________________________________________________________________</w:t>
      </w:r>
    </w:p>
    <w:p w14:paraId="3B3FC974" w14:textId="77777777" w:rsidR="00C56DB5" w:rsidRDefault="00000000">
      <w:pPr>
        <w:spacing w:before="60" w:after="20"/>
        <w:jc w:val="both"/>
      </w:pPr>
      <w:r>
        <w:t>oświadczam, że informacje zawarte w oświadczeniu podmiotu udostępniającego zasoby o braku podstaw wykluczenia, złożonym wraz z ofertą na podstawie art. 125 ust. 5 ustawy Pzp, są aktualne na dzień złożenia niniejszego oświadczenia w zakresie następujących podstaw wykluczenia wskazanych przez Zamawiającego:</w:t>
      </w:r>
    </w:p>
    <w:p w14:paraId="19203718" w14:textId="77777777" w:rsidR="00C56DB5" w:rsidRDefault="00000000">
      <w:pPr>
        <w:ind w:left="312" w:hanging="198"/>
        <w:jc w:val="both"/>
      </w:pPr>
      <w:r>
        <w:rPr>
          <w:b/>
        </w:rPr>
        <w:t xml:space="preserve">• </w:t>
      </w:r>
      <w:r>
        <w:rPr>
          <w:b/>
          <w:sz w:val="19"/>
        </w:rPr>
        <w:t>art. 108 ust. 1 pkt 3 ustawy Pzp</w:t>
      </w:r>
      <w:r>
        <w:rPr>
          <w:sz w:val="19"/>
        </w:rPr>
        <w:t>;</w:t>
      </w:r>
    </w:p>
    <w:p w14:paraId="03EE3FEE" w14:textId="77777777" w:rsidR="00C56DB5" w:rsidRDefault="00000000">
      <w:pPr>
        <w:ind w:left="312" w:hanging="198"/>
        <w:jc w:val="both"/>
      </w:pPr>
      <w:r>
        <w:rPr>
          <w:b/>
        </w:rPr>
        <w:t xml:space="preserve">• </w:t>
      </w:r>
      <w:r>
        <w:rPr>
          <w:b/>
          <w:sz w:val="19"/>
        </w:rPr>
        <w:t>art. 108 ust. 1 pkt 4 ustawy Pzp</w:t>
      </w:r>
      <w:r>
        <w:rPr>
          <w:sz w:val="19"/>
        </w:rPr>
        <w:t xml:space="preserve"> - w zakresie dotyczącym orzeczenia zakazu ubiegania się o zamówienie publiczne tytułem środka zapobiegawczego;</w:t>
      </w:r>
    </w:p>
    <w:p w14:paraId="66174761" w14:textId="77777777" w:rsidR="00C56DB5" w:rsidRDefault="00000000">
      <w:pPr>
        <w:ind w:left="312" w:hanging="198"/>
        <w:jc w:val="both"/>
      </w:pPr>
      <w:r>
        <w:rPr>
          <w:b/>
        </w:rPr>
        <w:t xml:space="preserve">• </w:t>
      </w:r>
      <w:r>
        <w:rPr>
          <w:b/>
          <w:sz w:val="19"/>
        </w:rPr>
        <w:t>art. 108 ust. 1 pkt 5 ustawy Pzp</w:t>
      </w:r>
      <w:r>
        <w:rPr>
          <w:sz w:val="19"/>
        </w:rPr>
        <w:t xml:space="preserve"> - w zakresie dotyczącym zawarcia z innymi wykonawcami porozumienia mającego na celu zakłócenie konkurencji;</w:t>
      </w:r>
    </w:p>
    <w:p w14:paraId="261A3DBD" w14:textId="77777777" w:rsidR="00C56DB5" w:rsidRDefault="00000000">
      <w:pPr>
        <w:ind w:left="312" w:hanging="198"/>
        <w:jc w:val="both"/>
      </w:pPr>
      <w:r>
        <w:rPr>
          <w:b/>
        </w:rPr>
        <w:t xml:space="preserve">• </w:t>
      </w:r>
      <w:r>
        <w:rPr>
          <w:b/>
          <w:sz w:val="19"/>
        </w:rPr>
        <w:t>art. 108 ust. 1 pkt 6 ustawy Pzp</w:t>
      </w:r>
      <w:r>
        <w:rPr>
          <w:sz w:val="19"/>
        </w:rPr>
        <w:t>;</w:t>
      </w:r>
    </w:p>
    <w:p w14:paraId="57BF4BE8" w14:textId="77777777" w:rsidR="00C56DB5" w:rsidRDefault="00000000">
      <w:pPr>
        <w:ind w:left="312" w:hanging="198"/>
        <w:jc w:val="both"/>
      </w:pPr>
      <w:r>
        <w:rPr>
          <w:b/>
        </w:rPr>
        <w:t xml:space="preserve">• </w:t>
      </w:r>
      <w:r>
        <w:rPr>
          <w:b/>
          <w:sz w:val="19"/>
        </w:rPr>
        <w:t>art. 109 ust. 1 pkt 1 ustawy Pzp</w:t>
      </w:r>
      <w:r>
        <w:rPr>
          <w:sz w:val="19"/>
        </w:rPr>
        <w:t xml:space="preserve"> - w zakresie naruszenia obowiązków dotyczących płatności podatków i opłat lokalnych;</w:t>
      </w:r>
    </w:p>
    <w:p w14:paraId="60CFF1B9" w14:textId="77777777" w:rsidR="00C56DB5" w:rsidRDefault="00000000">
      <w:pPr>
        <w:ind w:left="312" w:hanging="198"/>
        <w:jc w:val="both"/>
      </w:pPr>
      <w:r>
        <w:rPr>
          <w:b/>
        </w:rPr>
        <w:t xml:space="preserve">• </w:t>
      </w:r>
      <w:r>
        <w:rPr>
          <w:b/>
          <w:sz w:val="19"/>
        </w:rPr>
        <w:t>art. 109 ust. 1 pkt 2 lit. b ustawy Pzp</w:t>
      </w:r>
      <w:r>
        <w:rPr>
          <w:sz w:val="19"/>
        </w:rPr>
        <w:t xml:space="preserve"> - w zakresie ukarania za wykroczenie, za które wymierzono karę ograniczenia wolności lub karę grzywny;</w:t>
      </w:r>
    </w:p>
    <w:p w14:paraId="24793C5F" w14:textId="77777777" w:rsidR="00C56DB5" w:rsidRDefault="00000000">
      <w:pPr>
        <w:ind w:left="312" w:hanging="198"/>
        <w:jc w:val="both"/>
      </w:pPr>
      <w:r>
        <w:rPr>
          <w:b/>
        </w:rPr>
        <w:t xml:space="preserve">• </w:t>
      </w:r>
      <w:r>
        <w:rPr>
          <w:b/>
          <w:sz w:val="19"/>
        </w:rPr>
        <w:t>art. 109 ust. 1 pkt 2 lit. c ustawy Pzp</w:t>
      </w:r>
      <w:r>
        <w:rPr>
          <w:sz w:val="19"/>
        </w:rPr>
        <w:t>;</w:t>
      </w:r>
    </w:p>
    <w:p w14:paraId="5A0DCD25" w14:textId="77777777" w:rsidR="00C56DB5" w:rsidRDefault="00000000">
      <w:pPr>
        <w:ind w:left="312" w:hanging="198"/>
        <w:jc w:val="both"/>
      </w:pPr>
      <w:r>
        <w:rPr>
          <w:b/>
        </w:rPr>
        <w:t xml:space="preserve">• </w:t>
      </w:r>
      <w:r>
        <w:rPr>
          <w:b/>
          <w:sz w:val="19"/>
        </w:rPr>
        <w:t>art. 109 ust. 1 pkt 3 ustawy Pzp</w:t>
      </w:r>
      <w:r>
        <w:rPr>
          <w:sz w:val="19"/>
        </w:rPr>
        <w:t xml:space="preserve"> - w zakresie ukarania za wykroczenie, za które wymierzono karę ograniczenia wolności lub karę grzywny;</w:t>
      </w:r>
    </w:p>
    <w:p w14:paraId="5E83ECF7" w14:textId="77777777" w:rsidR="00C56DB5" w:rsidRDefault="00000000">
      <w:pPr>
        <w:ind w:left="312" w:hanging="198"/>
        <w:jc w:val="both"/>
      </w:pPr>
      <w:r>
        <w:rPr>
          <w:b/>
        </w:rPr>
        <w:t xml:space="preserve">• </w:t>
      </w:r>
      <w:r>
        <w:rPr>
          <w:b/>
          <w:sz w:val="19"/>
        </w:rPr>
        <w:t>art. 109 ust. 1 pkt 5-10 ustawy Pzp</w:t>
      </w:r>
      <w:r>
        <w:rPr>
          <w:sz w:val="19"/>
        </w:rPr>
        <w:t>;</w:t>
      </w:r>
    </w:p>
    <w:p w14:paraId="0626A87C" w14:textId="77777777" w:rsidR="00C56DB5" w:rsidRDefault="00000000">
      <w:pPr>
        <w:ind w:left="312" w:hanging="198"/>
        <w:jc w:val="both"/>
      </w:pPr>
      <w:r>
        <w:rPr>
          <w:b/>
        </w:rPr>
        <w:t xml:space="preserve">• </w:t>
      </w:r>
      <w:r>
        <w:rPr>
          <w:b/>
          <w:sz w:val="19"/>
        </w:rPr>
        <w:t>art. 7 ust. 1 pkt 1-3 ustawy z dnia 13 kwietnia 2022 r. o szczególnych rozwiązaniach w zakresie przeciwdziałania wspieraniu agresji na Ukrainę oraz służących ochronie bezpieczeństwa narodowego</w:t>
      </w:r>
      <w:r>
        <w:rPr>
          <w:sz w:val="19"/>
        </w:rPr>
        <w:t>;</w:t>
      </w:r>
    </w:p>
    <w:p w14:paraId="141A4DFA" w14:textId="77777777" w:rsidR="00C56DB5" w:rsidRDefault="00000000">
      <w:pPr>
        <w:keepNext/>
        <w:spacing w:before="100" w:after="40"/>
      </w:pPr>
      <w:r>
        <w:rPr>
          <w:b/>
        </w:rPr>
        <w:t>Należy zaznaczyć właściwy wariant:</w:t>
      </w:r>
    </w:p>
    <w:p w14:paraId="502E3ABF" w14:textId="77777777" w:rsidR="00C56DB5" w:rsidRDefault="00000000">
      <w:pPr>
        <w:spacing w:after="40"/>
        <w:jc w:val="both"/>
      </w:pPr>
      <w:r>
        <w:rPr>
          <w:b/>
        </w:rPr>
        <w:t xml:space="preserve">[  ] WARIANT I - </w:t>
      </w:r>
      <w:r>
        <w:t>wszystkie informacje wskazane powyżej pozostają aktualne i wobec podmiotu udostępniającego zasoby nie zachodzi żadna z wymienionych podstaw wykluczenia.</w:t>
      </w:r>
    </w:p>
    <w:p w14:paraId="1890A3CE" w14:textId="77777777" w:rsidR="00C56DB5" w:rsidRDefault="00000000">
      <w:pPr>
        <w:spacing w:after="40"/>
        <w:jc w:val="both"/>
      </w:pPr>
      <w:r>
        <w:rPr>
          <w:b/>
        </w:rPr>
        <w:t xml:space="preserve">[  ] WARIANT II - </w:t>
      </w:r>
      <w:r>
        <w:t>nastąpiła zmiana informacji zawartych w oświadczeniu złożonym na podstawie art. 125 ust. 5 ustawy Pzp. Poniżej wskazuję zakres i okoliczności zmiany:</w:t>
      </w:r>
    </w:p>
    <w:p w14:paraId="7FE8D752" w14:textId="77777777" w:rsidR="00C56DB5" w:rsidRDefault="00000000">
      <w:r>
        <w:t>________________________________________________________________________________</w:t>
      </w:r>
    </w:p>
    <w:p w14:paraId="22995B8D" w14:textId="77777777" w:rsidR="00C56DB5" w:rsidRDefault="00000000">
      <w:r>
        <w:t>________________________________________________________________________________</w:t>
      </w:r>
    </w:p>
    <w:p w14:paraId="705A0650" w14:textId="77777777" w:rsidR="00C56DB5" w:rsidRDefault="00000000">
      <w:pPr>
        <w:spacing w:before="60" w:after="20"/>
        <w:jc w:val="both"/>
      </w:pPr>
      <w:r>
        <w:t xml:space="preserve">Oświadczam, że wszystkie informacje podane w niniejszym oświadczeniu są aktualne i zgodne z prawdą oraz zostały przedstawione z pełną świadomością konsekwencji </w:t>
      </w:r>
      <w:proofErr w:type="spellStart"/>
      <w:r>
        <w:t>wprowadzenia</w:t>
      </w:r>
      <w:proofErr w:type="spellEnd"/>
      <w:r>
        <w:t xml:space="preserve"> Zamawiającego w </w:t>
      </w:r>
      <w:proofErr w:type="spellStart"/>
      <w:r>
        <w:t>błąd</w:t>
      </w:r>
      <w:proofErr w:type="spellEnd"/>
      <w:r>
        <w:t>.</w:t>
      </w:r>
    </w:p>
    <w:p w14:paraId="125A289D" w14:textId="77777777" w:rsidR="00E23E98" w:rsidRDefault="00E23E98">
      <w:pPr>
        <w:spacing w:before="60" w:after="20"/>
        <w:jc w:val="both"/>
      </w:pPr>
    </w:p>
    <w:p w14:paraId="28A42859" w14:textId="77777777" w:rsidR="00E23E98" w:rsidRDefault="00E23E98">
      <w:pPr>
        <w:spacing w:before="60" w:after="20"/>
        <w:jc w:val="both"/>
      </w:pPr>
    </w:p>
    <w:p w14:paraId="489847DD" w14:textId="77777777" w:rsidR="00E23E98" w:rsidRDefault="00E23E98">
      <w:pPr>
        <w:spacing w:before="60" w:after="20"/>
        <w:jc w:val="both"/>
      </w:pPr>
    </w:p>
    <w:p w14:paraId="33642ABA" w14:textId="77777777" w:rsidR="00E23E98" w:rsidRDefault="00E23E98">
      <w:pPr>
        <w:spacing w:before="60" w:after="20"/>
        <w:jc w:val="both"/>
      </w:pPr>
    </w:p>
    <w:p w14:paraId="48B11FF3" w14:textId="77777777" w:rsidR="00C56DB5" w:rsidRDefault="00000000">
      <w:pPr>
        <w:spacing w:before="80"/>
        <w:jc w:val="right"/>
      </w:pPr>
      <w:r>
        <w:t>_____________________________________</w:t>
      </w:r>
    </w:p>
    <w:p w14:paraId="4E2394E7" w14:textId="77777777" w:rsidR="00C56DB5" w:rsidRDefault="00000000">
      <w:pPr>
        <w:jc w:val="right"/>
      </w:pPr>
      <w:r>
        <w:rPr>
          <w:i/>
          <w:sz w:val="16"/>
        </w:rPr>
        <w:t>(podpis podmiotu udostępniającego zasoby</w:t>
      </w:r>
      <w:r>
        <w:rPr>
          <w:i/>
          <w:sz w:val="16"/>
        </w:rPr>
        <w:br/>
        <w:t>lub osoby uprawnionej do jego reprezentowania)</w:t>
      </w:r>
    </w:p>
    <w:p w14:paraId="461443C6" w14:textId="77777777" w:rsidR="00C56DB5" w:rsidRDefault="00000000">
      <w:pPr>
        <w:spacing w:before="60"/>
        <w:jc w:val="both"/>
      </w:pPr>
      <w:r>
        <w:rPr>
          <w:b/>
          <w:sz w:val="15"/>
        </w:rPr>
        <w:t>Uwaga:</w:t>
      </w:r>
      <w:r>
        <w:rPr>
          <w:sz w:val="16"/>
        </w:rPr>
        <w:t xml:space="preserve"> Oświadczenie składa się w zakresie wskazanym w wezwaniu Zamawiającego, odrębnie dla każdego podmiotu udostępniającego zasoby. W przypadku posługiwania się ważnym i niezawieszonym certyfikatem wykonawców zamówień publicznych oświadczenie składa się w zakresie niepotwierdzonym certyfikatem, z uwzględnieniem art. 124 ust. 4 ustawy Pzp.</w:t>
      </w:r>
    </w:p>
    <w:p w14:paraId="1278E550" w14:textId="77777777" w:rsidR="00C56DB5" w:rsidRDefault="00000000">
      <w:pPr>
        <w:spacing w:before="40"/>
        <w:jc w:val="both"/>
      </w:pPr>
      <w:r>
        <w:rPr>
          <w:sz w:val="16"/>
        </w:rPr>
        <w:t>Dokument podpisuje podmiot udostępniający zasoby albo osoba uprawniona do jego reprezentowania. Dokument składa się w formie elektronicznej albo w postaci elektronicznej opatrzonej podpisem zaufanym lub podpisem osobistym, zgodnie z wymaganiami określonymi w SWZ i przepisach ustawy Pzp.</w:t>
      </w:r>
    </w:p>
    <w:sectPr w:rsidR="00C56DB5" w:rsidSect="00034616">
      <w:footerReference w:type="default" r:id="rId8"/>
      <w:pgSz w:w="11906" w:h="16838"/>
      <w:pgMar w:top="482" w:right="1134" w:bottom="595" w:left="1134" w:header="255" w:footer="3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888D7" w14:textId="77777777" w:rsidR="005B69ED" w:rsidRDefault="005B69ED">
      <w:r>
        <w:separator/>
      </w:r>
    </w:p>
  </w:endnote>
  <w:endnote w:type="continuationSeparator" w:id="0">
    <w:p w14:paraId="09B3FF6A" w14:textId="77777777" w:rsidR="005B69ED" w:rsidRDefault="005B6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A7957" w14:textId="77777777" w:rsidR="00C56DB5" w:rsidRDefault="00000000">
    <w:pPr>
      <w:pStyle w:val="Stopka"/>
      <w:jc w:val="right"/>
    </w:pPr>
    <w:r>
      <w:rPr>
        <w:sz w:val="18"/>
      </w:rPr>
      <w:t xml:space="preserve">Strona </w:t>
    </w:r>
    <w:r>
      <w:fldChar w:fldCharType="begin"/>
    </w:r>
    <w:r>
      <w:instrText xml:space="preserve"> PAGE </w:instrText>
    </w:r>
    <w:r w:rsidR="00E23E98">
      <w:fldChar w:fldCharType="separate"/>
    </w:r>
    <w:r w:rsidR="00E23E98">
      <w:rPr>
        <w:noProof/>
      </w:rPr>
      <w:t>1</w:t>
    </w:r>
    <w:r>
      <w:fldChar w:fldCharType="end"/>
    </w:r>
    <w:r>
      <w:rPr>
        <w:sz w:val="18"/>
      </w:rPr>
      <w:t xml:space="preserve"> z </w:t>
    </w:r>
    <w:fldSimple w:instr=" NUMPAGES ">
      <w:r w:rsidR="00E23E98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857B0" w14:textId="77777777" w:rsidR="005B69ED" w:rsidRDefault="005B69ED">
      <w:r>
        <w:separator/>
      </w:r>
    </w:p>
  </w:footnote>
  <w:footnote w:type="continuationSeparator" w:id="0">
    <w:p w14:paraId="693C900E" w14:textId="77777777" w:rsidR="005B69ED" w:rsidRDefault="005B69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17014577">
    <w:abstractNumId w:val="8"/>
  </w:num>
  <w:num w:numId="2" w16cid:durableId="1016882138">
    <w:abstractNumId w:val="6"/>
  </w:num>
  <w:num w:numId="3" w16cid:durableId="1999991521">
    <w:abstractNumId w:val="5"/>
  </w:num>
  <w:num w:numId="4" w16cid:durableId="1907835781">
    <w:abstractNumId w:val="4"/>
  </w:num>
  <w:num w:numId="5" w16cid:durableId="726994451">
    <w:abstractNumId w:val="7"/>
  </w:num>
  <w:num w:numId="6" w16cid:durableId="98185782">
    <w:abstractNumId w:val="3"/>
  </w:num>
  <w:num w:numId="7" w16cid:durableId="207113905">
    <w:abstractNumId w:val="2"/>
  </w:num>
  <w:num w:numId="8" w16cid:durableId="1061178333">
    <w:abstractNumId w:val="1"/>
  </w:num>
  <w:num w:numId="9" w16cid:durableId="1756970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867CA"/>
    <w:rsid w:val="0029639D"/>
    <w:rsid w:val="00326F90"/>
    <w:rsid w:val="005B69ED"/>
    <w:rsid w:val="00AA1D8D"/>
    <w:rsid w:val="00B47730"/>
    <w:rsid w:val="00C56DB5"/>
    <w:rsid w:val="00CB0664"/>
    <w:rsid w:val="00E23E9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D6563C"/>
  <w14:defaultImageDpi w14:val="300"/>
  <w15:docId w15:val="{C6C6341F-9B3B-417E-8182-2669F1DFB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0" w:line="240" w:lineRule="auto"/>
    </w:pPr>
    <w:rPr>
      <w:rFonts w:ascii="Cambria" w:eastAsia="Cambria" w:hAnsi="Cambria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570</Words>
  <Characters>3422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podmiotu udostępniającego zasoby o aktualności informacji - SA.270.4.5.2026</dc:title>
  <dc:subject>Załącznik nr 5b do SWZ</dc:subject>
  <dc:creator>Nadleśnictwo Cierpiszewo</dc:creator>
  <cp:keywords>Pzp, art. 125 ust. 5, art. 274, podmiot udostępniający zasoby, aktualność informacji</cp:keywords>
  <dc:description>generated by python-docx</dc:description>
  <cp:lastModifiedBy>1226 N.Cierpiszewo Barbara Widlińska</cp:lastModifiedBy>
  <cp:revision>2</cp:revision>
  <dcterms:created xsi:type="dcterms:W3CDTF">2026-07-22T10:29:00Z</dcterms:created>
  <dcterms:modified xsi:type="dcterms:W3CDTF">2026-07-22T10:29:00Z</dcterms:modified>
  <cp:category/>
</cp:coreProperties>
</file>