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CENOVÁ PONUKA</w:t>
      </w:r>
    </w:p>
    <w:p>
      <w:r>
        <w:t>Účel: Prieskum trhu na určenie predpokladanej hodnoty zákazky (PHZ).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Údaj</w:t>
            </w:r>
          </w:p>
        </w:tc>
        <w:tc>
          <w:tcPr>
            <w:tcW w:type="dxa" w:w="4320"/>
          </w:tcPr>
          <w:p>
            <w:r>
              <w:t>Vyplní dodávateľ</w:t>
            </w:r>
          </w:p>
        </w:tc>
      </w:tr>
      <w:tr>
        <w:tc>
          <w:tcPr>
            <w:tcW w:type="dxa" w:w="4320"/>
          </w:tcPr>
          <w:p>
            <w:r>
              <w:t>Obchodné meno dodávateľa: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Sídlo: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IČO: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DIČ / IČ DPH: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Kontaktná osoba: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Telefón: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E-mail: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2"/>
      </w:pPr>
      <w:r>
        <w:t>Predmet zákazky</w:t>
      </w:r>
    </w:p>
    <w:p>
      <w:r>
        <w:t>Dodávka a montáž fotovoltaického systému pre syráreň.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Položka</w:t>
            </w:r>
          </w:p>
        </w:tc>
        <w:tc>
          <w:tcPr>
            <w:tcW w:type="dxa" w:w="2880"/>
          </w:tcPr>
          <w:p>
            <w:r>
              <w:t>Množstvo</w:t>
            </w:r>
          </w:p>
        </w:tc>
        <w:tc>
          <w:tcPr>
            <w:tcW w:type="dxa" w:w="2880"/>
          </w:tcPr>
          <w:p>
            <w:r>
              <w:t>Cena bez DPH (€)</w:t>
            </w:r>
          </w:p>
        </w:tc>
      </w:tr>
      <w:tr>
        <w:tc>
          <w:tcPr>
            <w:tcW w:type="dxa" w:w="2880"/>
          </w:tcPr>
          <w:p>
            <w:r>
              <w:t>Fotovoltaické panely – výkon 10 kWp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Hybridný menič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Batériové úložisko EcoFlow 3 kWh alebo ekvivalent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Nosná konštrukcia pre strešnú montáž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Elektroinštalačný materiál a ochranné prvky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Monitoring systému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Doprava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Montáž a uvedenie do prevádzky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Zaškolenie obsluhy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</w:tbl>
    <w:p>
      <w:r>
        <w:br/>
        <w:t>Cena spolu bez DPH: __________________ €</w:t>
      </w:r>
    </w:p>
    <w:p>
      <w:r>
        <w:t>DPH: __________________ €</w:t>
      </w:r>
    </w:p>
    <w:p>
      <w:r>
        <w:t>Cena spolu s DPH: __________________ €</w:t>
      </w:r>
    </w:p>
    <w:p>
      <w:r>
        <w:t>Lehota dodania: __________________</w:t>
      </w:r>
    </w:p>
    <w:p>
      <w:r>
        <w:t>Záruka: __________________</w:t>
      </w:r>
    </w:p>
    <w:p>
      <w:r>
        <w:br/>
        <w:t>Vyhlasujeme, že uvedená cena zahŕňa kompletnú dodávku, montáž, dopravu, uvedenie do prevádzky a zaškolenie obsluhy.</w:t>
      </w:r>
    </w:p>
    <w:p>
      <w:r>
        <w:br/>
        <w:t>Dátum: __________________</w:t>
      </w:r>
    </w:p>
    <w:p>
      <w:r>
        <w:t>Podpis a pečiatka: 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