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CENOVÁ PONUKA</w:t>
      </w:r>
    </w:p>
    <w:p>
      <w:r>
        <w:t>Účel: Prieskum trhu na určenie predpokladanej hodnoty zákazky (PHZ)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Údaj</w:t>
            </w:r>
          </w:p>
        </w:tc>
        <w:tc>
          <w:tcPr>
            <w:tcW w:type="dxa" w:w="4320"/>
          </w:tcPr>
          <w:p>
            <w:r>
              <w:t>Vyplní dodávateľ</w:t>
            </w:r>
          </w:p>
        </w:tc>
      </w:tr>
      <w:tr>
        <w:tc>
          <w:tcPr>
            <w:tcW w:type="dxa" w:w="4320"/>
          </w:tcPr>
          <w:p>
            <w:r>
              <w:t>Obchodné meno: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Sídlo: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IČO: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DIČ / IČ DPH: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Kontaktná osoba: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Telefón: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E-mail: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Predmet ponuky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Položka</w:t>
            </w:r>
          </w:p>
        </w:tc>
        <w:tc>
          <w:tcPr>
            <w:tcW w:type="dxa" w:w="2880"/>
          </w:tcPr>
          <w:p>
            <w:r>
              <w:t>Množstvo</w:t>
            </w:r>
          </w:p>
        </w:tc>
        <w:tc>
          <w:tcPr>
            <w:tcW w:type="dxa" w:w="2880"/>
          </w:tcPr>
          <w:p>
            <w:r>
              <w:t>Cena bez DPH (€)</w:t>
            </w:r>
          </w:p>
        </w:tc>
      </w:tr>
      <w:tr>
        <w:tc>
          <w:tcPr>
            <w:tcW w:type="dxa" w:w="2880"/>
          </w:tcPr>
          <w:p>
            <w:r>
              <w:t>Modulový bufet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Doprava a osadenie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Uvedenie do prevádzky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Zaškolenie obsluhy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</w:tbl>
    <w:p>
      <w:r>
        <w:t>Cena spolu bez DPH: __________ €</w:t>
      </w:r>
    </w:p>
    <w:p>
      <w:r>
        <w:t>DPH: __________ €</w:t>
      </w:r>
    </w:p>
    <w:p>
      <w:r>
        <w:t>Cena spolu s DPH: __________ €</w:t>
      </w:r>
    </w:p>
    <w:p>
      <w:r>
        <w:t>Lehota dodania: __________</w:t>
      </w:r>
    </w:p>
    <w:p>
      <w:r>
        <w:t>Záruka: __________</w:t>
      </w:r>
    </w:p>
    <w:p/>
    <w:p>
      <w:r>
        <w:t>Dátum: __________</w:t>
      </w:r>
    </w:p>
    <w:p>
      <w:r>
        <w:t>Podpis a pečiatka: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