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7322" w14:textId="241CAB49" w:rsidR="001E1387" w:rsidRPr="00C44FD7" w:rsidRDefault="004C4EBC" w:rsidP="00CE4515">
      <w:pPr>
        <w:spacing w:after="0" w:line="240" w:lineRule="auto"/>
        <w:rPr>
          <w:rFonts w:cs="Arial"/>
          <w:sz w:val="20"/>
          <w:szCs w:val="20"/>
          <w:lang w:val="sk-SK"/>
        </w:rPr>
      </w:pPr>
      <w:r w:rsidRPr="00C44FD7">
        <w:rPr>
          <w:rFonts w:cs="Arial"/>
          <w:b/>
          <w:sz w:val="20"/>
          <w:szCs w:val="20"/>
          <w:lang w:val="sk-SK"/>
        </w:rPr>
        <w:t xml:space="preserve">Príloha č. </w:t>
      </w:r>
      <w:r w:rsidR="00F94F84" w:rsidRPr="00C44FD7">
        <w:rPr>
          <w:rFonts w:cs="Arial"/>
          <w:b/>
          <w:sz w:val="20"/>
          <w:szCs w:val="20"/>
          <w:lang w:val="sk-SK"/>
        </w:rPr>
        <w:t>1</w:t>
      </w:r>
    </w:p>
    <w:p w14:paraId="63A56024" w14:textId="77777777" w:rsidR="00CE4515" w:rsidRPr="00C44FD7" w:rsidRDefault="00CE4515" w:rsidP="00C90A76">
      <w:pPr>
        <w:pStyle w:val="Nzov"/>
        <w:spacing w:after="0"/>
        <w:jc w:val="center"/>
        <w:rPr>
          <w:rFonts w:ascii="Arial" w:hAnsi="Arial" w:cs="Arial"/>
          <w:sz w:val="20"/>
          <w:szCs w:val="20"/>
          <w:lang w:val="sk-SK"/>
        </w:rPr>
      </w:pPr>
    </w:p>
    <w:p w14:paraId="62A2BA9D" w14:textId="616E6855" w:rsidR="001E1387" w:rsidRPr="00C44FD7" w:rsidRDefault="004C4EBC" w:rsidP="00C90A76">
      <w:pPr>
        <w:pStyle w:val="Nzov"/>
        <w:spacing w:after="0"/>
        <w:jc w:val="center"/>
        <w:rPr>
          <w:rFonts w:ascii="Arial" w:hAnsi="Arial" w:cs="Arial"/>
          <w:sz w:val="32"/>
          <w:szCs w:val="32"/>
          <w:lang w:val="sk-SK"/>
        </w:rPr>
      </w:pPr>
      <w:r w:rsidRPr="00C44FD7">
        <w:rPr>
          <w:lang w:val="sk-SK"/>
        </w:rPr>
        <w:t>NÁVRH NA PLNENIE KRITÉRIA NA VYHODNOTENIE PONÚK</w:t>
      </w:r>
    </w:p>
    <w:p w14:paraId="70C4C50B" w14:textId="77777777" w:rsidR="0046300C" w:rsidRPr="00C44FD7" w:rsidRDefault="0046300C" w:rsidP="00C90A76">
      <w:pPr>
        <w:spacing w:after="0" w:line="240" w:lineRule="auto"/>
        <w:jc w:val="center"/>
        <w:rPr>
          <w:rFonts w:cs="Arial"/>
          <w:b/>
          <w:color w:val="365F91"/>
          <w:sz w:val="23"/>
          <w:lang w:val="sk-SK"/>
        </w:rPr>
      </w:pPr>
    </w:p>
    <w:p w14:paraId="17DDFC05" w14:textId="5DE33713" w:rsidR="001E1387" w:rsidRPr="00C44FD7" w:rsidRDefault="004C4EBC" w:rsidP="00C90A76">
      <w:pPr>
        <w:spacing w:after="0" w:line="240" w:lineRule="auto"/>
        <w:jc w:val="center"/>
        <w:rPr>
          <w:rFonts w:cs="Arial"/>
          <w:b/>
          <w:color w:val="365F91"/>
          <w:sz w:val="24"/>
          <w:szCs w:val="24"/>
          <w:u w:val="single"/>
          <w:lang w:val="sk-SK"/>
        </w:rPr>
      </w:pPr>
      <w:r w:rsidRPr="00C44FD7">
        <w:rPr>
          <w:lang w:val="sk-SK"/>
        </w:rPr>
        <w:t>ZÁVÄZNÝ CENOVÝ FORMULÁR – PONUKA DO OBSTARÁVANIA</w:t>
      </w:r>
    </w:p>
    <w:p w14:paraId="53081378" w14:textId="77777777" w:rsidR="00ED7796" w:rsidRPr="00C44FD7" w:rsidRDefault="00ED7796" w:rsidP="00C90A76">
      <w:pPr>
        <w:spacing w:after="0" w:line="240" w:lineRule="auto"/>
        <w:jc w:val="center"/>
        <w:rPr>
          <w:rFonts w:cs="Arial"/>
          <w:b/>
          <w:color w:val="365F91"/>
          <w:sz w:val="16"/>
          <w:szCs w:val="16"/>
          <w:u w:val="single"/>
          <w:lang w:val="sk-SK"/>
        </w:rPr>
      </w:pPr>
    </w:p>
    <w:p w14:paraId="7C4DBC67" w14:textId="36AFF1A7" w:rsidR="0030367E" w:rsidRPr="00C44FD7" w:rsidRDefault="00510DC2" w:rsidP="00475564">
      <w:pPr>
        <w:spacing w:after="0" w:line="240" w:lineRule="auto"/>
        <w:jc w:val="center"/>
        <w:rPr>
          <w:rFonts w:cs="Arial"/>
          <w:b/>
          <w:bCs/>
          <w:color w:val="365F91"/>
          <w:sz w:val="23"/>
          <w:lang w:val="sk-SK"/>
        </w:rPr>
      </w:pPr>
      <w:r w:rsidRPr="00C44FD7">
        <w:rPr>
          <w:rFonts w:cs="Arial"/>
          <w:b/>
          <w:bCs/>
          <w:color w:val="365F91"/>
          <w:sz w:val="23"/>
          <w:lang w:val="sk-SK"/>
        </w:rPr>
        <w:t>Ozdravné opatrenia v lesoch Pozemkového spoločenstva Zboj – melioračné vápnenie</w:t>
      </w:r>
    </w:p>
    <w:p w14:paraId="628A0487" w14:textId="77777777" w:rsidR="00136D44" w:rsidRPr="00C44FD7" w:rsidRDefault="00136D44" w:rsidP="00475564">
      <w:pPr>
        <w:spacing w:after="0" w:line="240" w:lineRule="auto"/>
        <w:jc w:val="center"/>
        <w:rPr>
          <w:rFonts w:cs="Arial"/>
          <w:b/>
          <w:bCs/>
          <w:color w:val="365F91"/>
          <w:sz w:val="16"/>
          <w:szCs w:val="16"/>
          <w:lang w:val="sk-SK"/>
        </w:rPr>
      </w:pPr>
    </w:p>
    <w:p w14:paraId="0E26AE48" w14:textId="77777777" w:rsidR="00475564" w:rsidRPr="00C44FD7" w:rsidRDefault="00475564" w:rsidP="00475564">
      <w:pPr>
        <w:spacing w:after="0" w:line="240" w:lineRule="auto"/>
        <w:jc w:val="center"/>
        <w:rPr>
          <w:rFonts w:cs="Arial"/>
          <w:b/>
          <w:bCs/>
          <w:sz w:val="19"/>
          <w:szCs w:val="19"/>
          <w:lang w:val="sk-SK"/>
        </w:rPr>
      </w:pPr>
      <w:r w:rsidRPr="00C44FD7">
        <w:rPr>
          <w:rFonts w:cs="Arial"/>
          <w:b/>
          <w:bCs/>
          <w:sz w:val="19"/>
          <w:szCs w:val="19"/>
          <w:lang w:val="sk-SK"/>
        </w:rPr>
        <w:t>Dodávka mletého dolomitu a realizácia jeho leteckej aplikácie v lesných porastoch vrátane všetkých manipulačných, logistických a súvisiacich činností</w:t>
      </w:r>
    </w:p>
    <w:p w14:paraId="1216156A" w14:textId="77777777" w:rsidR="001E1387" w:rsidRPr="00C44FD7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C44FD7">
        <w:rPr>
          <w:rFonts w:ascii="Arial" w:hAnsi="Arial" w:cs="Arial"/>
          <w:sz w:val="22"/>
          <w:szCs w:val="22"/>
          <w:lang w:val="sk-SK"/>
        </w:rPr>
        <w:t>1. Identifikácia obstarávateľa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691AE5" w:rsidRPr="00C44FD7" w14:paraId="692E310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4032B6" w14:textId="51FD1BCD" w:rsidR="00691AE5" w:rsidRPr="00C44FD7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Obstarávateľ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E65A97" w14:textId="6DEB9E7C" w:rsidR="00691AE5" w:rsidRPr="00C44FD7" w:rsidRDefault="001A313B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Pozemkové spoločenstvo Zboj</w:t>
            </w:r>
          </w:p>
        </w:tc>
      </w:tr>
      <w:tr w:rsidR="00691AE5" w:rsidRPr="00C44FD7" w14:paraId="64FF56D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C1C32D6" w14:textId="6BC0EA87" w:rsidR="00691AE5" w:rsidRPr="00C44FD7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Sídlo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D70C4A" w14:textId="32B09BA6" w:rsidR="00691AE5" w:rsidRPr="00C44FD7" w:rsidRDefault="00E85D60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Zboj 98, 067 68 Zboj</w:t>
            </w:r>
          </w:p>
        </w:tc>
      </w:tr>
      <w:tr w:rsidR="00691AE5" w:rsidRPr="00C44FD7" w14:paraId="68D38E9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B3356C" w14:textId="5E08879D" w:rsidR="00691AE5" w:rsidRPr="00C44FD7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15365F" w14:textId="73318812" w:rsidR="00691AE5" w:rsidRPr="00C44FD7" w:rsidRDefault="007105D4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56125313</w:t>
            </w:r>
          </w:p>
        </w:tc>
      </w:tr>
      <w:tr w:rsidR="00691AE5" w:rsidRPr="00C44FD7" w14:paraId="27262B2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11F38D" w14:textId="245B8E0E" w:rsidR="00691AE5" w:rsidRPr="00C44FD7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Projektová výzva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B920A5" w14:textId="3B5FD37F" w:rsidR="00691AE5" w:rsidRPr="00C44FD7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12/SP/2026-73.16 – Projekty ozdravných opatrení v lesoch</w:t>
            </w:r>
          </w:p>
        </w:tc>
      </w:tr>
    </w:tbl>
    <w:p w14:paraId="7E52C032" w14:textId="77777777" w:rsidR="001E1387" w:rsidRPr="00C44FD7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C44FD7">
        <w:rPr>
          <w:rFonts w:ascii="Arial" w:hAnsi="Arial" w:cs="Arial"/>
          <w:sz w:val="22"/>
          <w:szCs w:val="22"/>
          <w:lang w:val="sk-SK"/>
        </w:rPr>
        <w:t>2. Identifikačné údaje potenciálneho dodávateľa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1E1387" w:rsidRPr="00C44FD7" w14:paraId="181F0D4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A44B7B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Obchodné meno/názov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F07758" w14:textId="77777777" w:rsidR="001E1387" w:rsidRPr="00C44FD7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C44FD7" w14:paraId="1B442565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4D8AB3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Sídlo/miesto podnikania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E56C" w14:textId="77777777" w:rsidR="001E1387" w:rsidRPr="00C44FD7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C44FD7" w14:paraId="5F43BE0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5B6045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8902F7" w14:textId="77777777" w:rsidR="001E1387" w:rsidRPr="00C44FD7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C44FD7" w14:paraId="622BF978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DD2B5E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DIČ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D58A6A" w14:textId="19F8E0DC" w:rsidR="001E1387" w:rsidRPr="00C44FD7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C44FD7" w14:paraId="0E48EEA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0E5F43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IČ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69720B" w14:textId="77777777" w:rsidR="001E1387" w:rsidRPr="00C44FD7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C44FD7" w14:paraId="2ABF09C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F78024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Štatutárny zástupca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FB9CE7" w14:textId="77777777" w:rsidR="001E1387" w:rsidRPr="00C44FD7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C44FD7" w14:paraId="184DC82F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E62805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Kontaktná osoba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9A5223" w14:textId="77777777" w:rsidR="001E1387" w:rsidRPr="00C44FD7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C44FD7" w14:paraId="04868D44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B0560C7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Telefón a e-mail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5EB65B" w14:textId="77777777" w:rsidR="001E1387" w:rsidRPr="00C44FD7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C44FD7" w14:paraId="3122ED31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E612C4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Postavenie voči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6AB15B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C44FD7">
              <w:rPr>
                <w:rFonts w:cs="Arial"/>
                <w:sz w:val="19"/>
                <w:lang w:val="sk-SK"/>
              </w:rPr>
              <w:t xml:space="preserve"> platiteľ DPH     </w:t>
            </w:r>
            <w:r w:rsidRPr="00C44FD7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C44FD7">
              <w:rPr>
                <w:rFonts w:cs="Arial"/>
                <w:sz w:val="19"/>
                <w:lang w:val="sk-SK"/>
              </w:rPr>
              <w:t xml:space="preserve"> neplatiteľ DPH</w:t>
            </w:r>
          </w:p>
        </w:tc>
      </w:tr>
    </w:tbl>
    <w:p w14:paraId="1D6072B5" w14:textId="77777777" w:rsidR="001E1387" w:rsidRPr="00C44FD7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C44FD7">
        <w:rPr>
          <w:rFonts w:ascii="Arial" w:hAnsi="Arial" w:cs="Arial"/>
          <w:sz w:val="22"/>
          <w:szCs w:val="22"/>
          <w:lang w:val="sk-SK"/>
        </w:rPr>
        <w:t>3. Cenový návrh</w:t>
      </w:r>
    </w:p>
    <w:p w14:paraId="181D4061" w14:textId="77777777" w:rsidR="001E1387" w:rsidRPr="00C44FD7" w:rsidRDefault="004C4EBC" w:rsidP="00C90A76">
      <w:pPr>
        <w:spacing w:after="0" w:line="240" w:lineRule="auto"/>
        <w:rPr>
          <w:rFonts w:cs="Arial"/>
          <w:lang w:val="sk-SK"/>
        </w:rPr>
      </w:pPr>
      <w:r w:rsidRPr="00C44FD7">
        <w:rPr>
          <w:lang w:val="sk-SK"/>
        </w:rPr>
        <w:t>Uchádzač predkladá záväzný cenový návrh za celý požadovaný rozsah predmetu zákazky podľa výzvy a jej príloh.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3941"/>
        <w:gridCol w:w="566"/>
        <w:gridCol w:w="1021"/>
        <w:gridCol w:w="1699"/>
        <w:gridCol w:w="1870"/>
      </w:tblGrid>
      <w:tr w:rsidR="001E1387" w:rsidRPr="00C44FD7" w14:paraId="299710C7" w14:textId="77777777" w:rsidTr="00E8048B">
        <w:trPr>
          <w:cantSplit/>
          <w:tblHeader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3B8CAD" w14:textId="77777777" w:rsidR="001E1387" w:rsidRPr="00C44FD7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color w:val="FFFFFF"/>
                <w:sz w:val="17"/>
                <w:lang w:val="sk-SK"/>
              </w:rPr>
              <w:t>P. č.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908E9B" w14:textId="77777777" w:rsidR="001E1387" w:rsidRPr="00C44FD7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color w:val="FFFFFF"/>
                <w:sz w:val="17"/>
                <w:lang w:val="sk-SK"/>
              </w:rPr>
              <w:t>Názov výkonu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BBAE44" w14:textId="77777777" w:rsidR="001E1387" w:rsidRPr="00C44FD7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color w:val="FFFFFF"/>
                <w:sz w:val="17"/>
                <w:lang w:val="sk-SK"/>
              </w:rPr>
              <w:t>MJ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7195E5C" w14:textId="77777777" w:rsidR="001E1387" w:rsidRPr="00C44FD7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color w:val="FFFFFF"/>
                <w:sz w:val="17"/>
                <w:lang w:val="sk-SK"/>
              </w:rPr>
              <w:t>Množstvo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45F2C6" w14:textId="77777777" w:rsidR="001E1387" w:rsidRPr="00C44FD7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color w:val="FFFFFF"/>
                <w:sz w:val="17"/>
                <w:lang w:val="sk-SK"/>
              </w:rPr>
              <w:t>Jednotková cena</w:t>
            </w:r>
            <w:r w:rsidRPr="00C44FD7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DPH/MJ</w:t>
            </w: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7F5971" w14:textId="77777777" w:rsidR="001E1387" w:rsidRPr="00C44FD7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color w:val="FFFFFF"/>
                <w:sz w:val="17"/>
                <w:lang w:val="sk-SK"/>
              </w:rPr>
              <w:t>Celková cena</w:t>
            </w:r>
            <w:r w:rsidRPr="00C44FD7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</w:t>
            </w:r>
          </w:p>
        </w:tc>
      </w:tr>
      <w:tr w:rsidR="00537194" w:rsidRPr="00C44FD7" w14:paraId="0F2417C6" w14:textId="77777777" w:rsidTr="00C44FD7">
        <w:trPr>
          <w:cantSplit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6B7C22" w14:textId="77777777" w:rsidR="00537194" w:rsidRPr="00C44FD7" w:rsidRDefault="00537194" w:rsidP="0053719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8"/>
                <w:lang w:val="sk-SK"/>
              </w:rPr>
              <w:t>1.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85F605" w14:textId="28E45163" w:rsidR="00537194" w:rsidRPr="00C44FD7" w:rsidRDefault="00537194" w:rsidP="00C44FD7">
            <w:pPr>
              <w:spacing w:after="0" w:line="240" w:lineRule="auto"/>
              <w:jc w:val="both"/>
              <w:rPr>
                <w:rFonts w:cs="Arial"/>
                <w:sz w:val="18"/>
                <w:szCs w:val="18"/>
                <w:lang w:val="sk-SK"/>
              </w:rPr>
            </w:pPr>
            <w:r w:rsidRPr="00C44FD7">
              <w:rPr>
                <w:sz w:val="18"/>
                <w:szCs w:val="18"/>
                <w:lang w:val="sk-SK"/>
              </w:rPr>
              <w:t>Dodávka 1 536,33 t mletého dolomitu a realizácia jeho leteckej aplikácie na výmere 512,11 ha pri dávke 3 t/ha vrátane všetkých manipulačných, logistických a súvisiacich činností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3C1D92" w14:textId="25C7103D" w:rsidR="00537194" w:rsidRPr="00C44FD7" w:rsidRDefault="00537194" w:rsidP="00780050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sk-SK"/>
              </w:rPr>
            </w:pPr>
            <w:r w:rsidRPr="00C44FD7">
              <w:rPr>
                <w:sz w:val="18"/>
                <w:szCs w:val="18"/>
                <w:lang w:val="sk-SK"/>
              </w:rPr>
              <w:t>ha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473856" w14:textId="459A6A84" w:rsidR="00537194" w:rsidRPr="00C44FD7" w:rsidRDefault="00537194" w:rsidP="00780050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sk-SK"/>
              </w:rPr>
            </w:pPr>
            <w:r w:rsidRPr="00C44FD7">
              <w:rPr>
                <w:sz w:val="18"/>
                <w:szCs w:val="18"/>
                <w:lang w:val="sk-SK"/>
              </w:rPr>
              <w:t>512,11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493454" w14:textId="77777777" w:rsidR="00537194" w:rsidRPr="00C44FD7" w:rsidRDefault="00537194" w:rsidP="0053719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694260" w14:textId="77777777" w:rsidR="00537194" w:rsidRPr="00C44FD7" w:rsidRDefault="00537194" w:rsidP="0053719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</w:tbl>
    <w:p w14:paraId="76B0B190" w14:textId="0AFD3AD2" w:rsidR="001E1387" w:rsidRPr="00C44FD7" w:rsidRDefault="004C4EBC" w:rsidP="00174DBE">
      <w:pPr>
        <w:spacing w:before="60" w:after="0" w:line="240" w:lineRule="auto"/>
        <w:jc w:val="both"/>
        <w:rPr>
          <w:rFonts w:cs="Arial"/>
          <w:lang w:val="sk-SK"/>
        </w:rPr>
      </w:pPr>
      <w:r w:rsidRPr="00C44FD7">
        <w:rPr>
          <w:lang w:val="sk-SK"/>
        </w:rPr>
        <w:t xml:space="preserve">Kontrolný výpočet: celková cena bez DPH = jednotková cena bez DPH za 1 ha × </w:t>
      </w:r>
      <w:r w:rsidR="00D17F20">
        <w:rPr>
          <w:lang w:val="sk-SK"/>
        </w:rPr>
        <w:t>512,11</w:t>
      </w:r>
      <w:r w:rsidR="00E6100F" w:rsidRPr="00C44FD7">
        <w:rPr>
          <w:lang w:val="sk-SK"/>
        </w:rPr>
        <w:t xml:space="preserve"> </w:t>
      </w:r>
      <w:r w:rsidRPr="00C44FD7">
        <w:rPr>
          <w:lang w:val="sk-SK"/>
        </w:rPr>
        <w:t>ha. Údaje sa uvádzajú v EUR na dve desatinné miesta; pri odlišnosti súčin jednotkovej ceny a množstva bude uchádzač vyzvaný na vysvetlenie bez zmeny jednotkovej ceny.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2948"/>
      </w:tblGrid>
      <w:tr w:rsidR="001E1387" w:rsidRPr="00C44FD7" w14:paraId="37CD27C8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98C8B6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Celková cena za celý predmet zákazky v EUR bez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58E16F" w14:textId="77777777" w:rsidR="001E1387" w:rsidRPr="00C44FD7" w:rsidRDefault="001E1387" w:rsidP="00D6596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  <w:tr w:rsidR="001E1387" w:rsidRPr="00C44FD7" w14:paraId="5A4D7A61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47BEFEF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Sadzba DPH v %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B07A38" w14:textId="77777777" w:rsidR="001E1387" w:rsidRPr="00C44FD7" w:rsidRDefault="001E1387" w:rsidP="00D6596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C44FD7" w14:paraId="7D539982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5CB261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Výška DPH v EUR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341698" w14:textId="77777777" w:rsidR="001E1387" w:rsidRPr="00C44FD7" w:rsidRDefault="001E1387" w:rsidP="00D6596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C44FD7" w14:paraId="7660DFE3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351DB2" w14:textId="77777777" w:rsidR="001E1387" w:rsidRPr="00C44FD7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b/>
                <w:sz w:val="19"/>
                <w:lang w:val="sk-SK"/>
              </w:rPr>
              <w:t>Celková cena za celý predmet zákazky v EUR s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C0E6BF" w14:textId="77777777" w:rsidR="001E1387" w:rsidRPr="00C44FD7" w:rsidRDefault="001E1387" w:rsidP="00D6596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</w:tbl>
    <w:p w14:paraId="7CD33DDB" w14:textId="77777777" w:rsidR="006C2C37" w:rsidRPr="00C44FD7" w:rsidRDefault="006C2C37" w:rsidP="006C2C37">
      <w:pPr>
        <w:spacing w:after="0" w:line="240" w:lineRule="auto"/>
        <w:jc w:val="both"/>
        <w:rPr>
          <w:lang w:val="sk-SK"/>
        </w:rPr>
      </w:pPr>
    </w:p>
    <w:p w14:paraId="63227B09" w14:textId="77777777" w:rsidR="00D17F20" w:rsidRDefault="00D17F20" w:rsidP="00D17F20">
      <w:pPr>
        <w:spacing w:after="0" w:line="240" w:lineRule="auto"/>
        <w:jc w:val="both"/>
        <w:rPr>
          <w:lang w:val="sk-SK"/>
        </w:rPr>
      </w:pPr>
    </w:p>
    <w:p w14:paraId="44BF18A3" w14:textId="7A827E4B" w:rsidR="00EF4BEB" w:rsidRDefault="004C4EBC" w:rsidP="006B384A">
      <w:pPr>
        <w:spacing w:after="0" w:line="240" w:lineRule="auto"/>
        <w:jc w:val="both"/>
        <w:rPr>
          <w:lang w:val="sk-SK"/>
        </w:rPr>
      </w:pPr>
      <w:r w:rsidRPr="006B384A">
        <w:rPr>
          <w:u w:val="single"/>
          <w:lang w:val="sk-SK"/>
        </w:rPr>
        <w:t>Kritérium na vyhodnotenie ponúk</w:t>
      </w:r>
      <w:r w:rsidRPr="00C44FD7">
        <w:rPr>
          <w:lang w:val="sk-SK"/>
        </w:rPr>
        <w:t>: najnižšia celková cena za celý predmet zákazky</w:t>
      </w:r>
      <w:r w:rsidR="00D17F20">
        <w:rPr>
          <w:lang w:val="sk-SK"/>
        </w:rPr>
        <w:t xml:space="preserve"> v </w:t>
      </w:r>
      <w:r w:rsidRPr="00C44FD7">
        <w:rPr>
          <w:lang w:val="sk-SK"/>
        </w:rPr>
        <w:t>EUR</w:t>
      </w:r>
      <w:r w:rsidR="00D17F20">
        <w:rPr>
          <w:lang w:val="sk-SK"/>
        </w:rPr>
        <w:t xml:space="preserve"> s </w:t>
      </w:r>
      <w:r w:rsidRPr="00C44FD7">
        <w:rPr>
          <w:lang w:val="sk-SK"/>
        </w:rPr>
        <w:t xml:space="preserve">DPH. Rozhodujúci je údaj v tabuľke „Celková cena za celý predmet zákazky v EUR </w:t>
      </w:r>
      <w:r w:rsidR="00F80D69">
        <w:rPr>
          <w:lang w:val="sk-SK"/>
        </w:rPr>
        <w:t xml:space="preserve">s </w:t>
      </w:r>
      <w:r w:rsidRPr="00C44FD7">
        <w:rPr>
          <w:lang w:val="sk-SK"/>
        </w:rPr>
        <w:t>DPH“; podľa neho sa zostaví poradie ponúk.</w:t>
      </w:r>
    </w:p>
    <w:p w14:paraId="4CA87E2A" w14:textId="77777777" w:rsidR="006B384A" w:rsidRDefault="006B384A" w:rsidP="006B384A">
      <w:pPr>
        <w:spacing w:after="0" w:line="240" w:lineRule="auto"/>
        <w:jc w:val="both"/>
        <w:rPr>
          <w:lang w:val="sk-SK"/>
        </w:rPr>
      </w:pPr>
    </w:p>
    <w:p w14:paraId="03655EE3" w14:textId="0AD9107B" w:rsidR="006B384A" w:rsidRPr="006B384A" w:rsidRDefault="006B384A" w:rsidP="006B384A">
      <w:pPr>
        <w:spacing w:after="0" w:line="240" w:lineRule="auto"/>
        <w:jc w:val="both"/>
        <w:rPr>
          <w:rFonts w:cs="Arial"/>
          <w:lang w:val="sk-SK"/>
        </w:rPr>
      </w:pPr>
      <w:r w:rsidRPr="006B384A">
        <w:rPr>
          <w:rFonts w:cs="Arial"/>
          <w:u w:val="single"/>
          <w:lang w:val="sk-SK"/>
        </w:rPr>
        <w:t>Vysvetlenie pre uchádzača, ktorý nie je platiteľom DPH</w:t>
      </w:r>
      <w:r w:rsidRPr="006B384A">
        <w:rPr>
          <w:rFonts w:cs="Arial"/>
          <w:lang w:val="sk-SK"/>
        </w:rPr>
        <w:t>:</w:t>
      </w:r>
    </w:p>
    <w:p w14:paraId="62F5CD14" w14:textId="77777777" w:rsidR="006B384A" w:rsidRPr="006B384A" w:rsidRDefault="006B384A" w:rsidP="006B384A">
      <w:pPr>
        <w:spacing w:after="0" w:line="240" w:lineRule="auto"/>
        <w:jc w:val="both"/>
        <w:rPr>
          <w:rFonts w:cs="Arial"/>
          <w:lang w:val="sk-SK"/>
        </w:rPr>
      </w:pPr>
      <w:r w:rsidRPr="006B384A">
        <w:rPr>
          <w:rFonts w:cs="Arial"/>
          <w:lang w:val="sk-SK"/>
        </w:rPr>
        <w:t>- neplatiteľ uvedie svoju konečnú cenu aj do poľa „Celková cena … s DPH“;</w:t>
      </w:r>
    </w:p>
    <w:p w14:paraId="0AC97553" w14:textId="77777777" w:rsidR="006B384A" w:rsidRPr="006B384A" w:rsidRDefault="006B384A" w:rsidP="006B384A">
      <w:pPr>
        <w:spacing w:after="0" w:line="240" w:lineRule="auto"/>
        <w:jc w:val="both"/>
        <w:rPr>
          <w:rFonts w:cs="Arial"/>
          <w:lang w:val="sk-SK"/>
        </w:rPr>
      </w:pPr>
      <w:r w:rsidRPr="006B384A">
        <w:rPr>
          <w:rFonts w:cs="Arial"/>
          <w:lang w:val="sk-SK"/>
        </w:rPr>
        <w:t>- pri sadzbe uvedie „neuplatňuje sa – neplatiteľ DPH“ a pri výške DPH 0,00 EUR;</w:t>
      </w:r>
    </w:p>
    <w:p w14:paraId="1712E3A6" w14:textId="6DA6AAB2" w:rsidR="006B384A" w:rsidRPr="00C44FD7" w:rsidRDefault="006B384A" w:rsidP="006B384A">
      <w:pPr>
        <w:spacing w:after="0" w:line="240" w:lineRule="auto"/>
        <w:jc w:val="both"/>
        <w:rPr>
          <w:rFonts w:cs="Arial"/>
          <w:lang w:val="sk-SK"/>
        </w:rPr>
      </w:pPr>
      <w:r w:rsidRPr="006B384A">
        <w:rPr>
          <w:rFonts w:cs="Arial"/>
          <w:lang w:val="sk-SK"/>
        </w:rPr>
        <w:t>- na hodnotenie sa použije takto uvedená konečná cena.</w:t>
      </w:r>
    </w:p>
    <w:p w14:paraId="4A37E2E4" w14:textId="77777777" w:rsidR="001E1387" w:rsidRPr="00C44FD7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C44FD7">
        <w:rPr>
          <w:lang w:val="sk-SK"/>
        </w:rPr>
        <w:t>4. Vyhlásenie uchádzača</w:t>
      </w:r>
    </w:p>
    <w:p w14:paraId="5D08153A" w14:textId="488130F1" w:rsidR="001E1387" w:rsidRPr="00B10B40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szCs w:val="21"/>
          <w:lang w:val="sk-SK"/>
        </w:rPr>
      </w:pPr>
      <w:r w:rsidRPr="00B10B40">
        <w:rPr>
          <w:rFonts w:cs="Arial"/>
          <w:szCs w:val="21"/>
          <w:lang w:val="sk-SK"/>
        </w:rPr>
        <w:t>Uvedená cena je stanovená</w:t>
      </w:r>
      <w:r w:rsidR="00E53818" w:rsidRPr="00B10B40">
        <w:rPr>
          <w:rFonts w:cs="Arial"/>
          <w:szCs w:val="21"/>
          <w:lang w:val="sk-SK"/>
        </w:rPr>
        <w:t xml:space="preserve"> v </w:t>
      </w:r>
      <w:r w:rsidRPr="00B10B40">
        <w:rPr>
          <w:rFonts w:cs="Arial"/>
          <w:szCs w:val="21"/>
          <w:lang w:val="sk-SK"/>
        </w:rPr>
        <w:t>EUR a zahŕňa všetky náklady potrebné na riadne a úplné splnenie predmetu zákazky podľa výzvy a jej príloh.</w:t>
      </w:r>
    </w:p>
    <w:p w14:paraId="1A232817" w14:textId="05EF8F78" w:rsidR="001E1387" w:rsidRPr="00B10B40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szCs w:val="21"/>
          <w:lang w:val="sk-SK"/>
        </w:rPr>
      </w:pPr>
      <w:r w:rsidRPr="00B10B40">
        <w:rPr>
          <w:rFonts w:cs="Arial"/>
          <w:szCs w:val="21"/>
          <w:lang w:val="sk-SK"/>
        </w:rPr>
        <w:t xml:space="preserve">Cena zahŕňa najmä dodávku a dopravu </w:t>
      </w:r>
      <w:r w:rsidR="00B10B40" w:rsidRPr="00B10B40">
        <w:rPr>
          <w:rFonts w:cs="Arial"/>
          <w:b/>
          <w:bCs/>
          <w:szCs w:val="21"/>
          <w:lang w:val="sk-SK"/>
        </w:rPr>
        <w:t xml:space="preserve">1 536,33 </w:t>
      </w:r>
      <w:r w:rsidR="00145E75" w:rsidRPr="00B10B40">
        <w:rPr>
          <w:rFonts w:cs="Arial"/>
          <w:b/>
          <w:bCs/>
          <w:szCs w:val="21"/>
          <w:lang w:val="sk-SK"/>
        </w:rPr>
        <w:t xml:space="preserve">t </w:t>
      </w:r>
      <w:r w:rsidR="005D31B6" w:rsidRPr="00B10B40">
        <w:rPr>
          <w:rFonts w:cs="Arial"/>
          <w:b/>
          <w:bCs/>
          <w:szCs w:val="21"/>
          <w:lang w:val="sk-SK"/>
        </w:rPr>
        <w:t>mletého dolomitu</w:t>
      </w:r>
      <w:r w:rsidRPr="00B10B40">
        <w:rPr>
          <w:rFonts w:cs="Arial"/>
          <w:szCs w:val="21"/>
          <w:lang w:val="sk-SK"/>
        </w:rPr>
        <w:t>, skladovanie a manipuláciu, nakládku do leteckej techniky, zabezpečenie leteckej techniky a posádky, leteckú aplikáciu, všetky logistické, pomocné a súvisiace činnosti a vyhotovenie požadovaných záznamov a dokladov.</w:t>
      </w:r>
    </w:p>
    <w:p w14:paraId="51C5C1E9" w14:textId="1C18165C" w:rsidR="001E1387" w:rsidRPr="00B10B40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szCs w:val="21"/>
          <w:lang w:val="sk-SK"/>
        </w:rPr>
      </w:pPr>
      <w:r w:rsidRPr="00B10B40">
        <w:rPr>
          <w:rFonts w:cs="Arial"/>
          <w:szCs w:val="21"/>
          <w:lang w:val="sk-SK"/>
        </w:rPr>
        <w:t xml:space="preserve">Cenový návrh sa vzťahuje na výmeru </w:t>
      </w:r>
      <w:r w:rsidR="00B10B40" w:rsidRPr="00B10B40">
        <w:rPr>
          <w:b/>
          <w:bCs/>
          <w:szCs w:val="21"/>
          <w:lang w:val="sk-SK"/>
        </w:rPr>
        <w:t xml:space="preserve">512,11 </w:t>
      </w:r>
      <w:r w:rsidR="004E48CA" w:rsidRPr="00B10B40">
        <w:rPr>
          <w:rFonts w:cs="Arial"/>
          <w:b/>
          <w:bCs/>
          <w:szCs w:val="21"/>
          <w:lang w:val="sk-SK"/>
        </w:rPr>
        <w:t xml:space="preserve">ha </w:t>
      </w:r>
      <w:r w:rsidRPr="00B10B40">
        <w:rPr>
          <w:rFonts w:cs="Arial"/>
          <w:szCs w:val="21"/>
          <w:lang w:val="sk-SK"/>
        </w:rPr>
        <w:t>pri p</w:t>
      </w:r>
      <w:r w:rsidR="00A14104" w:rsidRPr="00B10B40">
        <w:rPr>
          <w:rFonts w:cs="Arial"/>
          <w:szCs w:val="21"/>
          <w:lang w:val="sk-SK"/>
        </w:rPr>
        <w:t>ožadovane</w:t>
      </w:r>
      <w:r w:rsidRPr="00B10B40">
        <w:rPr>
          <w:rFonts w:cs="Arial"/>
          <w:szCs w:val="21"/>
          <w:lang w:val="sk-SK"/>
        </w:rPr>
        <w:t>j dávke 3 t/ha.</w:t>
      </w:r>
    </w:p>
    <w:p w14:paraId="58E82738" w14:textId="77777777" w:rsidR="002443ED" w:rsidRPr="00B10B40" w:rsidRDefault="002443ED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szCs w:val="21"/>
          <w:lang w:val="sk-SK"/>
        </w:rPr>
      </w:pPr>
      <w:r w:rsidRPr="00B10B40">
        <w:rPr>
          <w:szCs w:val="21"/>
          <w:lang w:val="sk-SK"/>
        </w:rPr>
        <w:t>Potvrdzujem správnosť uvedených údajov a záväznosť predloženej cenovej ponuky.</w:t>
      </w:r>
    </w:p>
    <w:p w14:paraId="480224CF" w14:textId="1B3199DB" w:rsidR="001E1387" w:rsidRPr="00B10B40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szCs w:val="21"/>
          <w:lang w:val="sk-SK"/>
        </w:rPr>
      </w:pPr>
      <w:r w:rsidRPr="00B10B40">
        <w:rPr>
          <w:szCs w:val="21"/>
          <w:lang w:val="sk-SK"/>
        </w:rPr>
        <w:t>Uchádzač berie na vedomie, že tento formulár tvorí súčasť jeho záväznej ponuky do obstarávania. Po úspešnom vyhodnotení sa ponúknutá cena premietne do zmluvy.</w:t>
      </w:r>
    </w:p>
    <w:p w14:paraId="1A43BD87" w14:textId="77777777" w:rsidR="001E0833" w:rsidRPr="00C44FD7" w:rsidRDefault="001E0833" w:rsidP="001E0833">
      <w:pPr>
        <w:pStyle w:val="Zoznamsodrkami"/>
        <w:numPr>
          <w:ilvl w:val="0"/>
          <w:numId w:val="0"/>
        </w:numPr>
        <w:spacing w:after="0" w:line="240" w:lineRule="auto"/>
        <w:ind w:left="360" w:hanging="360"/>
        <w:jc w:val="both"/>
        <w:rPr>
          <w:rFonts w:cs="Arial"/>
          <w:lang w:val="sk-SK"/>
        </w:rPr>
      </w:pPr>
    </w:p>
    <w:p w14:paraId="00E6BB2E" w14:textId="77777777" w:rsidR="001E0833" w:rsidRPr="00C44FD7" w:rsidRDefault="001E0833" w:rsidP="001E0833">
      <w:pPr>
        <w:pStyle w:val="Zoznamsodrkami"/>
        <w:numPr>
          <w:ilvl w:val="0"/>
          <w:numId w:val="0"/>
        </w:numPr>
        <w:spacing w:after="0" w:line="240" w:lineRule="auto"/>
        <w:ind w:left="360" w:hanging="360"/>
        <w:jc w:val="both"/>
        <w:rPr>
          <w:rFonts w:cs="Arial"/>
          <w:lang w:val="sk-SK"/>
        </w:rPr>
      </w:pPr>
    </w:p>
    <w:p w14:paraId="154AFF1B" w14:textId="195B0C2F" w:rsidR="001E1387" w:rsidRPr="00C44FD7" w:rsidRDefault="004C4EBC" w:rsidP="00C90A76">
      <w:pPr>
        <w:spacing w:before="160" w:after="0" w:line="240" w:lineRule="auto"/>
        <w:rPr>
          <w:rFonts w:cs="Arial"/>
          <w:lang w:val="sk-SK"/>
        </w:rPr>
      </w:pPr>
      <w:r w:rsidRPr="00C44FD7">
        <w:rPr>
          <w:rFonts w:cs="Arial"/>
          <w:lang w:val="sk-SK"/>
        </w:rPr>
        <w:t>V ........................................</w:t>
      </w:r>
      <w:r w:rsidR="00C53BC1" w:rsidRPr="00C44FD7">
        <w:rPr>
          <w:rFonts w:cs="Arial"/>
          <w:lang w:val="sk-SK"/>
        </w:rPr>
        <w:t>,</w:t>
      </w:r>
      <w:r w:rsidRPr="00C44FD7">
        <w:rPr>
          <w:rFonts w:cs="Arial"/>
          <w:lang w:val="sk-SK"/>
        </w:rPr>
        <w:t xml:space="preserve"> dňa ......</w:t>
      </w:r>
      <w:r w:rsidR="004611CE" w:rsidRPr="00C44FD7">
        <w:rPr>
          <w:rFonts w:cs="Arial"/>
          <w:lang w:val="sk-SK"/>
        </w:rPr>
        <w:t>...</w:t>
      </w:r>
      <w:r w:rsidRPr="00C44FD7">
        <w:rPr>
          <w:rFonts w:cs="Arial"/>
          <w:lang w:val="sk-SK"/>
        </w:rPr>
        <w:t>..</w:t>
      </w:r>
      <w:r w:rsidR="00C53BC1" w:rsidRPr="00C44FD7">
        <w:rPr>
          <w:rFonts w:cs="Arial"/>
          <w:lang w:val="sk-SK"/>
        </w:rPr>
        <w:t>. .</w:t>
      </w:r>
    </w:p>
    <w:p w14:paraId="7524F605" w14:textId="77777777" w:rsidR="004611CE" w:rsidRPr="00C44FD7" w:rsidRDefault="004611CE" w:rsidP="00C90A76">
      <w:pPr>
        <w:spacing w:after="0" w:line="240" w:lineRule="auto"/>
        <w:rPr>
          <w:rFonts w:cs="Arial"/>
          <w:lang w:val="sk-SK"/>
        </w:rPr>
      </w:pPr>
    </w:p>
    <w:p w14:paraId="7929637B" w14:textId="54EF232A" w:rsidR="001E1387" w:rsidRPr="00C44FD7" w:rsidRDefault="004C4EBC" w:rsidP="00C90A76">
      <w:pPr>
        <w:spacing w:after="0" w:line="240" w:lineRule="auto"/>
        <w:rPr>
          <w:rFonts w:cs="Arial"/>
          <w:lang w:val="sk-SK"/>
        </w:rPr>
      </w:pPr>
      <w:r w:rsidRPr="00C44FD7">
        <w:rPr>
          <w:rFonts w:cs="Arial"/>
          <w:lang w:val="sk-SK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1E1387" w:rsidRPr="00C44FD7" w14:paraId="2BBAF203" w14:textId="77777777">
        <w:trPr>
          <w:cantSplit/>
          <w:jc w:val="center"/>
        </w:trPr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C040C1" w14:textId="77777777" w:rsidR="006A50E1" w:rsidRPr="00C44FD7" w:rsidRDefault="004C4EBC" w:rsidP="00C90A76">
            <w:pPr>
              <w:spacing w:after="0" w:line="240" w:lineRule="auto"/>
              <w:rPr>
                <w:rFonts w:cs="Arial"/>
                <w:sz w:val="19"/>
                <w:szCs w:val="19"/>
                <w:lang w:val="sk-SK"/>
              </w:rPr>
            </w:pPr>
            <w:r w:rsidRPr="00C44FD7">
              <w:rPr>
                <w:rFonts w:cs="Arial"/>
                <w:sz w:val="19"/>
                <w:szCs w:val="19"/>
                <w:u w:val="single"/>
                <w:lang w:val="sk-SK"/>
              </w:rPr>
              <w:t>Vypracoval</w:t>
            </w:r>
            <w:r w:rsidRPr="00C44FD7">
              <w:rPr>
                <w:rFonts w:cs="Arial"/>
                <w:sz w:val="19"/>
                <w:szCs w:val="19"/>
                <w:lang w:val="sk-SK"/>
              </w:rPr>
              <w:t>:</w:t>
            </w:r>
            <w:r w:rsidRPr="00C44FD7">
              <w:rPr>
                <w:rFonts w:cs="Arial"/>
                <w:sz w:val="19"/>
                <w:szCs w:val="19"/>
                <w:lang w:val="sk-SK"/>
              </w:rPr>
              <w:br/>
            </w:r>
          </w:p>
          <w:p w14:paraId="0F01F617" w14:textId="1B4E091C" w:rsidR="006A50E1" w:rsidRPr="00C44FD7" w:rsidRDefault="004C4EBC" w:rsidP="00C90A76">
            <w:pPr>
              <w:spacing w:after="0" w:line="240" w:lineRule="auto"/>
              <w:rPr>
                <w:rFonts w:cs="Arial"/>
                <w:sz w:val="19"/>
                <w:szCs w:val="19"/>
                <w:lang w:val="sk-SK"/>
              </w:rPr>
            </w:pPr>
            <w:r w:rsidRPr="00C44FD7">
              <w:rPr>
                <w:rFonts w:cs="Arial"/>
                <w:sz w:val="19"/>
                <w:szCs w:val="19"/>
                <w:lang w:val="sk-SK"/>
              </w:rPr>
              <w:br/>
              <w:t>Meno a priezvisko: ................................................</w:t>
            </w:r>
          </w:p>
          <w:p w14:paraId="19242938" w14:textId="77777777" w:rsidR="006A50E1" w:rsidRPr="00C44FD7" w:rsidRDefault="006A50E1" w:rsidP="00C90A76">
            <w:pPr>
              <w:spacing w:after="0" w:line="240" w:lineRule="auto"/>
              <w:rPr>
                <w:rFonts w:cs="Arial"/>
                <w:sz w:val="19"/>
                <w:szCs w:val="19"/>
                <w:lang w:val="sk-SK"/>
              </w:rPr>
            </w:pPr>
          </w:p>
          <w:p w14:paraId="43DA5A1F" w14:textId="2EEEC5B9" w:rsidR="001E1387" w:rsidRPr="00C44FD7" w:rsidRDefault="004C4EBC" w:rsidP="00C90A76">
            <w:pPr>
              <w:spacing w:after="0" w:line="240" w:lineRule="auto"/>
              <w:rPr>
                <w:rFonts w:cs="Arial"/>
                <w:sz w:val="19"/>
                <w:szCs w:val="19"/>
                <w:lang w:val="sk-SK"/>
              </w:rPr>
            </w:pPr>
            <w:r w:rsidRPr="00C44FD7">
              <w:rPr>
                <w:rFonts w:cs="Arial"/>
                <w:sz w:val="19"/>
                <w:szCs w:val="19"/>
                <w:lang w:val="sk-SK"/>
              </w:rPr>
              <w:br/>
              <w:t>Funkcia: ................................................................</w:t>
            </w:r>
          </w:p>
        </w:tc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0637D0D" w14:textId="77777777" w:rsidR="00F6566F" w:rsidRPr="00C44FD7" w:rsidRDefault="0028003E">
            <w:pPr>
              <w:rPr>
                <w:sz w:val="19"/>
                <w:szCs w:val="19"/>
                <w:lang w:val="sk-SK"/>
              </w:rPr>
            </w:pPr>
            <w:r w:rsidRPr="00C44FD7">
              <w:rPr>
                <w:sz w:val="19"/>
                <w:szCs w:val="19"/>
                <w:lang w:val="sk-SK"/>
              </w:rPr>
              <w:t>Za uchádzača:</w:t>
            </w:r>
            <w:r w:rsidRPr="00C44FD7">
              <w:rPr>
                <w:sz w:val="19"/>
                <w:szCs w:val="19"/>
                <w:lang w:val="sk-SK"/>
              </w:rPr>
              <w:br/>
            </w:r>
          </w:p>
          <w:p w14:paraId="1E18243B" w14:textId="77777777" w:rsidR="00F6566F" w:rsidRPr="00C44FD7" w:rsidRDefault="00F6566F">
            <w:pPr>
              <w:rPr>
                <w:sz w:val="19"/>
                <w:szCs w:val="19"/>
                <w:lang w:val="sk-SK"/>
              </w:rPr>
            </w:pPr>
          </w:p>
          <w:p w14:paraId="555C1891" w14:textId="03C0FF8B" w:rsidR="00181F52" w:rsidRPr="00C44FD7" w:rsidRDefault="0028003E">
            <w:pPr>
              <w:rPr>
                <w:sz w:val="19"/>
                <w:szCs w:val="19"/>
                <w:lang w:val="sk-SK"/>
              </w:rPr>
            </w:pPr>
            <w:r w:rsidRPr="00C44FD7">
              <w:rPr>
                <w:sz w:val="19"/>
                <w:szCs w:val="19"/>
                <w:lang w:val="sk-SK"/>
              </w:rPr>
              <w:br/>
              <w:t>................................................</w:t>
            </w:r>
            <w:r w:rsidRPr="00C44FD7">
              <w:rPr>
                <w:sz w:val="19"/>
                <w:szCs w:val="19"/>
                <w:lang w:val="sk-SK"/>
              </w:rPr>
              <w:br/>
              <w:t>podpis osoby oprávnenej konať</w:t>
            </w:r>
            <w:r w:rsidRPr="00C44FD7">
              <w:rPr>
                <w:sz w:val="19"/>
                <w:szCs w:val="19"/>
                <w:lang w:val="sk-SK"/>
              </w:rPr>
              <w:br/>
              <w:t>(meno, priezvisko a funkcia; pečiatka, ak sa používa)</w:t>
            </w:r>
          </w:p>
        </w:tc>
      </w:tr>
    </w:tbl>
    <w:p w14:paraId="5F252FEA" w14:textId="77777777" w:rsidR="006207A0" w:rsidRPr="00C44FD7" w:rsidRDefault="006207A0" w:rsidP="00C90A76">
      <w:pPr>
        <w:spacing w:after="0" w:line="240" w:lineRule="auto"/>
        <w:rPr>
          <w:rFonts w:cs="Arial"/>
          <w:lang w:val="sk-SK"/>
        </w:rPr>
      </w:pPr>
    </w:p>
    <w:sectPr w:rsidR="006207A0" w:rsidRPr="00C44FD7" w:rsidSect="00034616">
      <w:footerReference w:type="default" r:id="rId8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C6AD" w14:textId="77777777" w:rsidR="00595B8B" w:rsidRDefault="00595B8B">
      <w:pPr>
        <w:spacing w:after="0" w:line="240" w:lineRule="auto"/>
      </w:pPr>
      <w:r>
        <w:separator/>
      </w:r>
    </w:p>
  </w:endnote>
  <w:endnote w:type="continuationSeparator" w:id="0">
    <w:p w14:paraId="4F7FD2B5" w14:textId="77777777" w:rsidR="00595B8B" w:rsidRDefault="00595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493F" w14:textId="70E17FC0" w:rsidR="001E1387" w:rsidRPr="00257FC5" w:rsidRDefault="00257FC5" w:rsidP="00257FC5">
    <w:pPr>
      <w:pStyle w:val="Pta"/>
      <w:jc w:val="center"/>
    </w:pPr>
    <w:r w:rsidRPr="00257FC5">
      <w:rPr>
        <w:color w:val="6E6E6E"/>
        <w:sz w:val="16"/>
        <w:lang w:val="sk-SK"/>
      </w:rPr>
      <w:t>Pozemkové spoločenstvo Zboj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ECE82" w14:textId="77777777" w:rsidR="00595B8B" w:rsidRDefault="00595B8B">
      <w:pPr>
        <w:spacing w:after="0" w:line="240" w:lineRule="auto"/>
      </w:pPr>
      <w:r>
        <w:separator/>
      </w:r>
    </w:p>
  </w:footnote>
  <w:footnote w:type="continuationSeparator" w:id="0">
    <w:p w14:paraId="17A59F91" w14:textId="77777777" w:rsidR="00595B8B" w:rsidRDefault="00595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815322">
    <w:abstractNumId w:val="8"/>
  </w:num>
  <w:num w:numId="2" w16cid:durableId="1198736083">
    <w:abstractNumId w:val="6"/>
  </w:num>
  <w:num w:numId="3" w16cid:durableId="2006204934">
    <w:abstractNumId w:val="5"/>
  </w:num>
  <w:num w:numId="4" w16cid:durableId="591864321">
    <w:abstractNumId w:val="4"/>
  </w:num>
  <w:num w:numId="5" w16cid:durableId="1060905327">
    <w:abstractNumId w:val="7"/>
  </w:num>
  <w:num w:numId="6" w16cid:durableId="1428228885">
    <w:abstractNumId w:val="3"/>
  </w:num>
  <w:num w:numId="7" w16cid:durableId="1555307834">
    <w:abstractNumId w:val="2"/>
  </w:num>
  <w:num w:numId="8" w16cid:durableId="1645769280">
    <w:abstractNumId w:val="1"/>
  </w:num>
  <w:num w:numId="9" w16cid:durableId="1600942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34E"/>
    <w:rsid w:val="000218FA"/>
    <w:rsid w:val="00031A43"/>
    <w:rsid w:val="00034616"/>
    <w:rsid w:val="000542F8"/>
    <w:rsid w:val="0006063C"/>
    <w:rsid w:val="00071A59"/>
    <w:rsid w:val="000F2E5F"/>
    <w:rsid w:val="00120C6B"/>
    <w:rsid w:val="00136D44"/>
    <w:rsid w:val="00145E75"/>
    <w:rsid w:val="0015074B"/>
    <w:rsid w:val="00174DBE"/>
    <w:rsid w:val="00181F52"/>
    <w:rsid w:val="001A313B"/>
    <w:rsid w:val="001B0FB3"/>
    <w:rsid w:val="001C46BD"/>
    <w:rsid w:val="001E0833"/>
    <w:rsid w:val="001E1387"/>
    <w:rsid w:val="002443ED"/>
    <w:rsid w:val="00257FC5"/>
    <w:rsid w:val="0028003E"/>
    <w:rsid w:val="0029639D"/>
    <w:rsid w:val="0030367E"/>
    <w:rsid w:val="00326F90"/>
    <w:rsid w:val="00353920"/>
    <w:rsid w:val="003614B5"/>
    <w:rsid w:val="0037172D"/>
    <w:rsid w:val="00375B9B"/>
    <w:rsid w:val="0039338D"/>
    <w:rsid w:val="003A13C1"/>
    <w:rsid w:val="003A426F"/>
    <w:rsid w:val="003A4D30"/>
    <w:rsid w:val="003B078A"/>
    <w:rsid w:val="003B53C3"/>
    <w:rsid w:val="003C63FC"/>
    <w:rsid w:val="00452B7A"/>
    <w:rsid w:val="004611CE"/>
    <w:rsid w:val="0046300C"/>
    <w:rsid w:val="00475564"/>
    <w:rsid w:val="00482FA6"/>
    <w:rsid w:val="004C129E"/>
    <w:rsid w:val="004C4EBC"/>
    <w:rsid w:val="004E48CA"/>
    <w:rsid w:val="004E591C"/>
    <w:rsid w:val="00510DC2"/>
    <w:rsid w:val="00516E12"/>
    <w:rsid w:val="00535361"/>
    <w:rsid w:val="00537194"/>
    <w:rsid w:val="00595B8B"/>
    <w:rsid w:val="005C20B5"/>
    <w:rsid w:val="005D31B6"/>
    <w:rsid w:val="00604822"/>
    <w:rsid w:val="006204C6"/>
    <w:rsid w:val="006207A0"/>
    <w:rsid w:val="006225CE"/>
    <w:rsid w:val="00645078"/>
    <w:rsid w:val="006809BF"/>
    <w:rsid w:val="00691AE5"/>
    <w:rsid w:val="0069697F"/>
    <w:rsid w:val="006A50E1"/>
    <w:rsid w:val="006B384A"/>
    <w:rsid w:val="006C21E5"/>
    <w:rsid w:val="006C2C37"/>
    <w:rsid w:val="006C501B"/>
    <w:rsid w:val="006D1374"/>
    <w:rsid w:val="006D69FC"/>
    <w:rsid w:val="007105D4"/>
    <w:rsid w:val="00780050"/>
    <w:rsid w:val="0079027C"/>
    <w:rsid w:val="00794644"/>
    <w:rsid w:val="007E798E"/>
    <w:rsid w:val="008426D8"/>
    <w:rsid w:val="00855A38"/>
    <w:rsid w:val="00865E54"/>
    <w:rsid w:val="00885AB0"/>
    <w:rsid w:val="008926B4"/>
    <w:rsid w:val="008C4F41"/>
    <w:rsid w:val="009021EB"/>
    <w:rsid w:val="009132F4"/>
    <w:rsid w:val="0098487C"/>
    <w:rsid w:val="0099171C"/>
    <w:rsid w:val="00991DEE"/>
    <w:rsid w:val="009A3BC8"/>
    <w:rsid w:val="009B029D"/>
    <w:rsid w:val="009E2A05"/>
    <w:rsid w:val="00A14104"/>
    <w:rsid w:val="00A21275"/>
    <w:rsid w:val="00A24FAB"/>
    <w:rsid w:val="00A669CF"/>
    <w:rsid w:val="00A977B4"/>
    <w:rsid w:val="00AA1D8D"/>
    <w:rsid w:val="00AC7A84"/>
    <w:rsid w:val="00B10B40"/>
    <w:rsid w:val="00B47730"/>
    <w:rsid w:val="00B57867"/>
    <w:rsid w:val="00B831F0"/>
    <w:rsid w:val="00B85FD6"/>
    <w:rsid w:val="00BB63F8"/>
    <w:rsid w:val="00BD120C"/>
    <w:rsid w:val="00C17BA6"/>
    <w:rsid w:val="00C44FD7"/>
    <w:rsid w:val="00C53BC1"/>
    <w:rsid w:val="00C90A76"/>
    <w:rsid w:val="00C96DC5"/>
    <w:rsid w:val="00CB0664"/>
    <w:rsid w:val="00CD279B"/>
    <w:rsid w:val="00CE4515"/>
    <w:rsid w:val="00CF08E3"/>
    <w:rsid w:val="00D051A3"/>
    <w:rsid w:val="00D17F20"/>
    <w:rsid w:val="00D65964"/>
    <w:rsid w:val="00D775A5"/>
    <w:rsid w:val="00D86C98"/>
    <w:rsid w:val="00DA2D9C"/>
    <w:rsid w:val="00DE5F67"/>
    <w:rsid w:val="00DE63A5"/>
    <w:rsid w:val="00E2468D"/>
    <w:rsid w:val="00E53818"/>
    <w:rsid w:val="00E6100F"/>
    <w:rsid w:val="00E8048B"/>
    <w:rsid w:val="00E85D60"/>
    <w:rsid w:val="00E95DEF"/>
    <w:rsid w:val="00EA7FB4"/>
    <w:rsid w:val="00EB3389"/>
    <w:rsid w:val="00EB36D0"/>
    <w:rsid w:val="00EC1102"/>
    <w:rsid w:val="00ED7796"/>
    <w:rsid w:val="00EF4BEB"/>
    <w:rsid w:val="00F42166"/>
    <w:rsid w:val="00F6566F"/>
    <w:rsid w:val="00F80D69"/>
    <w:rsid w:val="00F94F84"/>
    <w:rsid w:val="00FC1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693FE9E-DD78-4B2A-8F8F-D6CF1751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4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Anton Bernacký</cp:lastModifiedBy>
  <cp:revision>27</cp:revision>
  <dcterms:created xsi:type="dcterms:W3CDTF">2013-12-23T23:15:00Z</dcterms:created>
  <dcterms:modified xsi:type="dcterms:W3CDTF">2026-10-02T15:41:00Z</dcterms:modified>
  <cp:category/>
</cp:coreProperties>
</file>