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04BC" w14:textId="77777777" w:rsidR="007F3728" w:rsidRPr="00B55CB2" w:rsidRDefault="00B55CB2" w:rsidP="00B55CB2">
      <w:pPr>
        <w:spacing w:after="40"/>
        <w:ind w:left="1440"/>
        <w:jc w:val="center"/>
        <w:rPr>
          <w:color w:val="auto"/>
          <w:szCs w:val="19"/>
        </w:rPr>
      </w:pPr>
      <w:r>
        <w:rPr>
          <w:b/>
          <w:color w:val="auto"/>
          <w:szCs w:val="19"/>
        </w:rPr>
        <w:t xml:space="preserve">                              </w:t>
      </w:r>
      <w:r w:rsidR="00B209D2" w:rsidRPr="00214D88">
        <w:rPr>
          <w:b/>
          <w:color w:val="auto"/>
          <w:szCs w:val="19"/>
        </w:rPr>
        <w:t>VÝZVA NA PREDLOŽENIE CENOVEJ PONUKY</w:t>
      </w:r>
      <w:r>
        <w:rPr>
          <w:b/>
          <w:color w:val="auto"/>
          <w:szCs w:val="19"/>
        </w:rPr>
        <w:t xml:space="preserve">                                         Verzia 2</w:t>
      </w:r>
    </w:p>
    <w:p w14:paraId="7462890B" w14:textId="77777777" w:rsidR="007F3728" w:rsidRPr="00214D88" w:rsidRDefault="00B209D2">
      <w:pPr>
        <w:spacing w:after="80"/>
        <w:jc w:val="center"/>
        <w:rPr>
          <w:color w:val="auto"/>
          <w:szCs w:val="19"/>
        </w:rPr>
      </w:pPr>
      <w:r w:rsidRPr="00214D88">
        <w:rPr>
          <w:b/>
          <w:color w:val="auto"/>
          <w:szCs w:val="19"/>
        </w:rPr>
        <w:t>za účelom zistenia predpokladanej hodnoty zákazky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14:paraId="4740024A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3068CE" w14:textId="77777777"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>V súlade s Metodickým usmernením RO č. 2/2025 k obstarávaniu tovarov, stavebných prác a služieb</w:t>
            </w:r>
            <w:r w:rsidRPr="00214D88">
              <w:rPr>
                <w:i/>
                <w:color w:val="718096"/>
                <w:szCs w:val="19"/>
              </w:rPr>
              <w:br/>
              <w:t>(Strategický plán SPP 2023 – 2027)</w:t>
            </w:r>
          </w:p>
          <w:p w14:paraId="73315969" w14:textId="77777777"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14:paraId="308414E6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A4A613" w14:textId="77777777"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14:paraId="0AB47ABD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62287E8" w14:textId="77777777"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Názov: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5C4ACA5" w14:textId="77777777"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Mäso ZEMPLÍN, a.s.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651FF5DA" w14:textId="77777777"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Kontaktná osoba: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1627AA14" w14:textId="77777777"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Blažena Nizká, predseda</w:t>
            </w:r>
          </w:p>
        </w:tc>
      </w:tr>
      <w:tr w:rsidR="007F3728" w:rsidRPr="00214D88" w14:paraId="0340796C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8D56459" w14:textId="77777777"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Sídlo: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3D77934F" w14:textId="77777777"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Užhorodská 86, 071 01 Michalovce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F5B0389" w14:textId="77777777"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r>
              <w:rPr>
                <w:b/>
                <w:color w:val="auto"/>
                <w:szCs w:val="19"/>
              </w:rPr>
              <w:t>Výzva</w:t>
            </w:r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1A35D55" w14:textId="77777777"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14:paraId="02CB8472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B7EDB28" w14:textId="77777777"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CAA6CD8" w14:textId="77777777"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11E66BF" w14:textId="77777777"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65883C8" w14:textId="77777777"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14:paraId="2CC453B1" w14:textId="77777777"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14:paraId="505C5814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A4C668" w14:textId="77777777"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14:paraId="798E1522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1ABCF03" w14:textId="77777777"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r w:rsidRPr="00F65C4E">
              <w:rPr>
                <w:b/>
                <w:color w:val="auto"/>
                <w:szCs w:val="19"/>
              </w:rPr>
              <w:t>Názov zákazky: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37314E1A" w14:textId="77777777" w:rsidR="007F3728" w:rsidRPr="00E573FF" w:rsidRDefault="00E573FF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  <w:r w:rsidRPr="00E573FF">
              <w:rPr>
                <w:b/>
                <w:color w:val="auto"/>
                <w:szCs w:val="19"/>
              </w:rPr>
              <w:t>Čistiace stroje</w:t>
            </w:r>
          </w:p>
        </w:tc>
      </w:tr>
      <w:tr w:rsidR="007F3728" w:rsidRPr="00214D88" w14:paraId="030CF7B4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ACDBA74" w14:textId="77777777"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r w:rsidRPr="00F65C4E">
              <w:rPr>
                <w:b/>
                <w:color w:val="auto"/>
                <w:szCs w:val="19"/>
              </w:rPr>
              <w:t>Opis predmetu: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176CCC8" w14:textId="77777777" w:rsidR="00E448C6" w:rsidRPr="00E573FF" w:rsidRDefault="00E573FF" w:rsidP="006859ED">
            <w:pPr>
              <w:spacing w:after="0"/>
              <w:jc w:val="both"/>
              <w:rPr>
                <w:color w:val="auto"/>
                <w:szCs w:val="19"/>
              </w:rPr>
            </w:pPr>
            <w:r w:rsidRPr="00E573FF">
              <w:rPr>
                <w:color w:val="auto"/>
              </w:rPr>
              <w:t xml:space="preserve">Predmetom zákazky je </w:t>
            </w:r>
            <w:r w:rsidRPr="00E573FF">
              <w:rPr>
                <w:rStyle w:val="Vrazn"/>
                <w:b w:val="0"/>
                <w:color w:val="auto"/>
              </w:rPr>
              <w:t>dodávka profesionálnej čistiacej techniky</w:t>
            </w:r>
            <w:r w:rsidRPr="00E573FF">
              <w:rPr>
                <w:rStyle w:val="Vrazn"/>
                <w:color w:val="auto"/>
              </w:rPr>
              <w:t xml:space="preserve"> </w:t>
            </w:r>
            <w:r w:rsidRPr="00E573FF">
              <w:rPr>
                <w:rStyle w:val="Vrazn"/>
                <w:b w:val="0"/>
                <w:color w:val="auto"/>
              </w:rPr>
              <w:t>určenej na čistenie priestorov potravinárskej prevádzky</w:t>
            </w:r>
            <w:r w:rsidRPr="00E573FF">
              <w:rPr>
                <w:color w:val="auto"/>
              </w:rPr>
              <w:t xml:space="preserve">, pozostávajúcej z vysokotlakových čistiacich strojov s ohrevom a podlahových umývacích automatov rôznych veľkostí a vyhotovení, vrátane príslušenstva. Bližšia </w:t>
            </w:r>
            <w:r w:rsidR="006859ED" w:rsidRPr="00E573FF">
              <w:rPr>
                <w:color w:val="auto"/>
              </w:rPr>
              <w:t>tec</w:t>
            </w:r>
            <w:r w:rsidRPr="00E573FF">
              <w:rPr>
                <w:color w:val="auto"/>
              </w:rPr>
              <w:t>hnická špecifikácia</w:t>
            </w:r>
            <w:r w:rsidR="006859ED" w:rsidRPr="00E573FF">
              <w:rPr>
                <w:color w:val="auto"/>
              </w:rPr>
              <w:t xml:space="preserve"> </w:t>
            </w:r>
            <w:r w:rsidRPr="00E573FF">
              <w:rPr>
                <w:color w:val="auto"/>
              </w:rPr>
              <w:t xml:space="preserve">predmetu zákazky je </w:t>
            </w:r>
            <w:r w:rsidRPr="00E573FF">
              <w:rPr>
                <w:color w:val="auto"/>
                <w:szCs w:val="19"/>
              </w:rPr>
              <w:t>uvedená</w:t>
            </w:r>
            <w:r w:rsidR="00B209D2" w:rsidRPr="00E573FF">
              <w:rPr>
                <w:color w:val="auto"/>
                <w:szCs w:val="19"/>
              </w:rPr>
              <w:t xml:space="preserve"> v Prílohe č. 1 tejto Výzvy. </w:t>
            </w:r>
          </w:p>
          <w:p w14:paraId="659AE9EC" w14:textId="77777777" w:rsidR="00450D4C" w:rsidRPr="00E573FF" w:rsidRDefault="00450D4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</w:p>
        </w:tc>
      </w:tr>
      <w:tr w:rsidR="007F3728" w:rsidRPr="00214D88" w14:paraId="1A04FFB8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875643" w14:textId="77777777"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14:paraId="4CD2E2E0" w14:textId="77777777" w:rsidR="00A74DDF" w:rsidRPr="00A74DDF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Cena sa uvádza v </w:t>
      </w:r>
      <w:r w:rsidRPr="00A74DDF">
        <w:rPr>
          <w:rStyle w:val="Vrazn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musí zahŕňať všetky náklady súvisiace s úplným dodaním predmetu zákazky podľa tejto Výzvy a jej príloh.</w:t>
      </w:r>
    </w:p>
    <w:p w14:paraId="51568B95" w14:textId="77777777" w:rsidR="00A74DDF" w:rsidRPr="00A74DDF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Ponukovú cenu uchádzač vyplní podľa </w:t>
      </w:r>
      <w:r w:rsidRPr="00A74DDF">
        <w:rPr>
          <w:rStyle w:val="Vrazn"/>
          <w:rFonts w:ascii="Arial" w:hAnsi="Arial" w:cs="Arial"/>
          <w:sz w:val="19"/>
          <w:szCs w:val="19"/>
        </w:rPr>
        <w:t>Prílohy č. 1</w:t>
      </w:r>
      <w:r w:rsidRPr="00A74DDF">
        <w:rPr>
          <w:rFonts w:ascii="Arial" w:hAnsi="Arial" w:cs="Arial"/>
          <w:sz w:val="19"/>
          <w:szCs w:val="19"/>
        </w:rPr>
        <w:t>. Ak uchádzač nie je platiteľom DPH, uvedie túto skutočnosť v ponuke.</w:t>
      </w:r>
    </w:p>
    <w:p w14:paraId="0035B5AA" w14:textId="77777777" w:rsidR="00A74DDF" w:rsidRPr="00A74DDF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bude stanovená ako </w:t>
      </w:r>
      <w:r w:rsidRPr="00A74DDF">
        <w:rPr>
          <w:rStyle w:val="Vrazn"/>
          <w:rFonts w:ascii="Arial" w:hAnsi="Arial" w:cs="Arial"/>
          <w:sz w:val="19"/>
          <w:szCs w:val="19"/>
        </w:rPr>
        <w:t>aritmetický priemer predložených cenových ponúk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14:paraId="2786E8C4" w14:textId="77777777" w:rsidR="00450D4C" w:rsidRPr="00214D88" w:rsidRDefault="00450D4C" w:rsidP="00503947">
      <w:pPr>
        <w:pStyle w:val="Zoznamsodrkami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 w14:paraId="7557C259" w14:textId="77777777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9C6EE8" w14:textId="77777777"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 w14:paraId="09188530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42C7CB24" w14:textId="4C104C0A" w:rsidR="007F3728" w:rsidRPr="00CF4663" w:rsidRDefault="002B2D1A">
            <w:pPr>
              <w:spacing w:after="0"/>
              <w:rPr>
                <w:color w:val="auto"/>
                <w:szCs w:val="19"/>
              </w:rPr>
            </w:pPr>
            <w:r>
              <w:rPr>
                <w:b/>
                <w:color w:val="auto"/>
                <w:szCs w:val="19"/>
              </w:rPr>
              <w:t>Jazyk</w:t>
            </w:r>
            <w:r w:rsidR="00B209D2" w:rsidRPr="00CF4663">
              <w:rPr>
                <w:b/>
                <w:color w:val="auto"/>
                <w:szCs w:val="19"/>
              </w:rPr>
              <w:t xml:space="preserve">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5C8F2D5" w14:textId="562FE8A6" w:rsidR="007F3728" w:rsidRPr="00CF4663" w:rsidRDefault="002B2D1A">
            <w:pPr>
              <w:spacing w:after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S</w:t>
            </w:r>
            <w:r w:rsidR="00B209D2" w:rsidRPr="00CF4663">
              <w:rPr>
                <w:color w:val="auto"/>
                <w:szCs w:val="19"/>
              </w:rPr>
              <w:t>lovensk</w:t>
            </w:r>
            <w:r>
              <w:rPr>
                <w:color w:val="auto"/>
                <w:szCs w:val="19"/>
              </w:rPr>
              <w:t xml:space="preserve">ý </w:t>
            </w:r>
            <w:r w:rsidR="00B209D2" w:rsidRPr="00CF4663">
              <w:rPr>
                <w:color w:val="auto"/>
                <w:szCs w:val="19"/>
              </w:rPr>
              <w:t>alebo česk</w:t>
            </w:r>
            <w:r>
              <w:rPr>
                <w:color w:val="auto"/>
                <w:szCs w:val="19"/>
              </w:rPr>
              <w:t>ý</w:t>
            </w:r>
            <w:r w:rsidR="00B209D2" w:rsidRPr="00CF4663">
              <w:rPr>
                <w:color w:val="auto"/>
                <w:szCs w:val="19"/>
              </w:rPr>
              <w:t xml:space="preserve"> jazyk.</w:t>
            </w:r>
          </w:p>
        </w:tc>
      </w:tr>
      <w:tr w:rsidR="007F3728" w:rsidRPr="00214D88" w14:paraId="3882ED69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CBA3192" w14:textId="77777777"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Náležitosti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5E0C6B2E" w14:textId="77777777"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>Identifikačné údaje uchádzača, názov výrobcu, typové označenie a reálne parametre zariadenia, ponuková cena, dátum, podpis oprávnenej osoby a pečiatka (ak sa používa).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14:paraId="1D78A5F2" w14:textId="77777777"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r w:rsidRPr="00CF4663">
              <w:rPr>
                <w:color w:val="auto"/>
              </w:rPr>
              <w:t>Akceptujú sa len ponuky na celý predmet zákazky.</w:t>
            </w:r>
          </w:p>
        </w:tc>
      </w:tr>
      <w:tr w:rsidR="007F3728" w:rsidRPr="00214D88" w14:paraId="4DAEE323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11DAAD57" w14:textId="77777777" w:rsidR="007F3728" w:rsidRPr="00214D88" w:rsidRDefault="00B209D2">
            <w:pPr>
              <w:spacing w:after="0"/>
              <w:rPr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Lehota na predloženie: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D388E11" w14:textId="76328026" w:rsidR="007F3728" w:rsidRPr="00214D88" w:rsidRDefault="00BD7007">
            <w:pPr>
              <w:spacing w:after="0"/>
              <w:rPr>
                <w:color w:val="FF0000"/>
                <w:szCs w:val="19"/>
              </w:rPr>
            </w:pPr>
            <w:r>
              <w:rPr>
                <w:color w:val="auto"/>
                <w:szCs w:val="19"/>
              </w:rPr>
              <w:t xml:space="preserve">do </w:t>
            </w:r>
            <w:r w:rsidR="0042502B">
              <w:rPr>
                <w:color w:val="auto"/>
                <w:szCs w:val="19"/>
              </w:rPr>
              <w:t>02</w:t>
            </w:r>
            <w:r w:rsidR="00167921">
              <w:rPr>
                <w:color w:val="auto"/>
                <w:szCs w:val="19"/>
              </w:rPr>
              <w:t>.0</w:t>
            </w:r>
            <w:r w:rsidR="0042502B">
              <w:rPr>
                <w:color w:val="auto"/>
                <w:szCs w:val="19"/>
              </w:rPr>
              <w:t>9</w:t>
            </w:r>
            <w:r w:rsidR="00167921">
              <w:rPr>
                <w:color w:val="auto"/>
                <w:szCs w:val="19"/>
              </w:rPr>
              <w:t>.2026 do 12</w:t>
            </w:r>
            <w:r w:rsidR="00B209D2" w:rsidRPr="006859ED">
              <w:rPr>
                <w:color w:val="auto"/>
                <w:szCs w:val="19"/>
              </w:rPr>
              <w:t>:00 hod.</w:t>
            </w:r>
          </w:p>
        </w:tc>
      </w:tr>
      <w:tr w:rsidR="007F3728" w:rsidRPr="00214D88" w14:paraId="2FCF445C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494CA210" w14:textId="77777777" w:rsidR="007F3728" w:rsidRPr="00214D88" w:rsidRDefault="00B209D2">
            <w:pPr>
              <w:spacing w:after="0"/>
              <w:rPr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Spôsob doručenia: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1BF20C51" w14:textId="77777777" w:rsidR="007F3728" w:rsidRPr="00214D88" w:rsidRDefault="00B209D2" w:rsidP="00453797">
            <w:pPr>
              <w:spacing w:after="0"/>
              <w:rPr>
                <w:szCs w:val="19"/>
              </w:rPr>
            </w:pPr>
            <w:r w:rsidRPr="00CF4663">
              <w:rPr>
                <w:color w:val="auto"/>
                <w:szCs w:val="19"/>
              </w:rPr>
              <w:t>Ele</w:t>
            </w:r>
            <w:r w:rsidR="00B26AB3">
              <w:rPr>
                <w:color w:val="auto"/>
                <w:szCs w:val="19"/>
              </w:rPr>
              <w:t>ktronicky cez systém JOSEPHINE</w:t>
            </w:r>
          </w:p>
        </w:tc>
      </w:tr>
    </w:tbl>
    <w:p w14:paraId="3D7E5B75" w14:textId="77777777" w:rsidR="007F3728" w:rsidRDefault="007F3728">
      <w:pPr>
        <w:spacing w:before="80" w:after="0"/>
        <w:rPr>
          <w:szCs w:val="19"/>
        </w:rPr>
      </w:pPr>
    </w:p>
    <w:p w14:paraId="33876FC5" w14:textId="77777777" w:rsidR="00B17D6A" w:rsidRDefault="00B17D6A">
      <w:pPr>
        <w:spacing w:before="80" w:after="0"/>
        <w:rPr>
          <w:szCs w:val="19"/>
        </w:rPr>
      </w:pPr>
    </w:p>
    <w:p w14:paraId="6DD7B15B" w14:textId="77777777" w:rsidR="00A57649" w:rsidRPr="00214D88" w:rsidRDefault="00A57649">
      <w:pPr>
        <w:spacing w:before="80" w:after="0"/>
        <w:rPr>
          <w:szCs w:val="19"/>
        </w:rPr>
      </w:pPr>
    </w:p>
    <w:p w14:paraId="06BBD344" w14:textId="77777777"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r w:rsidRPr="00055955">
        <w:rPr>
          <w:b/>
          <w:color w:val="auto"/>
          <w:szCs w:val="19"/>
        </w:rPr>
        <w:t xml:space="preserve">Upozornenie: </w:t>
      </w:r>
      <w:r w:rsidRPr="00055955">
        <w:rPr>
          <w:color w:val="auto"/>
          <w:szCs w:val="19"/>
        </w:rPr>
        <w:t>Tento prieskum trhu nepredstavuje verejné obstarávanie a nevedie k uzavretiu zmluvného vzťahu. Slúži výhradne na určenie predpokladanej hodnoty zákazky (PHZ).</w:t>
      </w:r>
    </w:p>
    <w:p w14:paraId="6EA49E0F" w14:textId="77777777"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r w:rsidRPr="00214D88">
        <w:rPr>
          <w:b/>
          <w:color w:val="718096"/>
          <w:szCs w:val="19"/>
        </w:rPr>
        <w:t xml:space="preserve">Ochrana osobných údajov: </w:t>
      </w:r>
      <w:r w:rsidRPr="00214D88">
        <w:rPr>
          <w:color w:val="718096"/>
          <w:szCs w:val="19"/>
        </w:rPr>
        <w:t>Predložením ponuky uchádzač súhlasí so spracovaním osobných údajov podľa Nariadenia GDPR (EÚ 2016/679) a zákona č. 18/2018 Z. z. o ochrane osobných údajov v platnom znení.</w:t>
      </w:r>
    </w:p>
    <w:p w14:paraId="3C5094CB" w14:textId="77777777"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14:paraId="7A690696" w14:textId="77777777"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 w14:paraId="341BA92E" w14:textId="77777777">
        <w:trPr>
          <w:jc w:val="center"/>
        </w:trPr>
        <w:tc>
          <w:tcPr>
            <w:tcW w:w="5040" w:type="dxa"/>
          </w:tcPr>
          <w:p w14:paraId="2A2E9657" w14:textId="51ECE276"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Michalovciach, dňa </w:t>
            </w:r>
            <w:r w:rsidR="002B2D1A">
              <w:rPr>
                <w:b/>
                <w:color w:val="auto"/>
                <w:szCs w:val="19"/>
              </w:rPr>
              <w:t>26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14:paraId="584A462B" w14:textId="77777777"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14:paraId="3472D329" w14:textId="77777777"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r w:rsidRPr="00214D88">
              <w:rPr>
                <w:b/>
                <w:szCs w:val="19"/>
              </w:rPr>
              <w:t>Blažena Nizká</w:t>
            </w:r>
            <w:r w:rsidRPr="00214D88">
              <w:rPr>
                <w:b/>
                <w:szCs w:val="19"/>
              </w:rPr>
              <w:br/>
            </w:r>
            <w:r w:rsidRPr="00214D88">
              <w:rPr>
                <w:color w:val="4A5568"/>
                <w:szCs w:val="19"/>
              </w:rPr>
              <w:t>predseda predstavenstva</w:t>
            </w:r>
          </w:p>
        </w:tc>
      </w:tr>
    </w:tbl>
    <w:p w14:paraId="24362906" w14:textId="77777777" w:rsidR="00B209D2" w:rsidRDefault="00B209D2">
      <w:pPr>
        <w:rPr>
          <w:szCs w:val="19"/>
        </w:rPr>
      </w:pPr>
    </w:p>
    <w:p w14:paraId="4CD08074" w14:textId="77777777" w:rsidR="00055955" w:rsidRPr="00214D88" w:rsidRDefault="00055955">
      <w:pPr>
        <w:rPr>
          <w:szCs w:val="19"/>
        </w:rPr>
      </w:pPr>
      <w:r>
        <w:rPr>
          <w:b/>
          <w:szCs w:val="19"/>
        </w:rPr>
        <w:t>Prílohy</w:t>
      </w:r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r w:rsidRPr="00214D88">
        <w:rPr>
          <w:szCs w:val="19"/>
        </w:rPr>
        <w:t>Príloha č. 1 – Návrh cenovej ponuky a špecifikácia predmetu zákazky</w:t>
      </w:r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8818533">
    <w:abstractNumId w:val="8"/>
  </w:num>
  <w:num w:numId="2" w16cid:durableId="32392894">
    <w:abstractNumId w:val="6"/>
  </w:num>
  <w:num w:numId="3" w16cid:durableId="144396238">
    <w:abstractNumId w:val="5"/>
  </w:num>
  <w:num w:numId="4" w16cid:durableId="1319647471">
    <w:abstractNumId w:val="4"/>
  </w:num>
  <w:num w:numId="5" w16cid:durableId="1439450987">
    <w:abstractNumId w:val="7"/>
  </w:num>
  <w:num w:numId="6" w16cid:durableId="1612591106">
    <w:abstractNumId w:val="3"/>
  </w:num>
  <w:num w:numId="7" w16cid:durableId="1153983670">
    <w:abstractNumId w:val="2"/>
  </w:num>
  <w:num w:numId="8" w16cid:durableId="1886721678">
    <w:abstractNumId w:val="1"/>
  </w:num>
  <w:num w:numId="9" w16cid:durableId="157353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955"/>
    <w:rsid w:val="00057711"/>
    <w:rsid w:val="0006063C"/>
    <w:rsid w:val="0015074B"/>
    <w:rsid w:val="00167921"/>
    <w:rsid w:val="00214D88"/>
    <w:rsid w:val="002674F0"/>
    <w:rsid w:val="0029639D"/>
    <w:rsid w:val="002B2D1A"/>
    <w:rsid w:val="00326F90"/>
    <w:rsid w:val="0042502B"/>
    <w:rsid w:val="00442074"/>
    <w:rsid w:val="00450D4C"/>
    <w:rsid w:val="00453797"/>
    <w:rsid w:val="004A4FC4"/>
    <w:rsid w:val="00503947"/>
    <w:rsid w:val="006859ED"/>
    <w:rsid w:val="006B6B5A"/>
    <w:rsid w:val="007077CE"/>
    <w:rsid w:val="00783DDA"/>
    <w:rsid w:val="007F3728"/>
    <w:rsid w:val="008222B6"/>
    <w:rsid w:val="00A36210"/>
    <w:rsid w:val="00A57649"/>
    <w:rsid w:val="00A74DDF"/>
    <w:rsid w:val="00AA1D8D"/>
    <w:rsid w:val="00AA6E9C"/>
    <w:rsid w:val="00B17D6A"/>
    <w:rsid w:val="00B209D2"/>
    <w:rsid w:val="00B26AB3"/>
    <w:rsid w:val="00B47730"/>
    <w:rsid w:val="00B55CB2"/>
    <w:rsid w:val="00BD7007"/>
    <w:rsid w:val="00BF2B9E"/>
    <w:rsid w:val="00C843E4"/>
    <w:rsid w:val="00CB0664"/>
    <w:rsid w:val="00CF4663"/>
    <w:rsid w:val="00D920BE"/>
    <w:rsid w:val="00E448C6"/>
    <w:rsid w:val="00E573FF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E3A90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color w:val="2C3E50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lny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lnywebov">
    <w:name w:val="Normal (Web)"/>
    <w:basedOn w:val="Normlny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52D148-73ED-4854-8BCE-5EBD620E2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generated by python-docx</dc:description>
  <dcterms:created xsi:type="dcterms:W3CDTF">2013-12-23T23:15:00Z</dcterms:created>
  <dcterms:modified xsi:type="dcterms:W3CDTF">2026-08-26T13:44:00Z</dcterms:modified>
  <cp:category/>
</cp:coreProperties>
</file>