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3C4F0" w14:textId="77777777" w:rsidR="00046E07" w:rsidRDefault="00046E07">
      <w:pPr>
        <w:jc w:val="center"/>
        <w:rPr>
          <w:b/>
          <w:color w:val="17365D"/>
          <w:sz w:val="28"/>
        </w:rPr>
      </w:pPr>
    </w:p>
    <w:p w14:paraId="16B2EE25" w14:textId="7C3967E5" w:rsidR="005141F8" w:rsidRDefault="005C18CD">
      <w:pPr>
        <w:jc w:val="center"/>
      </w:pPr>
      <w:r>
        <w:rPr>
          <w:b/>
          <w:color w:val="17365D"/>
          <w:sz w:val="28"/>
        </w:rPr>
        <w:t>KARTA PARAMETRÓW TECHNICZNYCH OFEROWANYCH URZĄDZEŃ</w:t>
      </w:r>
    </w:p>
    <w:p w14:paraId="6966B13E" w14:textId="77777777" w:rsidR="005141F8" w:rsidRDefault="005C18CD">
      <w:r>
        <w:t>Postępowanie:</w:t>
      </w:r>
      <w:r w:rsidRPr="0009240D">
        <w:rPr>
          <w:b/>
          <w:bCs/>
        </w:rPr>
        <w:t xml:space="preserve"> Rozwój energetyki rozproszonej opartej o odnawialne źródła energii</w:t>
      </w:r>
    </w:p>
    <w:p w14:paraId="23AA9362" w14:textId="648F6D39" w:rsidR="005141F8" w:rsidRDefault="005C18CD">
      <w:r>
        <w:t xml:space="preserve">Znak: </w:t>
      </w:r>
      <w:r w:rsidR="0009240D">
        <w:t>RGK.ID.271.4.2026</w:t>
      </w:r>
    </w:p>
    <w:p w14:paraId="61E4D3BE" w14:textId="77777777" w:rsidR="005141F8" w:rsidRDefault="005C18CD">
      <w:r>
        <w:t>Wykonawca wskazuje wartość oferowaną oraz dokument i numer strony. Brak potwierdzenia może skutkować wezwaniem do uzupełnienia przedmiotowego środka dowodowego, o ile nie prowadzi to do zmiany producenta/modelu wskazanego w formularzu oferty.</w:t>
      </w:r>
    </w:p>
    <w:p w14:paraId="229C0242" w14:textId="77777777" w:rsidR="005141F8" w:rsidRDefault="005C18CD">
      <w:pPr>
        <w:pStyle w:val="Nagwek2"/>
      </w:pPr>
      <w:r>
        <w:t>A. Moduł PV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948"/>
        <w:gridCol w:w="2835"/>
        <w:gridCol w:w="1701"/>
        <w:gridCol w:w="1984"/>
      </w:tblGrid>
      <w:tr w:rsidR="005141F8" w14:paraId="1133D820" w14:textId="77777777">
        <w:trPr>
          <w:tblHeader/>
          <w:jc w:val="center"/>
        </w:trPr>
        <w:tc>
          <w:tcPr>
            <w:tcW w:w="2948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0F5679" w14:textId="77777777" w:rsidR="005141F8" w:rsidRDefault="005C18CD">
            <w:r>
              <w:rPr>
                <w:b/>
                <w:sz w:val="14"/>
              </w:rPr>
              <w:t>Parametr wymagany</w:t>
            </w:r>
          </w:p>
        </w:tc>
        <w:tc>
          <w:tcPr>
            <w:tcW w:w="2835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753826" w14:textId="77777777" w:rsidR="005141F8" w:rsidRDefault="005C18CD">
            <w:r>
              <w:rPr>
                <w:b/>
                <w:sz w:val="14"/>
              </w:rPr>
              <w:t>Minimum PFU/OPZ</w:t>
            </w:r>
          </w:p>
        </w:tc>
        <w:tc>
          <w:tcPr>
            <w:tcW w:w="1701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F7DBA1" w14:textId="77777777" w:rsidR="005141F8" w:rsidRDefault="005C18CD">
            <w:r>
              <w:rPr>
                <w:b/>
                <w:sz w:val="14"/>
              </w:rPr>
              <w:t>Wartość oferowana</w:t>
            </w:r>
          </w:p>
        </w:tc>
        <w:tc>
          <w:tcPr>
            <w:tcW w:w="1984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B17073" w14:textId="77777777" w:rsidR="005141F8" w:rsidRDefault="005C18CD">
            <w:r>
              <w:rPr>
                <w:b/>
                <w:sz w:val="14"/>
              </w:rPr>
              <w:t>Dokument / strona</w:t>
            </w:r>
          </w:p>
        </w:tc>
      </w:tr>
      <w:tr w:rsidR="005141F8" w14:paraId="26BD0CDB" w14:textId="77777777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F71048" w14:textId="77777777" w:rsidR="005141F8" w:rsidRDefault="005C18CD">
            <w:pPr>
              <w:spacing w:after="0"/>
            </w:pPr>
            <w:r>
              <w:rPr>
                <w:sz w:val="14"/>
              </w:rPr>
              <w:t>Moc instalacji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3846A9" w14:textId="77777777" w:rsidR="005141F8" w:rsidRDefault="005C18CD">
            <w:pPr>
              <w:spacing w:after="0"/>
            </w:pPr>
            <w:r>
              <w:rPr>
                <w:sz w:val="14"/>
              </w:rPr>
              <w:t>49,20 kWp/lokalizacja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FBBD8C" w14:textId="77777777" w:rsidR="005141F8" w:rsidRDefault="005141F8">
            <w:pPr>
              <w:spacing w:after="0"/>
            </w:pP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A3A350" w14:textId="77777777" w:rsidR="005141F8" w:rsidRDefault="005141F8">
            <w:pPr>
              <w:spacing w:after="0"/>
            </w:pPr>
          </w:p>
        </w:tc>
      </w:tr>
      <w:tr w:rsidR="005141F8" w14:paraId="3501CF2C" w14:textId="77777777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A2EA67" w14:textId="77777777" w:rsidR="005141F8" w:rsidRDefault="005C18CD">
            <w:pPr>
              <w:spacing w:after="0"/>
            </w:pPr>
            <w:r>
              <w:rPr>
                <w:sz w:val="14"/>
              </w:rPr>
              <w:t>Moc/konfiguracja modułów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0737C7" w14:textId="77777777" w:rsidR="005141F8" w:rsidRDefault="005C18CD">
            <w:pPr>
              <w:spacing w:after="0"/>
            </w:pPr>
            <w:r>
              <w:rPr>
                <w:sz w:val="14"/>
              </w:rPr>
              <w:t>bazowo 120 x 410 Wp; zgodnie z zasadami PFU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F39645" w14:textId="77777777" w:rsidR="005141F8" w:rsidRDefault="005141F8">
            <w:pPr>
              <w:spacing w:after="0"/>
            </w:pP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D8D21F" w14:textId="77777777" w:rsidR="005141F8" w:rsidRDefault="005141F8">
            <w:pPr>
              <w:spacing w:after="0"/>
            </w:pPr>
          </w:p>
        </w:tc>
      </w:tr>
      <w:tr w:rsidR="005141F8" w14:paraId="71B9657E" w14:textId="77777777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7591A5" w14:textId="77777777" w:rsidR="005141F8" w:rsidRDefault="005C18CD">
            <w:pPr>
              <w:spacing w:after="0"/>
            </w:pPr>
            <w:r>
              <w:rPr>
                <w:sz w:val="14"/>
              </w:rPr>
              <w:t>Sprawność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61256F" w14:textId="77777777" w:rsidR="005141F8" w:rsidRDefault="005C18CD">
            <w:pPr>
              <w:spacing w:after="0"/>
            </w:pPr>
            <w:r>
              <w:rPr>
                <w:sz w:val="14"/>
              </w:rPr>
              <w:t>≥22,5%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E5D988" w14:textId="77777777" w:rsidR="005141F8" w:rsidRDefault="005141F8">
            <w:pPr>
              <w:spacing w:after="0"/>
            </w:pP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D717D0" w14:textId="77777777" w:rsidR="005141F8" w:rsidRDefault="005141F8">
            <w:pPr>
              <w:spacing w:after="0"/>
            </w:pPr>
          </w:p>
        </w:tc>
      </w:tr>
      <w:tr w:rsidR="005141F8" w14:paraId="25D0A84C" w14:textId="77777777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77984B" w14:textId="77777777" w:rsidR="005141F8" w:rsidRDefault="005C18CD">
            <w:pPr>
              <w:spacing w:after="0"/>
            </w:pPr>
            <w:r>
              <w:rPr>
                <w:sz w:val="14"/>
              </w:rPr>
              <w:t>IP puszki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1A6976" w14:textId="77777777" w:rsidR="005141F8" w:rsidRDefault="005C18CD">
            <w:pPr>
              <w:spacing w:after="0"/>
            </w:pPr>
            <w:r>
              <w:rPr>
                <w:sz w:val="14"/>
              </w:rPr>
              <w:t>≥IP68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4CA338" w14:textId="77777777" w:rsidR="005141F8" w:rsidRDefault="005141F8">
            <w:pPr>
              <w:spacing w:after="0"/>
            </w:pP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1E5C89" w14:textId="77777777" w:rsidR="005141F8" w:rsidRDefault="005141F8">
            <w:pPr>
              <w:spacing w:after="0"/>
            </w:pPr>
          </w:p>
        </w:tc>
      </w:tr>
      <w:tr w:rsidR="005141F8" w14:paraId="3BC2B705" w14:textId="77777777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D52BBF" w14:textId="77777777" w:rsidR="005141F8" w:rsidRDefault="005C18CD">
            <w:pPr>
              <w:spacing w:after="0"/>
            </w:pPr>
            <w:r>
              <w:rPr>
                <w:sz w:val="14"/>
              </w:rPr>
              <w:t>Temperatura pracy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FC2ACF" w14:textId="77777777" w:rsidR="005141F8" w:rsidRDefault="005C18CD">
            <w:pPr>
              <w:spacing w:after="0"/>
            </w:pPr>
            <w:r>
              <w:rPr>
                <w:sz w:val="14"/>
              </w:rPr>
              <w:t>-40...+85°C lub szerszy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031AAC" w14:textId="77777777" w:rsidR="005141F8" w:rsidRDefault="005141F8">
            <w:pPr>
              <w:spacing w:after="0"/>
            </w:pP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22F94C" w14:textId="77777777" w:rsidR="005141F8" w:rsidRDefault="005141F8">
            <w:pPr>
              <w:spacing w:after="0"/>
            </w:pPr>
          </w:p>
        </w:tc>
      </w:tr>
      <w:tr w:rsidR="005141F8" w14:paraId="692F8EC3" w14:textId="77777777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F40F90" w14:textId="77777777" w:rsidR="005141F8" w:rsidRDefault="005C18CD">
            <w:pPr>
              <w:spacing w:after="0"/>
            </w:pPr>
            <w:r>
              <w:rPr>
                <w:sz w:val="14"/>
              </w:rPr>
              <w:t>Obciążenie wiatr/śnieg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05CB80" w14:textId="77777777" w:rsidR="005141F8" w:rsidRDefault="005C18CD">
            <w:pPr>
              <w:spacing w:after="0"/>
            </w:pPr>
            <w:r>
              <w:rPr>
                <w:sz w:val="14"/>
              </w:rPr>
              <w:t>≥2400/5400 Pa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5CAC37" w14:textId="77777777" w:rsidR="005141F8" w:rsidRDefault="005141F8">
            <w:pPr>
              <w:spacing w:after="0"/>
            </w:pP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479518" w14:textId="77777777" w:rsidR="005141F8" w:rsidRDefault="005141F8">
            <w:pPr>
              <w:spacing w:after="0"/>
            </w:pPr>
          </w:p>
        </w:tc>
      </w:tr>
      <w:tr w:rsidR="005141F8" w14:paraId="2F65DA61" w14:textId="77777777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84AEE5" w14:textId="77777777" w:rsidR="005141F8" w:rsidRDefault="005C18CD">
            <w:pPr>
              <w:spacing w:after="0"/>
            </w:pPr>
            <w:r>
              <w:rPr>
                <w:sz w:val="14"/>
              </w:rPr>
              <w:t>IEC 61215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368226" w14:textId="77777777" w:rsidR="005141F8" w:rsidRDefault="005C18CD">
            <w:pPr>
              <w:spacing w:after="0"/>
            </w:pPr>
            <w:r>
              <w:rPr>
                <w:sz w:val="14"/>
              </w:rPr>
              <w:t>tak/równoważna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2BC86B" w14:textId="77777777" w:rsidR="005141F8" w:rsidRDefault="005141F8">
            <w:pPr>
              <w:spacing w:after="0"/>
            </w:pP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B477D5" w14:textId="77777777" w:rsidR="005141F8" w:rsidRDefault="005141F8">
            <w:pPr>
              <w:spacing w:after="0"/>
            </w:pPr>
          </w:p>
        </w:tc>
      </w:tr>
      <w:tr w:rsidR="005141F8" w14:paraId="33494D19" w14:textId="77777777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779753" w14:textId="77777777" w:rsidR="005141F8" w:rsidRDefault="005C18CD">
            <w:pPr>
              <w:spacing w:after="0"/>
            </w:pPr>
            <w:r>
              <w:rPr>
                <w:sz w:val="14"/>
              </w:rPr>
              <w:t>IEC 61730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F52E10" w14:textId="77777777" w:rsidR="005141F8" w:rsidRDefault="005C18CD">
            <w:pPr>
              <w:spacing w:after="0"/>
            </w:pPr>
            <w:r>
              <w:rPr>
                <w:sz w:val="14"/>
              </w:rPr>
              <w:t>tak/równoważna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F4C64C" w14:textId="77777777" w:rsidR="005141F8" w:rsidRDefault="005141F8">
            <w:pPr>
              <w:spacing w:after="0"/>
            </w:pP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682B13" w14:textId="77777777" w:rsidR="005141F8" w:rsidRDefault="005141F8">
            <w:pPr>
              <w:spacing w:after="0"/>
            </w:pPr>
          </w:p>
        </w:tc>
      </w:tr>
      <w:tr w:rsidR="005141F8" w14:paraId="74A3F5B3" w14:textId="77777777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1F7FB7" w14:textId="77777777" w:rsidR="005141F8" w:rsidRDefault="005C18CD">
            <w:pPr>
              <w:spacing w:after="0"/>
            </w:pPr>
            <w:r>
              <w:rPr>
                <w:sz w:val="14"/>
              </w:rPr>
              <w:t>Gwarancja produkt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735BD5" w14:textId="77777777" w:rsidR="005141F8" w:rsidRDefault="005C18CD">
            <w:pPr>
              <w:spacing w:after="0"/>
            </w:pPr>
            <w:r>
              <w:rPr>
                <w:sz w:val="14"/>
              </w:rPr>
              <w:t>≥15 lat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96D7BE" w14:textId="77777777" w:rsidR="005141F8" w:rsidRDefault="005141F8">
            <w:pPr>
              <w:spacing w:after="0"/>
            </w:pP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DF53F0" w14:textId="77777777" w:rsidR="005141F8" w:rsidRDefault="005141F8">
            <w:pPr>
              <w:spacing w:after="0"/>
            </w:pPr>
          </w:p>
        </w:tc>
      </w:tr>
      <w:tr w:rsidR="005141F8" w14:paraId="5DF9ED96" w14:textId="77777777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15DA39" w14:textId="77777777" w:rsidR="005141F8" w:rsidRDefault="005C18CD">
            <w:pPr>
              <w:spacing w:after="0"/>
            </w:pPr>
            <w:r>
              <w:rPr>
                <w:sz w:val="14"/>
              </w:rPr>
              <w:t>Gwarancja mocy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61A2D5" w14:textId="77777777" w:rsidR="005141F8" w:rsidRDefault="005C18CD">
            <w:pPr>
              <w:spacing w:after="0"/>
            </w:pPr>
            <w:r>
              <w:rPr>
                <w:sz w:val="14"/>
              </w:rPr>
              <w:t>≥30 lat, ≥80%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B0B553" w14:textId="77777777" w:rsidR="005141F8" w:rsidRDefault="005141F8">
            <w:pPr>
              <w:spacing w:after="0"/>
            </w:pP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28F2DE" w14:textId="77777777" w:rsidR="005141F8" w:rsidRDefault="005141F8">
            <w:pPr>
              <w:spacing w:after="0"/>
            </w:pPr>
          </w:p>
        </w:tc>
      </w:tr>
    </w:tbl>
    <w:p w14:paraId="581C8382" w14:textId="77777777" w:rsidR="005141F8" w:rsidRDefault="005C18CD">
      <w:pPr>
        <w:pStyle w:val="Nagwek2"/>
      </w:pPr>
      <w:r>
        <w:t>B. Falownik / PCS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948"/>
        <w:gridCol w:w="2835"/>
        <w:gridCol w:w="1701"/>
        <w:gridCol w:w="1984"/>
      </w:tblGrid>
      <w:tr w:rsidR="005141F8" w14:paraId="6AFAF500" w14:textId="77777777">
        <w:trPr>
          <w:tblHeader/>
          <w:jc w:val="center"/>
        </w:trPr>
        <w:tc>
          <w:tcPr>
            <w:tcW w:w="2948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EE0145" w14:textId="77777777" w:rsidR="005141F8" w:rsidRDefault="005C18CD">
            <w:r>
              <w:rPr>
                <w:b/>
                <w:sz w:val="14"/>
              </w:rPr>
              <w:t>Parametr wymagany</w:t>
            </w:r>
          </w:p>
        </w:tc>
        <w:tc>
          <w:tcPr>
            <w:tcW w:w="2835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B39540" w14:textId="77777777" w:rsidR="005141F8" w:rsidRDefault="005C18CD">
            <w:r>
              <w:rPr>
                <w:b/>
                <w:sz w:val="14"/>
              </w:rPr>
              <w:t>Minimum PFU/OPZ</w:t>
            </w:r>
          </w:p>
        </w:tc>
        <w:tc>
          <w:tcPr>
            <w:tcW w:w="1701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718248" w14:textId="77777777" w:rsidR="005141F8" w:rsidRDefault="005C18CD">
            <w:r>
              <w:rPr>
                <w:b/>
                <w:sz w:val="14"/>
              </w:rPr>
              <w:t>Wartość oferowana</w:t>
            </w:r>
          </w:p>
        </w:tc>
        <w:tc>
          <w:tcPr>
            <w:tcW w:w="1984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9FC950" w14:textId="77777777" w:rsidR="005141F8" w:rsidRDefault="005C18CD">
            <w:r>
              <w:rPr>
                <w:b/>
                <w:sz w:val="14"/>
              </w:rPr>
              <w:t>Dokument / strona</w:t>
            </w:r>
          </w:p>
        </w:tc>
      </w:tr>
      <w:tr w:rsidR="005141F8" w14:paraId="0D7E7A34" w14:textId="77777777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95F36B" w14:textId="77777777" w:rsidR="005141F8" w:rsidRDefault="005C18CD">
            <w:pPr>
              <w:spacing w:after="0"/>
            </w:pPr>
            <w:r>
              <w:rPr>
                <w:sz w:val="14"/>
              </w:rPr>
              <w:t>Typ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A8116E" w14:textId="77777777" w:rsidR="005141F8" w:rsidRDefault="005C18CD">
            <w:pPr>
              <w:spacing w:after="0"/>
            </w:pPr>
            <w:r>
              <w:rPr>
                <w:sz w:val="14"/>
              </w:rPr>
              <w:t>3F hybrydowy / równoważny zintegrowany układ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B1A6B1" w14:textId="77777777" w:rsidR="005141F8" w:rsidRDefault="005141F8">
            <w:pPr>
              <w:spacing w:after="0"/>
            </w:pP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54A659" w14:textId="77777777" w:rsidR="005141F8" w:rsidRDefault="005141F8">
            <w:pPr>
              <w:spacing w:after="0"/>
            </w:pPr>
          </w:p>
        </w:tc>
      </w:tr>
      <w:tr w:rsidR="005141F8" w14:paraId="30DE1992" w14:textId="77777777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22D683" w14:textId="77777777" w:rsidR="005141F8" w:rsidRDefault="005C18CD">
            <w:pPr>
              <w:spacing w:after="0"/>
            </w:pPr>
            <w:r>
              <w:rPr>
                <w:sz w:val="14"/>
              </w:rPr>
              <w:t>Max napięcie DC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8C2D36" w14:textId="77777777" w:rsidR="005141F8" w:rsidRDefault="005C18CD">
            <w:pPr>
              <w:spacing w:after="0"/>
            </w:pPr>
            <w:r>
              <w:rPr>
                <w:sz w:val="14"/>
              </w:rPr>
              <w:t>≥1000 V lub zgodnie z równoważną architekturą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AF77B6" w14:textId="77777777" w:rsidR="005141F8" w:rsidRDefault="005141F8">
            <w:pPr>
              <w:spacing w:after="0"/>
            </w:pP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906E24" w14:textId="77777777" w:rsidR="005141F8" w:rsidRDefault="005141F8">
            <w:pPr>
              <w:spacing w:after="0"/>
            </w:pPr>
          </w:p>
        </w:tc>
      </w:tr>
      <w:tr w:rsidR="005141F8" w14:paraId="32DC21B7" w14:textId="77777777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87BC3F" w14:textId="77777777" w:rsidR="005141F8" w:rsidRDefault="005C18CD">
            <w:pPr>
              <w:spacing w:after="0"/>
            </w:pPr>
            <w:r>
              <w:rPr>
                <w:sz w:val="14"/>
              </w:rPr>
              <w:t>MPPT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4D9E4C" w14:textId="77777777" w:rsidR="005141F8" w:rsidRDefault="005C18CD">
            <w:pPr>
              <w:spacing w:after="0"/>
            </w:pPr>
            <w:r>
              <w:rPr>
                <w:sz w:val="14"/>
              </w:rPr>
              <w:t>min. 4 lub równoważna funkcjonalność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BE822E" w14:textId="77777777" w:rsidR="005141F8" w:rsidRDefault="005141F8">
            <w:pPr>
              <w:spacing w:after="0"/>
            </w:pP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94FDDF" w14:textId="77777777" w:rsidR="005141F8" w:rsidRDefault="005141F8">
            <w:pPr>
              <w:spacing w:after="0"/>
            </w:pPr>
          </w:p>
        </w:tc>
      </w:tr>
      <w:tr w:rsidR="005141F8" w14:paraId="58543472" w14:textId="77777777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062AD1" w14:textId="77777777" w:rsidR="005141F8" w:rsidRDefault="005C18CD">
            <w:pPr>
              <w:spacing w:after="0"/>
            </w:pPr>
            <w:r>
              <w:rPr>
                <w:sz w:val="14"/>
              </w:rPr>
              <w:t>Sprawność maks.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A57CC1" w14:textId="77777777" w:rsidR="005141F8" w:rsidRDefault="005C18CD">
            <w:pPr>
              <w:spacing w:after="0"/>
            </w:pPr>
            <w:r>
              <w:rPr>
                <w:sz w:val="14"/>
              </w:rPr>
              <w:t>≥98%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AFB003" w14:textId="77777777" w:rsidR="005141F8" w:rsidRDefault="005141F8">
            <w:pPr>
              <w:spacing w:after="0"/>
            </w:pP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0029E6" w14:textId="77777777" w:rsidR="005141F8" w:rsidRDefault="005141F8">
            <w:pPr>
              <w:spacing w:after="0"/>
            </w:pPr>
          </w:p>
        </w:tc>
      </w:tr>
      <w:tr w:rsidR="005141F8" w14:paraId="3E87B0F1" w14:textId="77777777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6CD5BA" w14:textId="77777777" w:rsidR="005141F8" w:rsidRDefault="005C18CD">
            <w:pPr>
              <w:spacing w:after="0"/>
            </w:pPr>
            <w:r>
              <w:rPr>
                <w:sz w:val="14"/>
              </w:rPr>
              <w:t>IP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501205" w14:textId="77777777" w:rsidR="005141F8" w:rsidRDefault="005C18CD">
            <w:pPr>
              <w:spacing w:after="0"/>
            </w:pPr>
            <w:r>
              <w:rPr>
                <w:sz w:val="14"/>
              </w:rPr>
              <w:t>≥IP65 zewnętrznie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D00E4E" w14:textId="77777777" w:rsidR="005141F8" w:rsidRDefault="005141F8">
            <w:pPr>
              <w:spacing w:after="0"/>
            </w:pP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C17A8F" w14:textId="77777777" w:rsidR="005141F8" w:rsidRDefault="005141F8">
            <w:pPr>
              <w:spacing w:after="0"/>
            </w:pPr>
          </w:p>
        </w:tc>
      </w:tr>
      <w:tr w:rsidR="005141F8" w14:paraId="671D42E2" w14:textId="77777777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9BE417" w14:textId="77777777" w:rsidR="005141F8" w:rsidRDefault="005C18CD">
            <w:pPr>
              <w:spacing w:after="0"/>
            </w:pPr>
            <w:r>
              <w:rPr>
                <w:sz w:val="14"/>
              </w:rPr>
              <w:t>Temperatura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8A3EB0" w14:textId="77777777" w:rsidR="005141F8" w:rsidRDefault="005C18CD">
            <w:pPr>
              <w:spacing w:after="0"/>
            </w:pPr>
            <w:r>
              <w:rPr>
                <w:sz w:val="14"/>
              </w:rPr>
              <w:t>co najmniej -25...+60°C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93DB5A" w14:textId="77777777" w:rsidR="005141F8" w:rsidRDefault="005141F8">
            <w:pPr>
              <w:spacing w:after="0"/>
            </w:pP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52D75F" w14:textId="77777777" w:rsidR="005141F8" w:rsidRDefault="005141F8">
            <w:pPr>
              <w:spacing w:after="0"/>
            </w:pPr>
          </w:p>
        </w:tc>
      </w:tr>
      <w:tr w:rsidR="005141F8" w14:paraId="5645E56E" w14:textId="77777777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9BBD1A" w14:textId="77777777" w:rsidR="005141F8" w:rsidRDefault="005C18CD">
            <w:pPr>
              <w:spacing w:after="0"/>
            </w:pPr>
            <w:r>
              <w:rPr>
                <w:sz w:val="14"/>
              </w:rPr>
              <w:t>Przewymiarowanie DC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B288F4" w14:textId="77777777" w:rsidR="005141F8" w:rsidRDefault="005C18CD">
            <w:pPr>
              <w:spacing w:after="0"/>
            </w:pPr>
            <w:r>
              <w:rPr>
                <w:sz w:val="14"/>
              </w:rPr>
              <w:t>≥120%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3CD1CF" w14:textId="77777777" w:rsidR="005141F8" w:rsidRDefault="005141F8">
            <w:pPr>
              <w:spacing w:after="0"/>
            </w:pP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49AB84" w14:textId="77777777" w:rsidR="005141F8" w:rsidRDefault="005141F8">
            <w:pPr>
              <w:spacing w:after="0"/>
            </w:pPr>
          </w:p>
        </w:tc>
      </w:tr>
      <w:tr w:rsidR="005141F8" w14:paraId="55D45230" w14:textId="77777777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7F9E2D" w14:textId="77777777" w:rsidR="005141F8" w:rsidRDefault="005C18CD">
            <w:pPr>
              <w:spacing w:after="0"/>
            </w:pPr>
            <w:r>
              <w:rPr>
                <w:sz w:val="14"/>
              </w:rPr>
              <w:t>SPD AC/DC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E40FCC" w14:textId="77777777" w:rsidR="005141F8" w:rsidRDefault="005C18CD">
            <w:pPr>
              <w:spacing w:after="0"/>
            </w:pPr>
            <w:r>
              <w:rPr>
                <w:sz w:val="14"/>
              </w:rPr>
              <w:t>typ II wbudowane/zewnętrzne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3ECAB8" w14:textId="77777777" w:rsidR="005141F8" w:rsidRDefault="005141F8">
            <w:pPr>
              <w:spacing w:after="0"/>
            </w:pP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F3C4DE" w14:textId="77777777" w:rsidR="005141F8" w:rsidRDefault="005141F8">
            <w:pPr>
              <w:spacing w:after="0"/>
            </w:pPr>
          </w:p>
        </w:tc>
      </w:tr>
      <w:tr w:rsidR="005141F8" w14:paraId="6BDD1319" w14:textId="77777777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61D799" w14:textId="77777777" w:rsidR="005141F8" w:rsidRDefault="005C18CD">
            <w:pPr>
              <w:spacing w:after="0"/>
            </w:pPr>
            <w:r>
              <w:rPr>
                <w:sz w:val="14"/>
              </w:rPr>
              <w:t>Antywyspowość / sieć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98F275" w14:textId="77777777" w:rsidR="005141F8" w:rsidRDefault="005C18CD">
            <w:pPr>
              <w:spacing w:after="0"/>
            </w:pPr>
            <w:r>
              <w:rPr>
                <w:sz w:val="14"/>
              </w:rPr>
              <w:t>tak, dokument OSD/NC RfG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9A3F3B" w14:textId="77777777" w:rsidR="005141F8" w:rsidRDefault="005141F8">
            <w:pPr>
              <w:spacing w:after="0"/>
            </w:pP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789446" w14:textId="77777777" w:rsidR="005141F8" w:rsidRDefault="005141F8">
            <w:pPr>
              <w:spacing w:after="0"/>
            </w:pPr>
          </w:p>
        </w:tc>
      </w:tr>
      <w:tr w:rsidR="005141F8" w14:paraId="56BCBEE6" w14:textId="77777777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32A5D6" w14:textId="77777777" w:rsidR="005141F8" w:rsidRDefault="005C18CD">
            <w:pPr>
              <w:spacing w:after="0"/>
            </w:pPr>
            <w:r>
              <w:rPr>
                <w:sz w:val="14"/>
              </w:rPr>
              <w:t>Kompatybilność BESS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10D10C" w14:textId="4479204D" w:rsidR="005141F8" w:rsidRPr="00071FEE" w:rsidRDefault="005C18CD">
            <w:pPr>
              <w:spacing w:after="0"/>
              <w:rPr>
                <w:b/>
                <w:bCs/>
              </w:rPr>
            </w:pPr>
            <w:proofErr w:type="spellStart"/>
            <w:r w:rsidRPr="00071FEE">
              <w:rPr>
                <w:b/>
                <w:bCs/>
                <w:color w:val="EE0000"/>
                <w:sz w:val="14"/>
              </w:rPr>
              <w:t>potwierdzenie</w:t>
            </w:r>
            <w:proofErr w:type="spellEnd"/>
            <w:r w:rsidRPr="00071FEE">
              <w:rPr>
                <w:b/>
                <w:bCs/>
                <w:color w:val="EE0000"/>
                <w:sz w:val="14"/>
              </w:rPr>
              <w:t xml:space="preserve"> </w:t>
            </w:r>
            <w:proofErr w:type="spellStart"/>
            <w:r w:rsidRPr="00071FEE">
              <w:rPr>
                <w:b/>
                <w:bCs/>
                <w:color w:val="EE0000"/>
                <w:sz w:val="14"/>
              </w:rPr>
              <w:t>producenta</w:t>
            </w:r>
            <w:proofErr w:type="spellEnd"/>
            <w:r w:rsidRPr="00071FEE">
              <w:rPr>
                <w:b/>
                <w:bCs/>
                <w:color w:val="EE0000"/>
                <w:sz w:val="14"/>
              </w:rPr>
              <w:t>/</w:t>
            </w:r>
            <w:proofErr w:type="spellStart"/>
            <w:r w:rsidR="006D5FB2" w:rsidRPr="00071FEE">
              <w:rPr>
                <w:b/>
                <w:bCs/>
                <w:color w:val="EE0000"/>
                <w:sz w:val="14"/>
              </w:rPr>
              <w:t>system</w:t>
            </w:r>
            <w:r w:rsidR="009D3693">
              <w:rPr>
                <w:b/>
                <w:bCs/>
                <w:color w:val="EE0000"/>
                <w:sz w:val="14"/>
              </w:rPr>
              <w:t>u</w:t>
            </w:r>
            <w:proofErr w:type="spellEnd"/>
            <w:r w:rsidR="004F6183" w:rsidRPr="00071FEE">
              <w:rPr>
                <w:b/>
                <w:bCs/>
                <w:color w:val="EE0000"/>
                <w:sz w:val="14"/>
              </w:rPr>
              <w:t xml:space="preserve">, </w:t>
            </w:r>
            <w:proofErr w:type="spellStart"/>
            <w:r w:rsidR="004F6183" w:rsidRPr="00071FEE">
              <w:rPr>
                <w:b/>
                <w:bCs/>
                <w:color w:val="EE0000"/>
                <w:sz w:val="14"/>
              </w:rPr>
              <w:t>że</w:t>
            </w:r>
            <w:proofErr w:type="spellEnd"/>
            <w:r w:rsidR="004F6183" w:rsidRPr="00071FEE">
              <w:rPr>
                <w:b/>
                <w:bCs/>
                <w:color w:val="EE0000"/>
                <w:sz w:val="14"/>
              </w:rPr>
              <w:t xml:space="preserve"> </w:t>
            </w:r>
            <w:proofErr w:type="spellStart"/>
            <w:r w:rsidR="004F6183" w:rsidRPr="00071FEE">
              <w:rPr>
                <w:b/>
                <w:bCs/>
                <w:color w:val="EE0000"/>
                <w:sz w:val="14"/>
              </w:rPr>
              <w:t>falownik</w:t>
            </w:r>
            <w:proofErr w:type="spellEnd"/>
            <w:r w:rsidR="004F6183" w:rsidRPr="00071FEE">
              <w:rPr>
                <w:b/>
                <w:bCs/>
                <w:color w:val="EE0000"/>
                <w:sz w:val="14"/>
              </w:rPr>
              <w:t xml:space="preserve"> </w:t>
            </w:r>
            <w:proofErr w:type="spellStart"/>
            <w:r w:rsidR="009D3693">
              <w:rPr>
                <w:b/>
                <w:bCs/>
                <w:color w:val="EE0000"/>
                <w:sz w:val="14"/>
              </w:rPr>
              <w:t>i</w:t>
            </w:r>
            <w:proofErr w:type="spellEnd"/>
            <w:r w:rsidR="004F6183" w:rsidRPr="00071FEE">
              <w:rPr>
                <w:b/>
                <w:bCs/>
                <w:color w:val="EE0000"/>
                <w:sz w:val="14"/>
              </w:rPr>
              <w:t xml:space="preserve"> </w:t>
            </w:r>
            <w:proofErr w:type="spellStart"/>
            <w:r w:rsidR="004F6183" w:rsidRPr="00071FEE">
              <w:rPr>
                <w:b/>
                <w:bCs/>
                <w:color w:val="EE0000"/>
                <w:sz w:val="14"/>
              </w:rPr>
              <w:t>magazyn</w:t>
            </w:r>
            <w:proofErr w:type="spellEnd"/>
            <w:r w:rsidR="004F6183" w:rsidRPr="00071FEE">
              <w:rPr>
                <w:b/>
                <w:bCs/>
                <w:color w:val="EE0000"/>
                <w:sz w:val="14"/>
              </w:rPr>
              <w:t xml:space="preserve"> </w:t>
            </w:r>
            <w:proofErr w:type="spellStart"/>
            <w:r w:rsidR="004F6183" w:rsidRPr="00071FEE">
              <w:rPr>
                <w:b/>
                <w:bCs/>
                <w:color w:val="EE0000"/>
                <w:sz w:val="14"/>
              </w:rPr>
              <w:t>poch</w:t>
            </w:r>
            <w:r w:rsidR="001A3E27">
              <w:rPr>
                <w:b/>
                <w:bCs/>
                <w:color w:val="EE0000"/>
                <w:sz w:val="14"/>
              </w:rPr>
              <w:t>o</w:t>
            </w:r>
            <w:r w:rsidR="004F6183" w:rsidRPr="00071FEE">
              <w:rPr>
                <w:b/>
                <w:bCs/>
                <w:color w:val="EE0000"/>
                <w:sz w:val="14"/>
              </w:rPr>
              <w:t>dzą</w:t>
            </w:r>
            <w:proofErr w:type="spellEnd"/>
            <w:r w:rsidR="004F6183" w:rsidRPr="00071FEE">
              <w:rPr>
                <w:b/>
                <w:bCs/>
                <w:color w:val="EE0000"/>
                <w:sz w:val="14"/>
              </w:rPr>
              <w:t xml:space="preserve"> </w:t>
            </w:r>
            <w:r w:rsidR="00071FEE" w:rsidRPr="00071FEE">
              <w:rPr>
                <w:b/>
                <w:bCs/>
                <w:color w:val="EE0000"/>
                <w:sz w:val="14"/>
              </w:rPr>
              <w:t xml:space="preserve">od </w:t>
            </w:r>
            <w:proofErr w:type="spellStart"/>
            <w:r w:rsidR="00071FEE" w:rsidRPr="00071FEE">
              <w:rPr>
                <w:b/>
                <w:bCs/>
                <w:color w:val="EE0000"/>
                <w:sz w:val="14"/>
              </w:rPr>
              <w:t>tego</w:t>
            </w:r>
            <w:proofErr w:type="spellEnd"/>
            <w:r w:rsidR="00071FEE" w:rsidRPr="00071FEE">
              <w:rPr>
                <w:b/>
                <w:bCs/>
                <w:color w:val="EE0000"/>
                <w:sz w:val="14"/>
              </w:rPr>
              <w:t xml:space="preserve"> </w:t>
            </w:r>
            <w:proofErr w:type="spellStart"/>
            <w:r w:rsidR="00071FEE" w:rsidRPr="00071FEE">
              <w:rPr>
                <w:b/>
                <w:bCs/>
                <w:color w:val="EE0000"/>
                <w:sz w:val="14"/>
              </w:rPr>
              <w:t>samego</w:t>
            </w:r>
            <w:proofErr w:type="spellEnd"/>
            <w:r w:rsidR="00071FEE" w:rsidRPr="00071FEE">
              <w:rPr>
                <w:b/>
                <w:bCs/>
                <w:color w:val="EE0000"/>
                <w:sz w:val="14"/>
              </w:rPr>
              <w:t xml:space="preserve"> </w:t>
            </w:r>
            <w:proofErr w:type="spellStart"/>
            <w:r w:rsidR="00071FEE" w:rsidRPr="00071FEE">
              <w:rPr>
                <w:b/>
                <w:bCs/>
                <w:color w:val="EE0000"/>
                <w:sz w:val="14"/>
              </w:rPr>
              <w:t>producenta</w:t>
            </w:r>
            <w:proofErr w:type="spellEnd"/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3065B7" w14:textId="77777777" w:rsidR="005141F8" w:rsidRDefault="005141F8">
            <w:pPr>
              <w:spacing w:after="0"/>
            </w:pP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BB0BB4" w14:textId="77777777" w:rsidR="005141F8" w:rsidRDefault="005141F8">
            <w:pPr>
              <w:spacing w:after="0"/>
            </w:pPr>
          </w:p>
        </w:tc>
      </w:tr>
      <w:tr w:rsidR="004616FB" w14:paraId="78DBA3EF" w14:textId="77777777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8B9CCE" w14:textId="4BA02900" w:rsidR="004616FB" w:rsidRPr="009D3693" w:rsidRDefault="005D7958">
            <w:pPr>
              <w:spacing w:after="0"/>
              <w:rPr>
                <w:b/>
                <w:bCs/>
                <w:color w:val="EE0000"/>
                <w:sz w:val="14"/>
              </w:rPr>
            </w:pPr>
            <w:proofErr w:type="spellStart"/>
            <w:r w:rsidRPr="009D3693">
              <w:rPr>
                <w:b/>
                <w:bCs/>
                <w:color w:val="EE0000"/>
                <w:sz w:val="14"/>
              </w:rPr>
              <w:t>Zaofer</w:t>
            </w:r>
            <w:r w:rsidR="006C04EE" w:rsidRPr="009D3693">
              <w:rPr>
                <w:b/>
                <w:bCs/>
                <w:color w:val="EE0000"/>
                <w:sz w:val="14"/>
              </w:rPr>
              <w:t>owana</w:t>
            </w:r>
            <w:proofErr w:type="spellEnd"/>
            <w:r w:rsidR="006C04EE" w:rsidRPr="009D3693">
              <w:rPr>
                <w:b/>
                <w:bCs/>
                <w:color w:val="EE0000"/>
                <w:sz w:val="14"/>
              </w:rPr>
              <w:t xml:space="preserve"> </w:t>
            </w:r>
            <w:proofErr w:type="spellStart"/>
            <w:r w:rsidR="006C04EE" w:rsidRPr="009D3693">
              <w:rPr>
                <w:b/>
                <w:bCs/>
                <w:color w:val="EE0000"/>
                <w:sz w:val="14"/>
              </w:rPr>
              <w:t>moc</w:t>
            </w:r>
            <w:proofErr w:type="spellEnd"/>
            <w:r w:rsidRPr="009D3693">
              <w:rPr>
                <w:b/>
                <w:bCs/>
                <w:color w:val="EE0000"/>
                <w:sz w:val="14"/>
              </w:rPr>
              <w:t xml:space="preserve"> </w:t>
            </w:r>
            <w:proofErr w:type="spellStart"/>
            <w:r w:rsidRPr="009D3693">
              <w:rPr>
                <w:b/>
                <w:bCs/>
                <w:color w:val="EE0000"/>
                <w:sz w:val="14"/>
              </w:rPr>
              <w:t>fa</w:t>
            </w:r>
            <w:r w:rsidR="006C04EE" w:rsidRPr="009D3693">
              <w:rPr>
                <w:b/>
                <w:bCs/>
                <w:color w:val="EE0000"/>
                <w:sz w:val="14"/>
              </w:rPr>
              <w:t>lownika</w:t>
            </w:r>
            <w:proofErr w:type="spellEnd"/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0B73CF" w14:textId="3E49A6AD" w:rsidR="004616FB" w:rsidRPr="009D3693" w:rsidRDefault="005D7958">
            <w:pPr>
              <w:spacing w:after="0"/>
              <w:rPr>
                <w:b/>
                <w:bCs/>
                <w:color w:val="EE0000"/>
                <w:sz w:val="14"/>
              </w:rPr>
            </w:pPr>
            <w:r w:rsidRPr="009D3693">
              <w:rPr>
                <w:b/>
                <w:bCs/>
                <w:color w:val="EE0000"/>
                <w:sz w:val="14"/>
              </w:rPr>
              <w:t>≥</w:t>
            </w:r>
            <w:r w:rsidR="008E0794" w:rsidRPr="009D3693">
              <w:rPr>
                <w:b/>
                <w:bCs/>
                <w:color w:val="EE0000"/>
                <w:sz w:val="14"/>
              </w:rPr>
              <w:t>50</w:t>
            </w:r>
            <w:r w:rsidRPr="009D3693">
              <w:rPr>
                <w:b/>
                <w:bCs/>
                <w:color w:val="EE0000"/>
                <w:sz w:val="14"/>
              </w:rPr>
              <w:t xml:space="preserve">kW </w:t>
            </w:r>
            <w:proofErr w:type="spellStart"/>
            <w:r w:rsidRPr="009D3693">
              <w:rPr>
                <w:b/>
                <w:bCs/>
                <w:color w:val="EE0000"/>
                <w:sz w:val="14"/>
              </w:rPr>
              <w:t>lub</w:t>
            </w:r>
            <w:proofErr w:type="spellEnd"/>
            <w:r w:rsidRPr="009D3693">
              <w:rPr>
                <w:b/>
                <w:bCs/>
                <w:color w:val="EE0000"/>
                <w:sz w:val="14"/>
              </w:rPr>
              <w:t xml:space="preserve"> </w:t>
            </w:r>
            <w:proofErr w:type="spellStart"/>
            <w:r w:rsidR="00D92951" w:rsidRPr="009D3693">
              <w:rPr>
                <w:b/>
                <w:bCs/>
                <w:color w:val="EE0000"/>
                <w:sz w:val="14"/>
              </w:rPr>
              <w:t>połączenie</w:t>
            </w:r>
            <w:proofErr w:type="spellEnd"/>
            <w:r w:rsidR="00D92951" w:rsidRPr="009D3693">
              <w:rPr>
                <w:b/>
                <w:bCs/>
                <w:color w:val="EE0000"/>
                <w:sz w:val="14"/>
              </w:rPr>
              <w:t xml:space="preserve"> </w:t>
            </w:r>
            <w:proofErr w:type="spellStart"/>
            <w:r w:rsidRPr="009D3693">
              <w:rPr>
                <w:b/>
                <w:bCs/>
                <w:color w:val="EE0000"/>
                <w:sz w:val="14"/>
              </w:rPr>
              <w:t>kas</w:t>
            </w:r>
            <w:r w:rsidR="008E0794" w:rsidRPr="009D3693">
              <w:rPr>
                <w:b/>
                <w:bCs/>
                <w:color w:val="EE0000"/>
                <w:sz w:val="14"/>
              </w:rPr>
              <w:t>kad</w:t>
            </w:r>
            <w:r w:rsidR="00D92951" w:rsidRPr="009D3693">
              <w:rPr>
                <w:b/>
                <w:bCs/>
                <w:color w:val="EE0000"/>
                <w:sz w:val="14"/>
              </w:rPr>
              <w:t>owe</w:t>
            </w:r>
            <w:proofErr w:type="spellEnd"/>
            <w:r w:rsidR="00DD61A7" w:rsidRPr="009D3693">
              <w:rPr>
                <w:b/>
                <w:bCs/>
                <w:color w:val="EE0000"/>
                <w:sz w:val="14"/>
              </w:rPr>
              <w:t>*</w:t>
            </w:r>
            <w:r w:rsidR="00D92951" w:rsidRPr="009D3693">
              <w:rPr>
                <w:b/>
                <w:bCs/>
                <w:color w:val="EE0000"/>
                <w:sz w:val="14"/>
              </w:rPr>
              <w:t xml:space="preserve"> </w:t>
            </w:r>
            <w:r w:rsidR="00DD61A7" w:rsidRPr="009D3693">
              <w:rPr>
                <w:b/>
                <w:bCs/>
                <w:color w:val="EE0000"/>
                <w:sz w:val="14"/>
              </w:rPr>
              <w:t>*</w:t>
            </w:r>
            <w:proofErr w:type="spellStart"/>
            <w:r w:rsidR="00D92951" w:rsidRPr="009D3693">
              <w:rPr>
                <w:b/>
                <w:bCs/>
                <w:color w:val="EE0000"/>
                <w:sz w:val="14"/>
              </w:rPr>
              <w:t>wskazać</w:t>
            </w:r>
            <w:proofErr w:type="spellEnd"/>
            <w:r w:rsidR="00D92951" w:rsidRPr="009D3693">
              <w:rPr>
                <w:b/>
                <w:bCs/>
                <w:color w:val="EE0000"/>
                <w:sz w:val="14"/>
              </w:rPr>
              <w:t xml:space="preserve"> </w:t>
            </w:r>
            <w:proofErr w:type="spellStart"/>
            <w:r w:rsidR="001D7B93" w:rsidRPr="009D3693">
              <w:rPr>
                <w:b/>
                <w:bCs/>
                <w:color w:val="EE0000"/>
                <w:sz w:val="14"/>
              </w:rPr>
              <w:t>ilość</w:t>
            </w:r>
            <w:proofErr w:type="spellEnd"/>
            <w:r w:rsidR="001D7B93" w:rsidRPr="009D3693">
              <w:rPr>
                <w:b/>
                <w:bCs/>
                <w:color w:val="EE0000"/>
                <w:sz w:val="14"/>
              </w:rPr>
              <w:t xml:space="preserve"> </w:t>
            </w:r>
            <w:proofErr w:type="spellStart"/>
            <w:r w:rsidR="001D7B93" w:rsidRPr="009D3693">
              <w:rPr>
                <w:b/>
                <w:bCs/>
                <w:color w:val="EE0000"/>
                <w:sz w:val="14"/>
              </w:rPr>
              <w:t>oraz</w:t>
            </w:r>
            <w:proofErr w:type="spellEnd"/>
            <w:r w:rsidR="001D7B93" w:rsidRPr="009D3693">
              <w:rPr>
                <w:b/>
                <w:bCs/>
                <w:color w:val="EE0000"/>
                <w:sz w:val="14"/>
              </w:rPr>
              <w:t xml:space="preserve"> </w:t>
            </w:r>
            <w:proofErr w:type="spellStart"/>
            <w:r w:rsidR="001D7B93" w:rsidRPr="009D3693">
              <w:rPr>
                <w:b/>
                <w:bCs/>
                <w:color w:val="EE0000"/>
                <w:sz w:val="14"/>
              </w:rPr>
              <w:t>moc</w:t>
            </w:r>
            <w:proofErr w:type="spellEnd"/>
            <w:r w:rsidR="001D7B93" w:rsidRPr="009D3693">
              <w:rPr>
                <w:b/>
                <w:bCs/>
                <w:color w:val="EE0000"/>
                <w:sz w:val="14"/>
              </w:rPr>
              <w:t xml:space="preserve"> </w:t>
            </w:r>
            <w:proofErr w:type="spellStart"/>
            <w:r w:rsidR="009D3693" w:rsidRPr="009D3693">
              <w:rPr>
                <w:b/>
                <w:bCs/>
                <w:color w:val="EE0000"/>
                <w:sz w:val="14"/>
              </w:rPr>
              <w:t>falowników</w:t>
            </w:r>
            <w:proofErr w:type="spellEnd"/>
            <w:r w:rsidR="009D3693" w:rsidRPr="009D3693">
              <w:rPr>
                <w:b/>
                <w:bCs/>
                <w:color w:val="EE0000"/>
                <w:sz w:val="14"/>
              </w:rPr>
              <w:t xml:space="preserve"> </w:t>
            </w:r>
            <w:proofErr w:type="spellStart"/>
            <w:r w:rsidR="001D7B93" w:rsidRPr="009D3693">
              <w:rPr>
                <w:b/>
                <w:bCs/>
                <w:color w:val="EE0000"/>
                <w:sz w:val="14"/>
              </w:rPr>
              <w:t>jaką</w:t>
            </w:r>
            <w:proofErr w:type="spellEnd"/>
            <w:r w:rsidR="001D7B93" w:rsidRPr="009D3693">
              <w:rPr>
                <w:b/>
                <w:bCs/>
                <w:color w:val="EE0000"/>
                <w:sz w:val="14"/>
              </w:rPr>
              <w:t xml:space="preserve"> </w:t>
            </w:r>
            <w:proofErr w:type="spellStart"/>
            <w:r w:rsidR="001D7B93" w:rsidRPr="009D3693">
              <w:rPr>
                <w:b/>
                <w:bCs/>
                <w:color w:val="EE0000"/>
                <w:sz w:val="14"/>
              </w:rPr>
              <w:t>Wykonawca</w:t>
            </w:r>
            <w:proofErr w:type="spellEnd"/>
            <w:r w:rsidR="001D7B93" w:rsidRPr="009D3693">
              <w:rPr>
                <w:b/>
                <w:bCs/>
                <w:color w:val="EE0000"/>
                <w:sz w:val="14"/>
              </w:rPr>
              <w:t xml:space="preserve"> </w:t>
            </w:r>
            <w:proofErr w:type="spellStart"/>
            <w:r w:rsidR="00DD61A7" w:rsidRPr="009D3693">
              <w:rPr>
                <w:b/>
                <w:bCs/>
                <w:color w:val="EE0000"/>
                <w:sz w:val="14"/>
              </w:rPr>
              <w:t>zaoferował</w:t>
            </w:r>
            <w:proofErr w:type="spellEnd"/>
            <w:r w:rsidR="00DD61A7" w:rsidRPr="009D3693">
              <w:rPr>
                <w:b/>
                <w:bCs/>
                <w:color w:val="EE0000"/>
                <w:sz w:val="14"/>
              </w:rPr>
              <w:t xml:space="preserve"> w </w:t>
            </w:r>
            <w:proofErr w:type="spellStart"/>
            <w:r w:rsidR="00DD61A7" w:rsidRPr="009D3693">
              <w:rPr>
                <w:b/>
                <w:bCs/>
                <w:color w:val="EE0000"/>
                <w:sz w:val="14"/>
              </w:rPr>
              <w:t>celu</w:t>
            </w:r>
            <w:proofErr w:type="spellEnd"/>
            <w:r w:rsidR="00DD61A7" w:rsidRPr="009D3693">
              <w:rPr>
                <w:b/>
                <w:bCs/>
                <w:color w:val="EE0000"/>
                <w:sz w:val="14"/>
              </w:rPr>
              <w:t xml:space="preserve"> </w:t>
            </w:r>
            <w:proofErr w:type="spellStart"/>
            <w:r w:rsidR="00DD61A7" w:rsidRPr="009D3693">
              <w:rPr>
                <w:b/>
                <w:bCs/>
                <w:color w:val="EE0000"/>
                <w:sz w:val="14"/>
              </w:rPr>
              <w:t>spełnienia</w:t>
            </w:r>
            <w:proofErr w:type="spellEnd"/>
            <w:r w:rsidR="00DD61A7" w:rsidRPr="009D3693">
              <w:rPr>
                <w:b/>
                <w:bCs/>
                <w:color w:val="EE0000"/>
                <w:sz w:val="14"/>
              </w:rPr>
              <w:t xml:space="preserve"> </w:t>
            </w:r>
            <w:proofErr w:type="spellStart"/>
            <w:r w:rsidR="00DD61A7" w:rsidRPr="009D3693">
              <w:rPr>
                <w:b/>
                <w:bCs/>
                <w:color w:val="EE0000"/>
                <w:sz w:val="14"/>
              </w:rPr>
              <w:t>warunku</w:t>
            </w:r>
            <w:proofErr w:type="spellEnd"/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66B866" w14:textId="77777777" w:rsidR="004616FB" w:rsidRDefault="004616FB">
            <w:pPr>
              <w:spacing w:after="0"/>
            </w:pP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BCDF9E" w14:textId="77777777" w:rsidR="004616FB" w:rsidRDefault="004616FB">
            <w:pPr>
              <w:spacing w:after="0"/>
            </w:pPr>
          </w:p>
        </w:tc>
      </w:tr>
    </w:tbl>
    <w:p w14:paraId="21F45479" w14:textId="77777777" w:rsidR="005141F8" w:rsidRDefault="005C18CD">
      <w:pPr>
        <w:pStyle w:val="Nagwek2"/>
      </w:pPr>
      <w:r>
        <w:lastRenderedPageBreak/>
        <w:t>C. BESS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948"/>
        <w:gridCol w:w="2835"/>
        <w:gridCol w:w="1701"/>
        <w:gridCol w:w="1984"/>
      </w:tblGrid>
      <w:tr w:rsidR="005141F8" w14:paraId="40D0D828" w14:textId="77777777">
        <w:trPr>
          <w:tblHeader/>
          <w:jc w:val="center"/>
        </w:trPr>
        <w:tc>
          <w:tcPr>
            <w:tcW w:w="2948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597468" w14:textId="77777777" w:rsidR="005141F8" w:rsidRDefault="005C18CD">
            <w:r>
              <w:rPr>
                <w:b/>
                <w:sz w:val="14"/>
              </w:rPr>
              <w:t>Parametr wymagany</w:t>
            </w:r>
          </w:p>
        </w:tc>
        <w:tc>
          <w:tcPr>
            <w:tcW w:w="2835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D39A70" w14:textId="77777777" w:rsidR="005141F8" w:rsidRDefault="005C18CD">
            <w:r>
              <w:rPr>
                <w:b/>
                <w:sz w:val="14"/>
              </w:rPr>
              <w:t>Minimum PFU/OPZ</w:t>
            </w:r>
          </w:p>
        </w:tc>
        <w:tc>
          <w:tcPr>
            <w:tcW w:w="1701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D8A0AB" w14:textId="77777777" w:rsidR="005141F8" w:rsidRDefault="005C18CD">
            <w:r>
              <w:rPr>
                <w:b/>
                <w:sz w:val="14"/>
              </w:rPr>
              <w:t>Wartość oferowana</w:t>
            </w:r>
          </w:p>
        </w:tc>
        <w:tc>
          <w:tcPr>
            <w:tcW w:w="1984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987BC4" w14:textId="77777777" w:rsidR="005141F8" w:rsidRDefault="005C18CD">
            <w:r>
              <w:rPr>
                <w:b/>
                <w:sz w:val="14"/>
              </w:rPr>
              <w:t>Dokument / strona</w:t>
            </w:r>
          </w:p>
        </w:tc>
      </w:tr>
      <w:tr w:rsidR="005141F8" w14:paraId="56F57306" w14:textId="77777777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015B16" w14:textId="77777777" w:rsidR="005141F8" w:rsidRDefault="005C18CD">
            <w:pPr>
              <w:spacing w:after="0"/>
            </w:pPr>
            <w:r>
              <w:rPr>
                <w:sz w:val="14"/>
              </w:rPr>
              <w:t>Energia użyteczna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102BB0" w14:textId="77777777" w:rsidR="005141F8" w:rsidRDefault="005C18CD">
            <w:pPr>
              <w:spacing w:after="0"/>
            </w:pPr>
            <w:r>
              <w:rPr>
                <w:sz w:val="14"/>
              </w:rPr>
              <w:t>≥100 kWh/lokalizacja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68F0D4" w14:textId="77777777" w:rsidR="005141F8" w:rsidRDefault="005141F8">
            <w:pPr>
              <w:spacing w:after="0"/>
            </w:pP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EBD274" w14:textId="77777777" w:rsidR="005141F8" w:rsidRDefault="005141F8">
            <w:pPr>
              <w:spacing w:after="0"/>
            </w:pPr>
          </w:p>
        </w:tc>
      </w:tr>
      <w:tr w:rsidR="005141F8" w14:paraId="6B97330B" w14:textId="77777777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4A8094" w14:textId="77777777" w:rsidR="005141F8" w:rsidRDefault="005C18CD">
            <w:pPr>
              <w:spacing w:after="0"/>
            </w:pPr>
            <w:r>
              <w:rPr>
                <w:sz w:val="14"/>
              </w:rPr>
              <w:t>Moc ciągła ładowania/rozładowania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33679C" w14:textId="493B24A5" w:rsidR="005141F8" w:rsidRPr="00B14E2D" w:rsidRDefault="005C18CD">
            <w:pPr>
              <w:spacing w:after="0"/>
              <w:rPr>
                <w:b/>
                <w:bCs/>
              </w:rPr>
            </w:pPr>
            <w:r w:rsidRPr="00B14E2D">
              <w:rPr>
                <w:b/>
                <w:bCs/>
                <w:color w:val="EE0000"/>
                <w:sz w:val="14"/>
              </w:rPr>
              <w:t>≥</w:t>
            </w:r>
            <w:r w:rsidR="00B14E2D" w:rsidRPr="00B14E2D">
              <w:rPr>
                <w:b/>
                <w:bCs/>
                <w:color w:val="EE0000"/>
                <w:sz w:val="14"/>
              </w:rPr>
              <w:t>30/30</w:t>
            </w:r>
            <w:r w:rsidRPr="00B14E2D">
              <w:rPr>
                <w:b/>
                <w:bCs/>
                <w:color w:val="EE0000"/>
                <w:sz w:val="14"/>
              </w:rPr>
              <w:t xml:space="preserve"> </w:t>
            </w:r>
            <w:r w:rsidR="00B14E2D" w:rsidRPr="00B14E2D">
              <w:rPr>
                <w:b/>
                <w:bCs/>
                <w:color w:val="EE0000"/>
                <w:sz w:val="14"/>
              </w:rPr>
              <w:t>A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1AAE34" w14:textId="77777777" w:rsidR="005141F8" w:rsidRDefault="005141F8">
            <w:pPr>
              <w:spacing w:after="0"/>
            </w:pP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99D543" w14:textId="77777777" w:rsidR="005141F8" w:rsidRDefault="005141F8">
            <w:pPr>
              <w:spacing w:after="0"/>
            </w:pPr>
          </w:p>
        </w:tc>
      </w:tr>
      <w:tr w:rsidR="0030056C" w14:paraId="6A164129" w14:textId="77777777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19E98A" w14:textId="6D0921C1" w:rsidR="0030056C" w:rsidRPr="00BE566B" w:rsidRDefault="00BE566B">
            <w:pPr>
              <w:spacing w:after="0"/>
              <w:rPr>
                <w:b/>
                <w:bCs/>
                <w:sz w:val="14"/>
              </w:rPr>
            </w:pPr>
            <w:proofErr w:type="spellStart"/>
            <w:r w:rsidRPr="00BE566B">
              <w:rPr>
                <w:b/>
                <w:bCs/>
                <w:color w:val="EE0000"/>
                <w:sz w:val="14"/>
              </w:rPr>
              <w:t>Budowa</w:t>
            </w:r>
            <w:proofErr w:type="spellEnd"/>
            <w:r w:rsidRPr="00BE566B">
              <w:rPr>
                <w:b/>
                <w:bCs/>
                <w:color w:val="EE0000"/>
                <w:sz w:val="14"/>
              </w:rPr>
              <w:t xml:space="preserve"> </w:t>
            </w:r>
            <w:proofErr w:type="spellStart"/>
            <w:r w:rsidRPr="00BE566B">
              <w:rPr>
                <w:b/>
                <w:bCs/>
                <w:color w:val="EE0000"/>
                <w:sz w:val="14"/>
              </w:rPr>
              <w:t>modułowa</w:t>
            </w:r>
            <w:proofErr w:type="spellEnd"/>
            <w:r w:rsidRPr="00BE566B">
              <w:rPr>
                <w:b/>
                <w:bCs/>
                <w:color w:val="EE0000"/>
                <w:sz w:val="14"/>
              </w:rPr>
              <w:t xml:space="preserve"> </w:t>
            </w:r>
            <w:proofErr w:type="spellStart"/>
            <w:r w:rsidRPr="00BE566B">
              <w:rPr>
                <w:b/>
                <w:bCs/>
                <w:color w:val="EE0000"/>
                <w:sz w:val="14"/>
              </w:rPr>
              <w:t>umożliwiająca</w:t>
            </w:r>
            <w:proofErr w:type="spellEnd"/>
            <w:r w:rsidRPr="00BE566B">
              <w:rPr>
                <w:b/>
                <w:bCs/>
                <w:color w:val="EE0000"/>
                <w:sz w:val="14"/>
              </w:rPr>
              <w:t xml:space="preserve"> </w:t>
            </w:r>
            <w:proofErr w:type="spellStart"/>
            <w:r w:rsidRPr="00BE566B">
              <w:rPr>
                <w:b/>
                <w:bCs/>
                <w:color w:val="EE0000"/>
                <w:sz w:val="14"/>
              </w:rPr>
              <w:t>rozbudowę</w:t>
            </w:r>
            <w:proofErr w:type="spellEnd"/>
            <w:r w:rsidRPr="00BE566B">
              <w:rPr>
                <w:b/>
                <w:bCs/>
                <w:color w:val="EE0000"/>
                <w:sz w:val="14"/>
              </w:rPr>
              <w:t xml:space="preserve"> </w:t>
            </w:r>
            <w:proofErr w:type="spellStart"/>
            <w:r w:rsidRPr="00BE566B">
              <w:rPr>
                <w:b/>
                <w:bCs/>
                <w:color w:val="EE0000"/>
                <w:sz w:val="14"/>
              </w:rPr>
              <w:t>magazynu</w:t>
            </w:r>
            <w:proofErr w:type="spellEnd"/>
            <w:r w:rsidRPr="00BE566B">
              <w:rPr>
                <w:b/>
                <w:bCs/>
                <w:color w:val="EE0000"/>
                <w:sz w:val="14"/>
              </w:rPr>
              <w:t xml:space="preserve"> </w:t>
            </w:r>
            <w:proofErr w:type="spellStart"/>
            <w:r w:rsidRPr="00BE566B">
              <w:rPr>
                <w:b/>
                <w:bCs/>
                <w:color w:val="EE0000"/>
                <w:sz w:val="14"/>
              </w:rPr>
              <w:t>energii</w:t>
            </w:r>
            <w:proofErr w:type="spellEnd"/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2134FE" w14:textId="2A98F614" w:rsidR="0030056C" w:rsidRPr="00BE566B" w:rsidRDefault="00BE566B">
            <w:pPr>
              <w:spacing w:after="0"/>
              <w:rPr>
                <w:b/>
                <w:bCs/>
                <w:sz w:val="14"/>
              </w:rPr>
            </w:pPr>
            <w:proofErr w:type="spellStart"/>
            <w:r w:rsidRPr="00BE566B">
              <w:rPr>
                <w:b/>
                <w:bCs/>
                <w:color w:val="EE0000"/>
                <w:sz w:val="14"/>
              </w:rPr>
              <w:t>tak</w:t>
            </w:r>
            <w:proofErr w:type="spellEnd"/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FAB04A" w14:textId="77777777" w:rsidR="0030056C" w:rsidRDefault="0030056C">
            <w:pPr>
              <w:spacing w:after="0"/>
            </w:pP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49F3AF" w14:textId="77777777" w:rsidR="0030056C" w:rsidRDefault="0030056C">
            <w:pPr>
              <w:spacing w:after="0"/>
            </w:pPr>
          </w:p>
        </w:tc>
      </w:tr>
      <w:tr w:rsidR="005141F8" w14:paraId="51CD893B" w14:textId="77777777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8E26AF" w14:textId="77777777" w:rsidR="005141F8" w:rsidRDefault="005C18CD">
            <w:pPr>
              <w:spacing w:after="0"/>
            </w:pPr>
            <w:r>
              <w:rPr>
                <w:sz w:val="14"/>
              </w:rPr>
              <w:t>Chemia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6EBA73" w14:textId="77777777" w:rsidR="005141F8" w:rsidRDefault="005C18CD">
            <w:pPr>
              <w:spacing w:after="0"/>
            </w:pPr>
            <w:r>
              <w:rPr>
                <w:sz w:val="14"/>
              </w:rPr>
              <w:t>LiFePO4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F3B46E" w14:textId="77777777" w:rsidR="005141F8" w:rsidRDefault="005141F8">
            <w:pPr>
              <w:spacing w:after="0"/>
            </w:pP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5DB3F5" w14:textId="77777777" w:rsidR="005141F8" w:rsidRDefault="005141F8" w:rsidP="002540F0">
            <w:pPr>
              <w:spacing w:after="0"/>
              <w:jc w:val="right"/>
            </w:pPr>
          </w:p>
        </w:tc>
      </w:tr>
      <w:tr w:rsidR="005141F8" w14:paraId="7B1F3137" w14:textId="77777777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16845C" w14:textId="77777777" w:rsidR="005141F8" w:rsidRDefault="005C18CD">
            <w:pPr>
              <w:spacing w:after="0"/>
            </w:pPr>
            <w:r>
              <w:rPr>
                <w:sz w:val="14"/>
              </w:rPr>
              <w:t>BMS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E094C9" w14:textId="77777777" w:rsidR="005141F8" w:rsidRDefault="005C18CD">
            <w:pPr>
              <w:spacing w:after="0"/>
            </w:pPr>
            <w:r>
              <w:rPr>
                <w:sz w:val="14"/>
              </w:rPr>
              <w:t>tak, SOC/SOH i zabezpieczenia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B8DB47" w14:textId="77777777" w:rsidR="005141F8" w:rsidRDefault="005141F8">
            <w:pPr>
              <w:spacing w:after="0"/>
            </w:pP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C12117" w14:textId="77777777" w:rsidR="005141F8" w:rsidRDefault="005141F8">
            <w:pPr>
              <w:spacing w:after="0"/>
            </w:pPr>
          </w:p>
        </w:tc>
      </w:tr>
      <w:tr w:rsidR="005141F8" w14:paraId="3A1AD888" w14:textId="77777777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AFFE38" w14:textId="77777777" w:rsidR="005141F8" w:rsidRDefault="005C18CD">
            <w:pPr>
              <w:spacing w:after="0"/>
            </w:pPr>
            <w:r>
              <w:rPr>
                <w:sz w:val="14"/>
              </w:rPr>
              <w:t>IP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B89245" w14:textId="77777777" w:rsidR="005141F8" w:rsidRDefault="005C18CD">
            <w:pPr>
              <w:spacing w:after="0"/>
            </w:pPr>
            <w:r>
              <w:rPr>
                <w:sz w:val="14"/>
              </w:rPr>
              <w:t xml:space="preserve">≥IP65 zewn.; </w:t>
            </w:r>
            <w:r w:rsidRPr="0046062D">
              <w:rPr>
                <w:b/>
                <w:bCs/>
                <w:strike/>
                <w:color w:val="EE0000"/>
                <w:sz w:val="14"/>
              </w:rPr>
              <w:t>≥IP54 wewn.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D03882" w14:textId="77777777" w:rsidR="005141F8" w:rsidRDefault="005141F8">
            <w:pPr>
              <w:spacing w:after="0"/>
            </w:pP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14AC18" w14:textId="77777777" w:rsidR="005141F8" w:rsidRDefault="005141F8">
            <w:pPr>
              <w:spacing w:after="0"/>
            </w:pPr>
          </w:p>
        </w:tc>
      </w:tr>
      <w:tr w:rsidR="005141F8" w14:paraId="3E42BCA4" w14:textId="77777777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F19BA5" w14:textId="77777777" w:rsidR="005141F8" w:rsidRDefault="005C18CD">
            <w:pPr>
              <w:spacing w:after="0"/>
            </w:pPr>
            <w:r>
              <w:rPr>
                <w:sz w:val="14"/>
              </w:rPr>
              <w:t>UN38.3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ECD24B" w14:textId="77777777" w:rsidR="005141F8" w:rsidRDefault="005C18CD">
            <w:pPr>
              <w:spacing w:after="0"/>
            </w:pPr>
            <w:r>
              <w:rPr>
                <w:sz w:val="14"/>
              </w:rPr>
              <w:t>tak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4C80C9" w14:textId="77777777" w:rsidR="005141F8" w:rsidRDefault="005141F8">
            <w:pPr>
              <w:spacing w:after="0"/>
            </w:pP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F5441C" w14:textId="77777777" w:rsidR="005141F8" w:rsidRDefault="005141F8">
            <w:pPr>
              <w:spacing w:after="0"/>
            </w:pPr>
          </w:p>
        </w:tc>
      </w:tr>
      <w:tr w:rsidR="005141F8" w14:paraId="113D08DE" w14:textId="77777777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4BAA95" w14:textId="301B17A0" w:rsidR="005141F8" w:rsidRPr="00A0320C" w:rsidRDefault="005C18CD">
            <w:pPr>
              <w:spacing w:after="0"/>
              <w:rPr>
                <w:b/>
                <w:bCs/>
                <w:color w:val="EE0000"/>
              </w:rPr>
            </w:pPr>
            <w:r>
              <w:rPr>
                <w:sz w:val="14"/>
              </w:rPr>
              <w:t>EN/IEC62619</w:t>
            </w:r>
            <w:r w:rsidR="00A0320C">
              <w:rPr>
                <w:sz w:val="14"/>
              </w:rPr>
              <w:t xml:space="preserve">, </w:t>
            </w:r>
            <w:r w:rsidR="00842E76" w:rsidRPr="00842E76">
              <w:rPr>
                <w:b/>
                <w:bCs/>
                <w:color w:val="EE0000"/>
                <w:sz w:val="14"/>
              </w:rPr>
              <w:t xml:space="preserve">PN/IEC </w:t>
            </w:r>
            <w:r w:rsidR="00A0320C" w:rsidRPr="00842E76">
              <w:rPr>
                <w:b/>
                <w:bCs/>
                <w:color w:val="EE0000"/>
                <w:sz w:val="14"/>
              </w:rPr>
              <w:t>62619</w:t>
            </w:r>
            <w:r w:rsidR="00A0320C">
              <w:rPr>
                <w:b/>
                <w:bCs/>
                <w:color w:val="EE0000"/>
                <w:sz w:val="14"/>
              </w:rPr>
              <w:t>, EN 61000-6-1</w:t>
            </w:r>
            <w:r w:rsidR="00842E76">
              <w:rPr>
                <w:b/>
                <w:bCs/>
                <w:color w:val="EE0000"/>
                <w:sz w:val="14"/>
              </w:rPr>
              <w:t xml:space="preserve">, 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DBE926" w14:textId="77777777" w:rsidR="005141F8" w:rsidRDefault="005C18CD">
            <w:pPr>
              <w:spacing w:after="0"/>
            </w:pPr>
            <w:r>
              <w:rPr>
                <w:sz w:val="14"/>
              </w:rPr>
              <w:t>tak/równoważna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8C3A8A" w14:textId="77777777" w:rsidR="005141F8" w:rsidRDefault="005141F8">
            <w:pPr>
              <w:spacing w:after="0"/>
            </w:pP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AE6A9D" w14:textId="77777777" w:rsidR="005141F8" w:rsidRDefault="005141F8">
            <w:pPr>
              <w:spacing w:after="0"/>
            </w:pPr>
          </w:p>
        </w:tc>
      </w:tr>
      <w:tr w:rsidR="005141F8" w14:paraId="69EB8276" w14:textId="77777777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89DBA0" w14:textId="77777777" w:rsidR="005141F8" w:rsidRDefault="005C18CD">
            <w:pPr>
              <w:spacing w:after="0"/>
            </w:pPr>
            <w:r>
              <w:rPr>
                <w:sz w:val="14"/>
              </w:rPr>
              <w:t>EN62477-1 / EMC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BB850E" w14:textId="77777777" w:rsidR="005141F8" w:rsidRDefault="005C18CD">
            <w:pPr>
              <w:spacing w:after="0"/>
            </w:pPr>
            <w:r>
              <w:rPr>
                <w:sz w:val="14"/>
              </w:rPr>
              <w:t>tak/równoważne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EC54B6" w14:textId="77777777" w:rsidR="005141F8" w:rsidRDefault="005141F8">
            <w:pPr>
              <w:spacing w:after="0"/>
            </w:pP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7A8FCD" w14:textId="77777777" w:rsidR="005141F8" w:rsidRDefault="005141F8">
            <w:pPr>
              <w:spacing w:after="0"/>
            </w:pPr>
          </w:p>
        </w:tc>
      </w:tr>
      <w:tr w:rsidR="00522F20" w14:paraId="34204AC3" w14:textId="77777777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524567" w14:textId="28D53106" w:rsidR="00522F20" w:rsidRPr="00522F20" w:rsidRDefault="00522F20">
            <w:pPr>
              <w:spacing w:after="0"/>
              <w:rPr>
                <w:b/>
                <w:bCs/>
                <w:color w:val="EE0000"/>
                <w:sz w:val="14"/>
              </w:rPr>
            </w:pPr>
            <w:proofErr w:type="spellStart"/>
            <w:r>
              <w:rPr>
                <w:b/>
                <w:bCs/>
                <w:color w:val="EE0000"/>
                <w:sz w:val="14"/>
              </w:rPr>
              <w:t>Ilość</w:t>
            </w:r>
            <w:proofErr w:type="spellEnd"/>
            <w:r>
              <w:rPr>
                <w:b/>
                <w:bCs/>
                <w:color w:val="EE0000"/>
                <w:sz w:val="14"/>
              </w:rPr>
              <w:t xml:space="preserve"> </w:t>
            </w:r>
            <w:proofErr w:type="spellStart"/>
            <w:r>
              <w:rPr>
                <w:b/>
                <w:bCs/>
                <w:color w:val="EE0000"/>
                <w:sz w:val="14"/>
              </w:rPr>
              <w:t>modułów</w:t>
            </w:r>
            <w:proofErr w:type="spellEnd"/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3D4116" w14:textId="3458C58B" w:rsidR="00522F20" w:rsidRDefault="00522F20">
            <w:pPr>
              <w:spacing w:after="0"/>
              <w:rPr>
                <w:sz w:val="14"/>
              </w:rPr>
            </w:pPr>
            <w:r>
              <w:rPr>
                <w:sz w:val="14"/>
              </w:rPr>
              <w:t>≥</w:t>
            </w:r>
            <w:r>
              <w:rPr>
                <w:sz w:val="14"/>
              </w:rPr>
              <w:t>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F6931A" w14:textId="77777777" w:rsidR="00522F20" w:rsidRDefault="00522F20">
            <w:pPr>
              <w:spacing w:after="0"/>
            </w:pP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76296F" w14:textId="77777777" w:rsidR="00522F20" w:rsidRDefault="00522F20">
            <w:pPr>
              <w:spacing w:after="0"/>
            </w:pPr>
          </w:p>
        </w:tc>
      </w:tr>
      <w:tr w:rsidR="00522F20" w14:paraId="586D6D27" w14:textId="77777777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C448A8" w14:textId="1C9EF471" w:rsidR="00522F20" w:rsidRDefault="00B14E2D">
            <w:pPr>
              <w:spacing w:after="0"/>
              <w:rPr>
                <w:b/>
                <w:bCs/>
                <w:color w:val="EE0000"/>
                <w:sz w:val="14"/>
              </w:rPr>
            </w:pPr>
            <w:r>
              <w:rPr>
                <w:b/>
                <w:bCs/>
                <w:color w:val="EE0000"/>
                <w:sz w:val="14"/>
              </w:rPr>
              <w:t xml:space="preserve">Energia </w:t>
            </w:r>
            <w:proofErr w:type="spellStart"/>
            <w:r>
              <w:rPr>
                <w:b/>
                <w:bCs/>
                <w:color w:val="EE0000"/>
                <w:sz w:val="14"/>
              </w:rPr>
              <w:t>nominalna</w:t>
            </w:r>
            <w:proofErr w:type="spellEnd"/>
            <w:r>
              <w:rPr>
                <w:b/>
                <w:bCs/>
                <w:color w:val="EE0000"/>
                <w:sz w:val="14"/>
              </w:rPr>
              <w:t xml:space="preserve"> w temp. </w:t>
            </w:r>
            <w:proofErr w:type="spellStart"/>
            <w:r>
              <w:rPr>
                <w:b/>
                <w:bCs/>
                <w:color w:val="EE0000"/>
                <w:sz w:val="14"/>
              </w:rPr>
              <w:t>otoczenia</w:t>
            </w:r>
            <w:proofErr w:type="spellEnd"/>
            <w:r>
              <w:rPr>
                <w:b/>
                <w:bCs/>
                <w:color w:val="EE0000"/>
                <w:sz w:val="14"/>
              </w:rPr>
              <w:t xml:space="preserve"> +25st. C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243CA9" w14:textId="01D9722F" w:rsidR="00522F20" w:rsidRPr="00B14E2D" w:rsidRDefault="00B14E2D">
            <w:pPr>
              <w:spacing w:after="0"/>
              <w:rPr>
                <w:b/>
                <w:bCs/>
                <w:sz w:val="14"/>
              </w:rPr>
            </w:pPr>
            <w:r w:rsidRPr="00B14E2D">
              <w:rPr>
                <w:b/>
                <w:bCs/>
                <w:color w:val="EE0000"/>
                <w:sz w:val="14"/>
              </w:rPr>
              <w:t>≥</w:t>
            </w:r>
            <w:r w:rsidRPr="00B14E2D">
              <w:rPr>
                <w:b/>
                <w:bCs/>
                <w:color w:val="EE0000"/>
                <w:sz w:val="14"/>
              </w:rPr>
              <w:t>50 kWh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37DAF7" w14:textId="77777777" w:rsidR="00522F20" w:rsidRDefault="00522F20">
            <w:pPr>
              <w:spacing w:after="0"/>
            </w:pP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D7F8B7" w14:textId="77777777" w:rsidR="00522F20" w:rsidRDefault="00522F20">
            <w:pPr>
              <w:spacing w:after="0"/>
            </w:pPr>
          </w:p>
        </w:tc>
      </w:tr>
      <w:tr w:rsidR="00B14E2D" w14:paraId="2279E64C" w14:textId="77777777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955918" w14:textId="219AEE33" w:rsidR="00B14E2D" w:rsidRDefault="00B14E2D">
            <w:pPr>
              <w:spacing w:after="0"/>
              <w:rPr>
                <w:b/>
                <w:bCs/>
                <w:color w:val="EE0000"/>
                <w:sz w:val="14"/>
              </w:rPr>
            </w:pPr>
            <w:r>
              <w:rPr>
                <w:b/>
                <w:bCs/>
                <w:color w:val="EE0000"/>
                <w:sz w:val="14"/>
              </w:rPr>
              <w:t xml:space="preserve">Moc </w:t>
            </w:r>
            <w:proofErr w:type="spellStart"/>
            <w:r>
              <w:rPr>
                <w:b/>
                <w:bCs/>
                <w:color w:val="EE0000"/>
                <w:sz w:val="14"/>
              </w:rPr>
              <w:t>magazynu</w:t>
            </w:r>
            <w:proofErr w:type="spellEnd"/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87B4AE" w14:textId="3B3FC943" w:rsidR="00B14E2D" w:rsidRPr="00B14E2D" w:rsidRDefault="00B14E2D">
            <w:pPr>
              <w:spacing w:after="0"/>
              <w:rPr>
                <w:b/>
                <w:bCs/>
                <w:color w:val="EE0000"/>
                <w:sz w:val="14"/>
              </w:rPr>
            </w:pPr>
            <w:r w:rsidRPr="00B14E2D">
              <w:rPr>
                <w:b/>
                <w:bCs/>
                <w:color w:val="EE0000"/>
                <w:sz w:val="14"/>
              </w:rPr>
              <w:t>≥</w:t>
            </w:r>
            <w:r w:rsidRPr="00B14E2D">
              <w:rPr>
                <w:b/>
                <w:bCs/>
                <w:color w:val="EE0000"/>
                <w:sz w:val="14"/>
              </w:rPr>
              <w:t>25 kW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2B2B37" w14:textId="77777777" w:rsidR="00B14E2D" w:rsidRDefault="00B14E2D">
            <w:pPr>
              <w:spacing w:after="0"/>
            </w:pP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2592B5" w14:textId="77777777" w:rsidR="00B14E2D" w:rsidRDefault="00B14E2D">
            <w:pPr>
              <w:spacing w:after="0"/>
            </w:pPr>
          </w:p>
        </w:tc>
      </w:tr>
      <w:tr w:rsidR="007F2D13" w14:paraId="20ED93A4" w14:textId="77777777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10536D" w14:textId="4A70F24E" w:rsidR="007F2D13" w:rsidRDefault="007F2D13">
            <w:pPr>
              <w:spacing w:after="0"/>
              <w:rPr>
                <w:b/>
                <w:bCs/>
                <w:color w:val="EE0000"/>
                <w:sz w:val="14"/>
              </w:rPr>
            </w:pPr>
            <w:proofErr w:type="spellStart"/>
            <w:r>
              <w:rPr>
                <w:b/>
                <w:bCs/>
                <w:color w:val="EE0000"/>
                <w:sz w:val="14"/>
              </w:rPr>
              <w:t>Zakres</w:t>
            </w:r>
            <w:proofErr w:type="spellEnd"/>
            <w:r>
              <w:rPr>
                <w:b/>
                <w:bCs/>
                <w:color w:val="EE0000"/>
                <w:sz w:val="14"/>
              </w:rPr>
              <w:t xml:space="preserve"> </w:t>
            </w:r>
            <w:proofErr w:type="spellStart"/>
            <w:r>
              <w:rPr>
                <w:b/>
                <w:bCs/>
                <w:color w:val="EE0000"/>
                <w:sz w:val="14"/>
              </w:rPr>
              <w:t>napięć</w:t>
            </w:r>
            <w:proofErr w:type="spellEnd"/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5D2FFF" w14:textId="4F72873B" w:rsidR="007F2D13" w:rsidRPr="00B14E2D" w:rsidRDefault="009D3693">
            <w:pPr>
              <w:spacing w:after="0"/>
              <w:rPr>
                <w:b/>
                <w:bCs/>
                <w:color w:val="EE0000"/>
                <w:sz w:val="14"/>
              </w:rPr>
            </w:pPr>
            <w:r>
              <w:rPr>
                <w:b/>
                <w:bCs/>
                <w:color w:val="EE0000"/>
                <w:sz w:val="14"/>
              </w:rPr>
              <w:t xml:space="preserve">Min. </w:t>
            </w:r>
            <w:r w:rsidR="005B68F2" w:rsidRPr="005B68F2">
              <w:rPr>
                <w:b/>
                <w:bCs/>
                <w:color w:val="EE0000"/>
                <w:sz w:val="14"/>
              </w:rPr>
              <w:t>440 – 570V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073AB4" w14:textId="77777777" w:rsidR="007F2D13" w:rsidRDefault="007F2D13">
            <w:pPr>
              <w:spacing w:after="0"/>
            </w:pP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63E8F9" w14:textId="77777777" w:rsidR="007F2D13" w:rsidRDefault="007F2D13">
            <w:pPr>
              <w:spacing w:after="0"/>
            </w:pPr>
          </w:p>
        </w:tc>
      </w:tr>
      <w:tr w:rsidR="00B14E2D" w14:paraId="71C30FE0" w14:textId="77777777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6C3B38" w14:textId="3D09632A" w:rsidR="00B14E2D" w:rsidRDefault="00B14E2D">
            <w:pPr>
              <w:spacing w:after="0"/>
              <w:rPr>
                <w:b/>
                <w:bCs/>
                <w:color w:val="EE0000"/>
                <w:sz w:val="14"/>
              </w:rPr>
            </w:pPr>
            <w:proofErr w:type="spellStart"/>
            <w:r>
              <w:rPr>
                <w:b/>
                <w:bCs/>
                <w:color w:val="EE0000"/>
                <w:sz w:val="14"/>
              </w:rPr>
              <w:t>Chłodzenie</w:t>
            </w:r>
            <w:proofErr w:type="spellEnd"/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28B6EC" w14:textId="016DDDD4" w:rsidR="00B14E2D" w:rsidRPr="00B14E2D" w:rsidRDefault="00B14E2D">
            <w:pPr>
              <w:spacing w:after="0"/>
              <w:rPr>
                <w:b/>
                <w:bCs/>
                <w:color w:val="EE0000"/>
                <w:sz w:val="14"/>
              </w:rPr>
            </w:pPr>
            <w:proofErr w:type="spellStart"/>
            <w:r>
              <w:rPr>
                <w:b/>
                <w:bCs/>
                <w:color w:val="EE0000"/>
                <w:sz w:val="14"/>
              </w:rPr>
              <w:t>Naturalne</w:t>
            </w:r>
            <w:proofErr w:type="spellEnd"/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FE64EF" w14:textId="77777777" w:rsidR="00B14E2D" w:rsidRDefault="00B14E2D">
            <w:pPr>
              <w:spacing w:after="0"/>
            </w:pP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72FF90" w14:textId="77777777" w:rsidR="00B14E2D" w:rsidRDefault="00B14E2D">
            <w:pPr>
              <w:spacing w:after="0"/>
            </w:pPr>
          </w:p>
        </w:tc>
      </w:tr>
      <w:tr w:rsidR="007F2D13" w14:paraId="537CE869" w14:textId="77777777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9C612A" w14:textId="4802CFA2" w:rsidR="007F2D13" w:rsidRDefault="007F2D13">
            <w:pPr>
              <w:spacing w:after="0"/>
              <w:rPr>
                <w:b/>
                <w:bCs/>
                <w:color w:val="EE0000"/>
                <w:sz w:val="14"/>
              </w:rPr>
            </w:pPr>
            <w:proofErr w:type="spellStart"/>
            <w:r>
              <w:rPr>
                <w:b/>
                <w:bCs/>
                <w:color w:val="EE0000"/>
                <w:sz w:val="14"/>
              </w:rPr>
              <w:t>Kominikacja</w:t>
            </w:r>
            <w:proofErr w:type="spellEnd"/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486000" w14:textId="4F362296" w:rsidR="007F2D13" w:rsidRDefault="007F2D13">
            <w:pPr>
              <w:spacing w:after="0"/>
              <w:rPr>
                <w:b/>
                <w:bCs/>
                <w:color w:val="EE0000"/>
                <w:sz w:val="14"/>
              </w:rPr>
            </w:pPr>
            <w:r>
              <w:rPr>
                <w:b/>
                <w:bCs/>
                <w:color w:val="EE0000"/>
                <w:sz w:val="14"/>
              </w:rPr>
              <w:t>CAN, RS485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97AE61" w14:textId="77777777" w:rsidR="007F2D13" w:rsidRDefault="007F2D13">
            <w:pPr>
              <w:spacing w:after="0"/>
            </w:pP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097291" w14:textId="77777777" w:rsidR="007F2D13" w:rsidRDefault="007F2D13">
            <w:pPr>
              <w:spacing w:after="0"/>
            </w:pPr>
          </w:p>
        </w:tc>
      </w:tr>
      <w:tr w:rsidR="005141F8" w14:paraId="0F7F31A0" w14:textId="77777777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F8E4A7" w14:textId="77777777" w:rsidR="005141F8" w:rsidRDefault="005C18CD">
            <w:pPr>
              <w:spacing w:after="0"/>
            </w:pPr>
            <w:proofErr w:type="spellStart"/>
            <w:r>
              <w:rPr>
                <w:sz w:val="14"/>
              </w:rPr>
              <w:t>Cykle</w:t>
            </w:r>
            <w:proofErr w:type="spellEnd"/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6890D8" w14:textId="77777777" w:rsidR="005141F8" w:rsidRDefault="005C18CD">
            <w:pPr>
              <w:spacing w:after="0"/>
            </w:pPr>
            <w:r>
              <w:rPr>
                <w:sz w:val="14"/>
              </w:rPr>
              <w:t>≥6000 do ≥60% EOL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896E76" w14:textId="77777777" w:rsidR="005141F8" w:rsidRDefault="005141F8">
            <w:pPr>
              <w:spacing w:after="0"/>
            </w:pP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5F5CFD" w14:textId="77777777" w:rsidR="005141F8" w:rsidRDefault="005141F8">
            <w:pPr>
              <w:spacing w:after="0"/>
            </w:pPr>
          </w:p>
        </w:tc>
      </w:tr>
      <w:tr w:rsidR="005141F8" w14:paraId="63A8B26A" w14:textId="77777777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9F8731" w14:textId="77777777" w:rsidR="005141F8" w:rsidRDefault="005C18CD">
            <w:pPr>
              <w:spacing w:after="0"/>
            </w:pPr>
            <w:r>
              <w:rPr>
                <w:sz w:val="14"/>
              </w:rPr>
              <w:t>Gwarancja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1221E5" w14:textId="77777777" w:rsidR="005141F8" w:rsidRDefault="005C18CD">
            <w:pPr>
              <w:spacing w:after="0"/>
            </w:pPr>
            <w:r>
              <w:rPr>
                <w:sz w:val="14"/>
              </w:rPr>
              <w:t>≥10 lat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AAFF6C" w14:textId="77777777" w:rsidR="005141F8" w:rsidRDefault="005141F8">
            <w:pPr>
              <w:spacing w:after="0"/>
            </w:pP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1592AC" w14:textId="77777777" w:rsidR="005141F8" w:rsidRDefault="005141F8">
            <w:pPr>
              <w:spacing w:after="0"/>
            </w:pPr>
          </w:p>
        </w:tc>
      </w:tr>
      <w:tr w:rsidR="005141F8" w14:paraId="66C5A91B" w14:textId="77777777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D175EE" w14:textId="77777777" w:rsidR="005141F8" w:rsidRDefault="005C18CD">
            <w:pPr>
              <w:spacing w:after="0"/>
            </w:pPr>
            <w:r>
              <w:rPr>
                <w:sz w:val="14"/>
              </w:rPr>
              <w:t>Black start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A61B1A" w14:textId="77777777" w:rsidR="005141F8" w:rsidRDefault="005C18CD">
            <w:pPr>
              <w:spacing w:after="0"/>
            </w:pPr>
            <w:r>
              <w:rPr>
                <w:sz w:val="14"/>
              </w:rPr>
              <w:t>tak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6AA703" w14:textId="77777777" w:rsidR="005141F8" w:rsidRDefault="005141F8">
            <w:pPr>
              <w:spacing w:after="0"/>
            </w:pP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95ED83" w14:textId="77777777" w:rsidR="005141F8" w:rsidRDefault="005141F8">
            <w:pPr>
              <w:spacing w:after="0"/>
            </w:pPr>
          </w:p>
        </w:tc>
      </w:tr>
      <w:tr w:rsidR="005141F8" w14:paraId="7A4B4904" w14:textId="77777777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F56DF0" w14:textId="77777777" w:rsidR="005141F8" w:rsidRDefault="005C18CD">
            <w:pPr>
              <w:spacing w:after="0"/>
            </w:pPr>
            <w:r>
              <w:rPr>
                <w:sz w:val="14"/>
              </w:rPr>
              <w:t>Monitoring online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877711" w14:textId="77777777" w:rsidR="005141F8" w:rsidRDefault="005C18CD">
            <w:pPr>
              <w:spacing w:after="0"/>
            </w:pPr>
            <w:r>
              <w:rPr>
                <w:sz w:val="14"/>
              </w:rPr>
              <w:t>tak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EF89B6" w14:textId="77777777" w:rsidR="005141F8" w:rsidRDefault="005141F8">
            <w:pPr>
              <w:spacing w:after="0"/>
            </w:pP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82F058" w14:textId="77777777" w:rsidR="005141F8" w:rsidRDefault="005141F8">
            <w:pPr>
              <w:spacing w:after="0"/>
            </w:pPr>
          </w:p>
        </w:tc>
      </w:tr>
    </w:tbl>
    <w:p w14:paraId="353D119E" w14:textId="77777777" w:rsidR="005141F8" w:rsidRDefault="005C18CD">
      <w:pPr>
        <w:pStyle w:val="Nagwek2"/>
      </w:pPr>
      <w:r>
        <w:t>D. Pompa ciepła - każda jednostka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948"/>
        <w:gridCol w:w="2835"/>
        <w:gridCol w:w="1701"/>
        <w:gridCol w:w="1984"/>
      </w:tblGrid>
      <w:tr w:rsidR="005141F8" w14:paraId="5C368C8E" w14:textId="77777777">
        <w:trPr>
          <w:tblHeader/>
          <w:jc w:val="center"/>
        </w:trPr>
        <w:tc>
          <w:tcPr>
            <w:tcW w:w="2948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D9BB49" w14:textId="77777777" w:rsidR="005141F8" w:rsidRDefault="005C18CD">
            <w:r>
              <w:rPr>
                <w:b/>
                <w:sz w:val="14"/>
              </w:rPr>
              <w:t>Parametr wymagany</w:t>
            </w:r>
          </w:p>
        </w:tc>
        <w:tc>
          <w:tcPr>
            <w:tcW w:w="2835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F28DAC" w14:textId="77777777" w:rsidR="005141F8" w:rsidRDefault="005C18CD">
            <w:r>
              <w:rPr>
                <w:b/>
                <w:sz w:val="14"/>
              </w:rPr>
              <w:t>Minimum PFU/OPZ</w:t>
            </w:r>
          </w:p>
        </w:tc>
        <w:tc>
          <w:tcPr>
            <w:tcW w:w="1701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31FB7D" w14:textId="77777777" w:rsidR="005141F8" w:rsidRDefault="005C18CD">
            <w:r>
              <w:rPr>
                <w:b/>
                <w:sz w:val="14"/>
              </w:rPr>
              <w:t>Wartość oferowana</w:t>
            </w:r>
          </w:p>
        </w:tc>
        <w:tc>
          <w:tcPr>
            <w:tcW w:w="1984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89F2DB" w14:textId="77777777" w:rsidR="005141F8" w:rsidRDefault="005C18CD">
            <w:r>
              <w:rPr>
                <w:b/>
                <w:sz w:val="14"/>
              </w:rPr>
              <w:t>Dokument / strona</w:t>
            </w:r>
          </w:p>
        </w:tc>
      </w:tr>
      <w:tr w:rsidR="005141F8" w14:paraId="63CC5579" w14:textId="77777777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BB0AFD" w14:textId="77777777" w:rsidR="005141F8" w:rsidRDefault="005C18CD">
            <w:pPr>
              <w:spacing w:after="0"/>
            </w:pPr>
            <w:r>
              <w:rPr>
                <w:sz w:val="14"/>
              </w:rPr>
              <w:t>Typ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A158DD" w14:textId="77777777" w:rsidR="005141F8" w:rsidRDefault="005C18CD">
            <w:pPr>
              <w:spacing w:after="0"/>
            </w:pPr>
            <w:r>
              <w:rPr>
                <w:sz w:val="14"/>
              </w:rPr>
              <w:t>powietrze-woda monoblok, inwerter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DADEAB" w14:textId="77777777" w:rsidR="005141F8" w:rsidRDefault="005141F8">
            <w:pPr>
              <w:spacing w:after="0"/>
            </w:pP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9D0B6E" w14:textId="77777777" w:rsidR="005141F8" w:rsidRDefault="005141F8">
            <w:pPr>
              <w:spacing w:after="0"/>
            </w:pPr>
          </w:p>
        </w:tc>
      </w:tr>
      <w:tr w:rsidR="005141F8" w14:paraId="0BBB5CF4" w14:textId="77777777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F7ECFB" w14:textId="77777777" w:rsidR="005141F8" w:rsidRDefault="005C18CD">
            <w:pPr>
              <w:spacing w:after="0"/>
            </w:pPr>
            <w:r>
              <w:rPr>
                <w:sz w:val="14"/>
              </w:rPr>
              <w:t>Czynnik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4B33D9" w14:textId="77777777" w:rsidR="005141F8" w:rsidRDefault="005C18CD">
            <w:pPr>
              <w:spacing w:after="0"/>
            </w:pPr>
            <w:r>
              <w:rPr>
                <w:sz w:val="14"/>
              </w:rPr>
              <w:t>R290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10DD6F" w14:textId="77777777" w:rsidR="005141F8" w:rsidRDefault="005141F8">
            <w:pPr>
              <w:spacing w:after="0"/>
            </w:pP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0B9762" w14:textId="77777777" w:rsidR="005141F8" w:rsidRDefault="005141F8">
            <w:pPr>
              <w:spacing w:after="0"/>
            </w:pPr>
          </w:p>
        </w:tc>
      </w:tr>
      <w:tr w:rsidR="005141F8" w14:paraId="0576CAFA" w14:textId="77777777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E9A1A8" w14:textId="77777777" w:rsidR="005141F8" w:rsidRDefault="005C18CD">
            <w:pPr>
              <w:spacing w:after="0"/>
            </w:pPr>
            <w:r>
              <w:rPr>
                <w:sz w:val="14"/>
              </w:rPr>
              <w:t>Moc A7/W35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EB7987" w14:textId="77777777" w:rsidR="005141F8" w:rsidRDefault="005C18CD">
            <w:pPr>
              <w:spacing w:after="0"/>
            </w:pPr>
            <w:r>
              <w:rPr>
                <w:sz w:val="14"/>
              </w:rPr>
              <w:t>≥16 kW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A22588" w14:textId="77777777" w:rsidR="005141F8" w:rsidRDefault="005141F8">
            <w:pPr>
              <w:spacing w:after="0"/>
            </w:pP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86A50D" w14:textId="77777777" w:rsidR="005141F8" w:rsidRDefault="005141F8">
            <w:pPr>
              <w:spacing w:after="0"/>
            </w:pPr>
          </w:p>
        </w:tc>
      </w:tr>
      <w:tr w:rsidR="005141F8" w14:paraId="26DFFB93" w14:textId="77777777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5597D6" w14:textId="77777777" w:rsidR="005141F8" w:rsidRDefault="005C18CD">
            <w:pPr>
              <w:spacing w:after="0"/>
            </w:pPr>
            <w:r>
              <w:rPr>
                <w:sz w:val="14"/>
              </w:rPr>
              <w:t>Moc A-7/W55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AEBD5E" w14:textId="77777777" w:rsidR="005141F8" w:rsidRDefault="005C18CD">
            <w:pPr>
              <w:spacing w:after="0"/>
            </w:pPr>
            <w:r>
              <w:rPr>
                <w:sz w:val="14"/>
              </w:rPr>
              <w:t>≥75% mocy A7/W35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A383B6" w14:textId="77777777" w:rsidR="005141F8" w:rsidRDefault="005141F8">
            <w:pPr>
              <w:spacing w:after="0"/>
            </w:pP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00984F" w14:textId="77777777" w:rsidR="005141F8" w:rsidRDefault="005141F8">
            <w:pPr>
              <w:spacing w:after="0"/>
            </w:pPr>
          </w:p>
        </w:tc>
      </w:tr>
      <w:tr w:rsidR="005141F8" w14:paraId="169D30FA" w14:textId="77777777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C2F291" w14:textId="77777777" w:rsidR="005141F8" w:rsidRDefault="005C18CD">
            <w:pPr>
              <w:spacing w:after="0"/>
            </w:pPr>
            <w:r>
              <w:rPr>
                <w:sz w:val="14"/>
              </w:rPr>
              <w:t>COP A7/W35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E09F69" w14:textId="77777777" w:rsidR="005141F8" w:rsidRDefault="005C18CD">
            <w:pPr>
              <w:spacing w:after="0"/>
            </w:pPr>
            <w:r>
              <w:rPr>
                <w:sz w:val="14"/>
              </w:rPr>
              <w:t>≥4,2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504700" w14:textId="77777777" w:rsidR="005141F8" w:rsidRDefault="005141F8">
            <w:pPr>
              <w:spacing w:after="0"/>
            </w:pP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C0AC42" w14:textId="77777777" w:rsidR="005141F8" w:rsidRDefault="005141F8">
            <w:pPr>
              <w:spacing w:after="0"/>
            </w:pPr>
          </w:p>
        </w:tc>
      </w:tr>
      <w:tr w:rsidR="005141F8" w14:paraId="414B2088" w14:textId="77777777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6CA7DC" w14:textId="77777777" w:rsidR="005141F8" w:rsidRDefault="005C18CD">
            <w:pPr>
              <w:spacing w:after="0"/>
            </w:pPr>
            <w:r>
              <w:rPr>
                <w:sz w:val="14"/>
              </w:rPr>
              <w:t>COP A7/W55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706FE0" w14:textId="77777777" w:rsidR="005141F8" w:rsidRDefault="005C18CD">
            <w:pPr>
              <w:spacing w:after="0"/>
            </w:pPr>
            <w:r>
              <w:rPr>
                <w:sz w:val="14"/>
              </w:rPr>
              <w:t>≥3,0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80ACC2" w14:textId="77777777" w:rsidR="005141F8" w:rsidRDefault="005141F8">
            <w:pPr>
              <w:spacing w:after="0"/>
            </w:pP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7053CA" w14:textId="77777777" w:rsidR="005141F8" w:rsidRDefault="005141F8">
            <w:pPr>
              <w:spacing w:after="0"/>
            </w:pPr>
          </w:p>
        </w:tc>
      </w:tr>
      <w:tr w:rsidR="005141F8" w14:paraId="66FB48B1" w14:textId="77777777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2BEB6D" w14:textId="77777777" w:rsidR="005141F8" w:rsidRDefault="005C18CD">
            <w:pPr>
              <w:spacing w:after="0"/>
            </w:pPr>
            <w:r>
              <w:rPr>
                <w:sz w:val="14"/>
              </w:rPr>
              <w:t>SCOP W55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F3B5A1" w14:textId="77777777" w:rsidR="005141F8" w:rsidRDefault="005C18CD">
            <w:pPr>
              <w:spacing w:after="0"/>
            </w:pPr>
            <w:r>
              <w:rPr>
                <w:sz w:val="14"/>
              </w:rPr>
              <w:t>≥3,5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8B8CDE" w14:textId="77777777" w:rsidR="005141F8" w:rsidRDefault="005141F8">
            <w:pPr>
              <w:spacing w:after="0"/>
            </w:pP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A8275F" w14:textId="77777777" w:rsidR="005141F8" w:rsidRDefault="005141F8">
            <w:pPr>
              <w:spacing w:after="0"/>
            </w:pPr>
          </w:p>
        </w:tc>
      </w:tr>
      <w:tr w:rsidR="005141F8" w14:paraId="3AEAE179" w14:textId="77777777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209EC4" w14:textId="77777777" w:rsidR="005141F8" w:rsidRDefault="005C18CD">
            <w:pPr>
              <w:spacing w:after="0"/>
            </w:pPr>
            <w:r>
              <w:rPr>
                <w:sz w:val="14"/>
              </w:rPr>
              <w:t>Klasa ErP 35/55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77B7B1" w14:textId="77777777" w:rsidR="005141F8" w:rsidRDefault="005C18CD">
            <w:pPr>
              <w:spacing w:after="0"/>
            </w:pPr>
            <w:r>
              <w:rPr>
                <w:sz w:val="14"/>
              </w:rPr>
              <w:t>A+++/A++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CEF01E" w14:textId="77777777" w:rsidR="005141F8" w:rsidRDefault="005141F8">
            <w:pPr>
              <w:spacing w:after="0"/>
            </w:pP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DEA19E" w14:textId="77777777" w:rsidR="005141F8" w:rsidRDefault="005141F8">
            <w:pPr>
              <w:spacing w:after="0"/>
            </w:pPr>
          </w:p>
        </w:tc>
      </w:tr>
      <w:tr w:rsidR="005141F8" w14:paraId="252868F7" w14:textId="77777777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D8A5D6" w14:textId="77777777" w:rsidR="005141F8" w:rsidRDefault="005C18CD">
            <w:pPr>
              <w:spacing w:after="0"/>
            </w:pPr>
            <w:r>
              <w:rPr>
                <w:sz w:val="14"/>
              </w:rPr>
              <w:t>Max temp. wody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5EFC81" w14:textId="77777777" w:rsidR="005141F8" w:rsidRDefault="005C18CD">
            <w:pPr>
              <w:spacing w:after="0"/>
            </w:pPr>
            <w:r>
              <w:rPr>
                <w:sz w:val="14"/>
              </w:rPr>
              <w:t>≥70°C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099AB4" w14:textId="77777777" w:rsidR="005141F8" w:rsidRDefault="005141F8">
            <w:pPr>
              <w:spacing w:after="0"/>
            </w:pP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80F449" w14:textId="77777777" w:rsidR="005141F8" w:rsidRDefault="005141F8">
            <w:pPr>
              <w:spacing w:after="0"/>
            </w:pPr>
          </w:p>
        </w:tc>
      </w:tr>
      <w:tr w:rsidR="005141F8" w14:paraId="769ADEFC" w14:textId="77777777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4F9A68" w14:textId="77777777" w:rsidR="005141F8" w:rsidRDefault="005C18CD">
            <w:pPr>
              <w:spacing w:after="0"/>
            </w:pPr>
            <w:r>
              <w:rPr>
                <w:sz w:val="14"/>
              </w:rPr>
              <w:t>Min temp. pracy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E356FA" w14:textId="77777777" w:rsidR="005141F8" w:rsidRDefault="005C18CD">
            <w:pPr>
              <w:spacing w:after="0"/>
            </w:pPr>
            <w:r>
              <w:rPr>
                <w:sz w:val="14"/>
              </w:rPr>
              <w:t>≤-25°C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8CB4CB" w14:textId="77777777" w:rsidR="005141F8" w:rsidRDefault="005141F8">
            <w:pPr>
              <w:spacing w:after="0"/>
            </w:pP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00D93D" w14:textId="77777777" w:rsidR="005141F8" w:rsidRDefault="005141F8">
            <w:pPr>
              <w:spacing w:after="0"/>
            </w:pPr>
          </w:p>
        </w:tc>
      </w:tr>
      <w:tr w:rsidR="005141F8" w14:paraId="117C449D" w14:textId="77777777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69640E" w14:textId="77777777" w:rsidR="005141F8" w:rsidRDefault="005C18CD">
            <w:pPr>
              <w:spacing w:after="0"/>
            </w:pPr>
            <w:r>
              <w:rPr>
                <w:sz w:val="14"/>
              </w:rPr>
              <w:lastRenderedPageBreak/>
              <w:t>HP Keymark / równoważny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304654" w14:textId="77777777" w:rsidR="005141F8" w:rsidRDefault="005C18CD">
            <w:pPr>
              <w:spacing w:after="0"/>
            </w:pPr>
            <w:r>
              <w:rPr>
                <w:sz w:val="14"/>
              </w:rPr>
              <w:t>tak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06C4CF" w14:textId="77777777" w:rsidR="005141F8" w:rsidRDefault="005141F8">
            <w:pPr>
              <w:spacing w:after="0"/>
            </w:pP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B8E6D5" w14:textId="77777777" w:rsidR="005141F8" w:rsidRDefault="005141F8">
            <w:pPr>
              <w:spacing w:after="0"/>
            </w:pPr>
          </w:p>
        </w:tc>
      </w:tr>
      <w:tr w:rsidR="005141F8" w14:paraId="6F9F6F5F" w14:textId="77777777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60ED3C" w14:textId="77777777" w:rsidR="005141F8" w:rsidRDefault="005C18CD">
            <w:pPr>
              <w:spacing w:after="0"/>
            </w:pPr>
            <w:r>
              <w:rPr>
                <w:sz w:val="14"/>
              </w:rPr>
              <w:t>EN14511/14825/12102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7A0B77" w14:textId="77777777" w:rsidR="005141F8" w:rsidRDefault="005C18CD">
            <w:pPr>
              <w:spacing w:after="0"/>
            </w:pPr>
            <w:r>
              <w:rPr>
                <w:sz w:val="14"/>
              </w:rPr>
              <w:t>raport/certyfikat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168097" w14:textId="77777777" w:rsidR="005141F8" w:rsidRDefault="005141F8">
            <w:pPr>
              <w:spacing w:after="0"/>
            </w:pP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4FE8B7" w14:textId="77777777" w:rsidR="005141F8" w:rsidRDefault="005141F8">
            <w:pPr>
              <w:spacing w:after="0"/>
            </w:pPr>
          </w:p>
        </w:tc>
      </w:tr>
      <w:tr w:rsidR="005141F8" w14:paraId="24A54ED7" w14:textId="77777777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8086DF" w14:textId="77777777" w:rsidR="005141F8" w:rsidRDefault="005C18CD">
            <w:pPr>
              <w:spacing w:after="0"/>
            </w:pPr>
            <w:r>
              <w:rPr>
                <w:sz w:val="14"/>
              </w:rPr>
              <w:t>Gwarancja producenta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C3007D" w14:textId="77777777" w:rsidR="005141F8" w:rsidRDefault="005C18CD">
            <w:pPr>
              <w:spacing w:after="0"/>
            </w:pPr>
            <w:r>
              <w:rPr>
                <w:sz w:val="14"/>
              </w:rPr>
              <w:t>≥5 lat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F68F54" w14:textId="77777777" w:rsidR="005141F8" w:rsidRDefault="005141F8">
            <w:pPr>
              <w:spacing w:after="0"/>
            </w:pP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E57423" w14:textId="77777777" w:rsidR="005141F8" w:rsidRDefault="005141F8">
            <w:pPr>
              <w:spacing w:after="0"/>
            </w:pPr>
          </w:p>
        </w:tc>
      </w:tr>
      <w:tr w:rsidR="005141F8" w14:paraId="490F7B87" w14:textId="77777777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CE45B3" w14:textId="77777777" w:rsidR="005141F8" w:rsidRDefault="005C18CD">
            <w:pPr>
              <w:spacing w:after="0"/>
            </w:pPr>
            <w:r>
              <w:rPr>
                <w:sz w:val="14"/>
              </w:rPr>
              <w:t>Praca kaskadowa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54DBB1" w14:textId="77777777" w:rsidR="005141F8" w:rsidRDefault="005C18CD">
            <w:pPr>
              <w:spacing w:after="0"/>
            </w:pPr>
            <w:r>
              <w:rPr>
                <w:sz w:val="14"/>
              </w:rPr>
              <w:t>tak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7CCBEC" w14:textId="77777777" w:rsidR="005141F8" w:rsidRDefault="005141F8">
            <w:pPr>
              <w:spacing w:after="0"/>
            </w:pP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A8068A" w14:textId="77777777" w:rsidR="005141F8" w:rsidRDefault="005141F8">
            <w:pPr>
              <w:spacing w:after="0"/>
            </w:pPr>
          </w:p>
        </w:tc>
      </w:tr>
    </w:tbl>
    <w:p w14:paraId="7202C800" w14:textId="77777777" w:rsidR="005141F8" w:rsidRDefault="005C18CD">
      <w:pPr>
        <w:pStyle w:val="Nagwek2"/>
      </w:pPr>
      <w:r>
        <w:t>E. Licznik energii cieplnej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948"/>
        <w:gridCol w:w="2835"/>
        <w:gridCol w:w="1701"/>
        <w:gridCol w:w="1984"/>
      </w:tblGrid>
      <w:tr w:rsidR="005141F8" w14:paraId="705966D6" w14:textId="77777777">
        <w:trPr>
          <w:tblHeader/>
          <w:jc w:val="center"/>
        </w:trPr>
        <w:tc>
          <w:tcPr>
            <w:tcW w:w="2948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BFAB1F" w14:textId="77777777" w:rsidR="005141F8" w:rsidRDefault="005C18CD">
            <w:r>
              <w:rPr>
                <w:b/>
                <w:sz w:val="14"/>
              </w:rPr>
              <w:t>Parametr wymagany</w:t>
            </w:r>
          </w:p>
        </w:tc>
        <w:tc>
          <w:tcPr>
            <w:tcW w:w="2835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14BFAC" w14:textId="77777777" w:rsidR="005141F8" w:rsidRDefault="005C18CD">
            <w:r>
              <w:rPr>
                <w:b/>
                <w:sz w:val="14"/>
              </w:rPr>
              <w:t>Minimum PFU/OPZ</w:t>
            </w:r>
          </w:p>
        </w:tc>
        <w:tc>
          <w:tcPr>
            <w:tcW w:w="1701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09E341" w14:textId="77777777" w:rsidR="005141F8" w:rsidRDefault="005C18CD">
            <w:r>
              <w:rPr>
                <w:b/>
                <w:sz w:val="14"/>
              </w:rPr>
              <w:t>Wartość oferowana</w:t>
            </w:r>
          </w:p>
        </w:tc>
        <w:tc>
          <w:tcPr>
            <w:tcW w:w="1984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60102D" w14:textId="77777777" w:rsidR="005141F8" w:rsidRDefault="005C18CD">
            <w:r>
              <w:rPr>
                <w:b/>
                <w:sz w:val="14"/>
              </w:rPr>
              <w:t>Dokument / strona</w:t>
            </w:r>
          </w:p>
        </w:tc>
      </w:tr>
      <w:tr w:rsidR="005141F8" w14:paraId="7219B4DD" w14:textId="77777777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CB0D70" w14:textId="77777777" w:rsidR="005141F8" w:rsidRDefault="005C18CD">
            <w:pPr>
              <w:spacing w:after="0"/>
            </w:pPr>
            <w:r>
              <w:rPr>
                <w:sz w:val="14"/>
              </w:rPr>
              <w:t>EN1434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CF5887" w14:textId="77777777" w:rsidR="005141F8" w:rsidRDefault="005C18CD">
            <w:pPr>
              <w:spacing w:after="0"/>
            </w:pPr>
            <w:r>
              <w:rPr>
                <w:sz w:val="14"/>
              </w:rPr>
              <w:t>tak/równoważna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8420E3" w14:textId="77777777" w:rsidR="005141F8" w:rsidRDefault="005141F8">
            <w:pPr>
              <w:spacing w:after="0"/>
            </w:pP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EE8964" w14:textId="77777777" w:rsidR="005141F8" w:rsidRDefault="005141F8">
            <w:pPr>
              <w:spacing w:after="0"/>
            </w:pPr>
          </w:p>
        </w:tc>
      </w:tr>
      <w:tr w:rsidR="005141F8" w14:paraId="40CFD3AA" w14:textId="77777777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3C8615" w14:textId="77777777" w:rsidR="005141F8" w:rsidRDefault="005C18CD">
            <w:pPr>
              <w:spacing w:after="0"/>
            </w:pPr>
            <w:r>
              <w:rPr>
                <w:sz w:val="14"/>
              </w:rPr>
              <w:t>Błąd układu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F0C0F3" w14:textId="77777777" w:rsidR="005141F8" w:rsidRDefault="005C18CD">
            <w:pPr>
              <w:spacing w:after="0"/>
            </w:pPr>
            <w:r>
              <w:rPr>
                <w:sz w:val="14"/>
              </w:rPr>
              <w:t>≤±3%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2704A4" w14:textId="77777777" w:rsidR="005141F8" w:rsidRDefault="005141F8">
            <w:pPr>
              <w:spacing w:after="0"/>
            </w:pP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E9E3AA" w14:textId="77777777" w:rsidR="005141F8" w:rsidRDefault="005141F8">
            <w:pPr>
              <w:spacing w:after="0"/>
            </w:pPr>
          </w:p>
        </w:tc>
      </w:tr>
      <w:tr w:rsidR="005141F8" w14:paraId="1863541D" w14:textId="77777777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F7F19A" w14:textId="77777777" w:rsidR="005141F8" w:rsidRDefault="005C18CD">
            <w:pPr>
              <w:spacing w:after="0"/>
            </w:pPr>
            <w:r>
              <w:rPr>
                <w:sz w:val="14"/>
              </w:rPr>
              <w:t>Medium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FCA0C5" w14:textId="77777777" w:rsidR="005141F8" w:rsidRDefault="005C18CD">
            <w:pPr>
              <w:spacing w:after="0"/>
            </w:pPr>
            <w:r>
              <w:rPr>
                <w:sz w:val="14"/>
              </w:rPr>
              <w:t>woda / glikol wg projektu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B0A146" w14:textId="77777777" w:rsidR="005141F8" w:rsidRDefault="005141F8">
            <w:pPr>
              <w:spacing w:after="0"/>
            </w:pP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27D000" w14:textId="77777777" w:rsidR="005141F8" w:rsidRDefault="005141F8">
            <w:pPr>
              <w:spacing w:after="0"/>
            </w:pPr>
          </w:p>
        </w:tc>
      </w:tr>
      <w:tr w:rsidR="005141F8" w14:paraId="76690A2D" w14:textId="77777777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9E9448" w14:textId="77777777" w:rsidR="005141F8" w:rsidRDefault="005C18CD">
            <w:pPr>
              <w:spacing w:after="0"/>
            </w:pPr>
            <w:r>
              <w:rPr>
                <w:sz w:val="14"/>
              </w:rPr>
              <w:t>Komunikacja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AB6D64" w14:textId="77777777" w:rsidR="005141F8" w:rsidRDefault="005C18CD">
            <w:pPr>
              <w:spacing w:after="0"/>
            </w:pPr>
            <w:r>
              <w:rPr>
                <w:sz w:val="14"/>
              </w:rPr>
              <w:t>otwarty protokół, np. Modbus/BACnet/M-Bus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906A00" w14:textId="77777777" w:rsidR="005141F8" w:rsidRDefault="005141F8">
            <w:pPr>
              <w:spacing w:after="0"/>
            </w:pP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3F3F37" w14:textId="77777777" w:rsidR="005141F8" w:rsidRDefault="005141F8">
            <w:pPr>
              <w:spacing w:after="0"/>
            </w:pPr>
          </w:p>
        </w:tc>
      </w:tr>
      <w:tr w:rsidR="005141F8" w14:paraId="5EAA4571" w14:textId="77777777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B86173" w14:textId="77777777" w:rsidR="005141F8" w:rsidRDefault="005C18CD">
            <w:pPr>
              <w:spacing w:after="0"/>
            </w:pPr>
            <w:r>
              <w:rPr>
                <w:sz w:val="14"/>
              </w:rPr>
              <w:t>Archiwizacja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7F516B" w14:textId="77777777" w:rsidR="005141F8" w:rsidRDefault="005C18CD">
            <w:pPr>
              <w:spacing w:after="0"/>
            </w:pPr>
            <w:r>
              <w:rPr>
                <w:sz w:val="14"/>
              </w:rPr>
              <w:t>≥6 lat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634B23" w14:textId="77777777" w:rsidR="005141F8" w:rsidRDefault="005141F8">
            <w:pPr>
              <w:spacing w:after="0"/>
            </w:pP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4672AE" w14:textId="77777777" w:rsidR="005141F8" w:rsidRDefault="005141F8">
            <w:pPr>
              <w:spacing w:after="0"/>
            </w:pPr>
          </w:p>
        </w:tc>
      </w:tr>
      <w:tr w:rsidR="005141F8" w14:paraId="1AF2AD07" w14:textId="77777777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36DDC9" w14:textId="77777777" w:rsidR="005141F8" w:rsidRDefault="005C18CD">
            <w:pPr>
              <w:spacing w:after="0"/>
            </w:pPr>
            <w:r>
              <w:rPr>
                <w:sz w:val="14"/>
              </w:rPr>
              <w:t>Eksport danych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E74AC6" w14:textId="77777777" w:rsidR="005141F8" w:rsidRDefault="005C18CD">
            <w:pPr>
              <w:spacing w:after="0"/>
            </w:pPr>
            <w:r>
              <w:rPr>
                <w:sz w:val="14"/>
              </w:rPr>
              <w:t>tak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2C7735" w14:textId="77777777" w:rsidR="005141F8" w:rsidRDefault="005141F8">
            <w:pPr>
              <w:spacing w:after="0"/>
            </w:pP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E5E798" w14:textId="77777777" w:rsidR="005141F8" w:rsidRDefault="005141F8">
            <w:pPr>
              <w:spacing w:after="0"/>
            </w:pPr>
          </w:p>
        </w:tc>
      </w:tr>
    </w:tbl>
    <w:p w14:paraId="6AE4B44A" w14:textId="77777777" w:rsidR="005141F8" w:rsidRDefault="005C18CD">
      <w:pPr>
        <w:pStyle w:val="Nagwek2"/>
      </w:pPr>
      <w:r>
        <w:t>F. EMS / monitoring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948"/>
        <w:gridCol w:w="2835"/>
        <w:gridCol w:w="1701"/>
        <w:gridCol w:w="1984"/>
      </w:tblGrid>
      <w:tr w:rsidR="005141F8" w14:paraId="71C30CFB" w14:textId="77777777">
        <w:trPr>
          <w:tblHeader/>
          <w:jc w:val="center"/>
        </w:trPr>
        <w:tc>
          <w:tcPr>
            <w:tcW w:w="2948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E57769" w14:textId="77777777" w:rsidR="005141F8" w:rsidRDefault="005C18CD">
            <w:r>
              <w:rPr>
                <w:b/>
                <w:sz w:val="14"/>
              </w:rPr>
              <w:t>Parametr wymagany</w:t>
            </w:r>
          </w:p>
        </w:tc>
        <w:tc>
          <w:tcPr>
            <w:tcW w:w="2835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22F327" w14:textId="77777777" w:rsidR="005141F8" w:rsidRDefault="005C18CD">
            <w:r>
              <w:rPr>
                <w:b/>
                <w:sz w:val="14"/>
              </w:rPr>
              <w:t>Minimum PFU/OPZ</w:t>
            </w:r>
          </w:p>
        </w:tc>
        <w:tc>
          <w:tcPr>
            <w:tcW w:w="1701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D6EA40" w14:textId="77777777" w:rsidR="005141F8" w:rsidRDefault="005C18CD">
            <w:r>
              <w:rPr>
                <w:b/>
                <w:sz w:val="14"/>
              </w:rPr>
              <w:t>Wartość oferowana</w:t>
            </w:r>
          </w:p>
        </w:tc>
        <w:tc>
          <w:tcPr>
            <w:tcW w:w="1984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E54CE0" w14:textId="77777777" w:rsidR="005141F8" w:rsidRDefault="005C18CD">
            <w:r>
              <w:rPr>
                <w:b/>
                <w:sz w:val="14"/>
              </w:rPr>
              <w:t>Dokument / strona</w:t>
            </w:r>
          </w:p>
        </w:tc>
      </w:tr>
      <w:tr w:rsidR="005141F8" w14:paraId="10A67700" w14:textId="77777777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D5F0B1" w14:textId="77777777" w:rsidR="005141F8" w:rsidRDefault="005C18CD">
            <w:pPr>
              <w:spacing w:after="0"/>
            </w:pPr>
            <w:r>
              <w:rPr>
                <w:sz w:val="14"/>
              </w:rPr>
              <w:t>PV/import/export/BESS/pompy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7FABB7" w14:textId="77777777" w:rsidR="005141F8" w:rsidRDefault="005C18CD">
            <w:pPr>
              <w:spacing w:after="0"/>
            </w:pPr>
            <w:r>
              <w:rPr>
                <w:sz w:val="14"/>
              </w:rPr>
              <w:t>pełny odczyt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EB5728" w14:textId="77777777" w:rsidR="005141F8" w:rsidRDefault="005141F8">
            <w:pPr>
              <w:spacing w:after="0"/>
            </w:pP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7B84E8" w14:textId="77777777" w:rsidR="005141F8" w:rsidRDefault="005141F8">
            <w:pPr>
              <w:spacing w:after="0"/>
            </w:pPr>
          </w:p>
        </w:tc>
      </w:tr>
      <w:tr w:rsidR="005141F8" w14:paraId="6A576392" w14:textId="77777777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2FEFC0" w14:textId="77777777" w:rsidR="005141F8" w:rsidRDefault="005C18CD">
            <w:pPr>
              <w:spacing w:after="0"/>
            </w:pPr>
            <w:r>
              <w:rPr>
                <w:sz w:val="14"/>
              </w:rPr>
              <w:t>SOC/SOH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0D6DCC" w14:textId="77777777" w:rsidR="005141F8" w:rsidRDefault="005C18CD">
            <w:pPr>
              <w:spacing w:after="0"/>
            </w:pPr>
            <w:r>
              <w:rPr>
                <w:sz w:val="14"/>
              </w:rPr>
              <w:t>tak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39E4CF" w14:textId="77777777" w:rsidR="005141F8" w:rsidRDefault="005141F8">
            <w:pPr>
              <w:spacing w:after="0"/>
            </w:pP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0B876F" w14:textId="77777777" w:rsidR="005141F8" w:rsidRDefault="005141F8">
            <w:pPr>
              <w:spacing w:after="0"/>
            </w:pPr>
          </w:p>
        </w:tc>
      </w:tr>
      <w:tr w:rsidR="005141F8" w14:paraId="4A74D5D4" w14:textId="77777777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93C55C" w14:textId="77777777" w:rsidR="005141F8" w:rsidRDefault="005C18CD">
            <w:pPr>
              <w:spacing w:after="0"/>
            </w:pPr>
            <w:r>
              <w:rPr>
                <w:sz w:val="14"/>
              </w:rPr>
              <w:t>Sterowanie BESS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0734CA" w14:textId="77777777" w:rsidR="005141F8" w:rsidRDefault="005C18CD">
            <w:pPr>
              <w:spacing w:after="0"/>
            </w:pPr>
            <w:r>
              <w:rPr>
                <w:sz w:val="14"/>
              </w:rPr>
              <w:t>tak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80DF1C" w14:textId="77777777" w:rsidR="005141F8" w:rsidRDefault="005141F8">
            <w:pPr>
              <w:spacing w:after="0"/>
            </w:pP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FBF1B7" w14:textId="77777777" w:rsidR="005141F8" w:rsidRDefault="005141F8">
            <w:pPr>
              <w:spacing w:after="0"/>
            </w:pPr>
          </w:p>
        </w:tc>
      </w:tr>
      <w:tr w:rsidR="005141F8" w14:paraId="756866DB" w14:textId="77777777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3C0E2A" w14:textId="77777777" w:rsidR="005141F8" w:rsidRDefault="005C18CD">
            <w:pPr>
              <w:spacing w:after="0"/>
            </w:pPr>
            <w:r>
              <w:rPr>
                <w:sz w:val="14"/>
              </w:rPr>
              <w:t>Integracja SG Ready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F84D88" w14:textId="77777777" w:rsidR="005141F8" w:rsidRDefault="005C18CD">
            <w:pPr>
              <w:spacing w:after="0"/>
            </w:pPr>
            <w:r>
              <w:rPr>
                <w:sz w:val="14"/>
              </w:rPr>
              <w:t>tak/równoważna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C32003" w14:textId="77777777" w:rsidR="005141F8" w:rsidRDefault="005141F8">
            <w:pPr>
              <w:spacing w:after="0"/>
            </w:pP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B0097A" w14:textId="77777777" w:rsidR="005141F8" w:rsidRDefault="005141F8">
            <w:pPr>
              <w:spacing w:after="0"/>
            </w:pPr>
          </w:p>
        </w:tc>
      </w:tr>
      <w:tr w:rsidR="005141F8" w14:paraId="26A326BE" w14:textId="77777777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EE215" w14:textId="77777777" w:rsidR="005141F8" w:rsidRDefault="005C18CD">
            <w:pPr>
              <w:spacing w:after="0"/>
            </w:pPr>
            <w:r>
              <w:rPr>
                <w:sz w:val="14"/>
              </w:rPr>
              <w:t>Konto administratora Gminy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7429A8" w14:textId="77777777" w:rsidR="005141F8" w:rsidRDefault="005C18CD">
            <w:pPr>
              <w:spacing w:after="0"/>
            </w:pPr>
            <w:r>
              <w:rPr>
                <w:sz w:val="14"/>
              </w:rPr>
              <w:t>tak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6EC656" w14:textId="77777777" w:rsidR="005141F8" w:rsidRDefault="005141F8">
            <w:pPr>
              <w:spacing w:after="0"/>
            </w:pP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BB7C7B" w14:textId="77777777" w:rsidR="005141F8" w:rsidRDefault="005141F8">
            <w:pPr>
              <w:spacing w:after="0"/>
            </w:pPr>
          </w:p>
        </w:tc>
      </w:tr>
      <w:tr w:rsidR="005141F8" w14:paraId="41A5ED39" w14:textId="77777777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12195E" w14:textId="77777777" w:rsidR="005141F8" w:rsidRDefault="005C18CD">
            <w:pPr>
              <w:spacing w:after="0"/>
            </w:pPr>
            <w:r>
              <w:rPr>
                <w:sz w:val="14"/>
              </w:rPr>
              <w:t>Eksport danych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641CE4" w14:textId="77777777" w:rsidR="005141F8" w:rsidRDefault="005C18CD">
            <w:pPr>
              <w:spacing w:after="0"/>
            </w:pPr>
            <w:r>
              <w:rPr>
                <w:sz w:val="14"/>
              </w:rPr>
              <w:t>tak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B52654" w14:textId="77777777" w:rsidR="005141F8" w:rsidRDefault="005141F8">
            <w:pPr>
              <w:spacing w:after="0"/>
            </w:pP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8C33A3" w14:textId="77777777" w:rsidR="005141F8" w:rsidRDefault="005141F8">
            <w:pPr>
              <w:spacing w:after="0"/>
            </w:pPr>
          </w:p>
        </w:tc>
      </w:tr>
      <w:tr w:rsidR="005141F8" w14:paraId="2F82705C" w14:textId="77777777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8A8B09" w14:textId="77777777" w:rsidR="005141F8" w:rsidRDefault="005C18CD">
            <w:pPr>
              <w:spacing w:after="0"/>
            </w:pPr>
            <w:r>
              <w:rPr>
                <w:sz w:val="14"/>
              </w:rPr>
              <w:t>Brak obowiązkowego abonamentu w gwarancji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049E40" w14:textId="77777777" w:rsidR="005141F8" w:rsidRDefault="005C18CD">
            <w:pPr>
              <w:spacing w:after="0"/>
            </w:pPr>
            <w:r>
              <w:rPr>
                <w:sz w:val="14"/>
              </w:rPr>
              <w:t>tak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37F01D" w14:textId="77777777" w:rsidR="005141F8" w:rsidRDefault="005141F8">
            <w:pPr>
              <w:spacing w:after="0"/>
            </w:pP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0373E8" w14:textId="77777777" w:rsidR="005141F8" w:rsidRDefault="005141F8">
            <w:pPr>
              <w:spacing w:after="0"/>
            </w:pPr>
          </w:p>
        </w:tc>
      </w:tr>
    </w:tbl>
    <w:p w14:paraId="6DE55935" w14:textId="77777777" w:rsidR="005C18CD" w:rsidRDefault="005C18CD"/>
    <w:p w14:paraId="10C52285" w14:textId="77777777" w:rsidR="0009240D" w:rsidRDefault="0009240D"/>
    <w:p w14:paraId="623D5BDD" w14:textId="77777777" w:rsidR="0009240D" w:rsidRDefault="0009240D"/>
    <w:p w14:paraId="22549843" w14:textId="77777777" w:rsidR="0009240D" w:rsidRDefault="0009240D"/>
    <w:p w14:paraId="26F7385F" w14:textId="77777777" w:rsidR="0009240D" w:rsidRDefault="0009240D"/>
    <w:p w14:paraId="59587607" w14:textId="77777777" w:rsidR="0009240D" w:rsidRDefault="0009240D"/>
    <w:p w14:paraId="0043253E" w14:textId="337F80B7" w:rsidR="0009240D" w:rsidRDefault="0009240D">
      <w:r>
        <w:t xml:space="preserve">   </w:t>
      </w:r>
      <w:proofErr w:type="spellStart"/>
      <w:r>
        <w:t>Podpis</w:t>
      </w:r>
      <w:proofErr w:type="spellEnd"/>
      <w:r>
        <w:t xml:space="preserve"> </w:t>
      </w:r>
      <w:proofErr w:type="spellStart"/>
      <w:r>
        <w:t>Wykonawcy</w:t>
      </w:r>
      <w:proofErr w:type="spellEnd"/>
      <w:r>
        <w:t xml:space="preserve"> </w:t>
      </w:r>
      <w:proofErr w:type="spellStart"/>
      <w:r>
        <w:t>wraz</w:t>
      </w:r>
      <w:proofErr w:type="spellEnd"/>
      <w:r>
        <w:t xml:space="preserve"> z </w:t>
      </w:r>
      <w:proofErr w:type="spellStart"/>
      <w:r>
        <w:t>pieczęcią</w:t>
      </w:r>
      <w:proofErr w:type="spellEnd"/>
      <w:r>
        <w:t>:</w:t>
      </w:r>
    </w:p>
    <w:p w14:paraId="53D86972" w14:textId="77777777" w:rsidR="0009240D" w:rsidRDefault="0009240D"/>
    <w:p w14:paraId="5A0D7A32" w14:textId="77777777" w:rsidR="0009240D" w:rsidRDefault="0009240D"/>
    <w:p w14:paraId="2AA91460" w14:textId="77777777" w:rsidR="0009240D" w:rsidRDefault="0009240D"/>
    <w:p w14:paraId="25023035" w14:textId="77777777" w:rsidR="0009240D" w:rsidRDefault="0009240D"/>
    <w:p w14:paraId="02E52509" w14:textId="724853DE" w:rsidR="0009240D" w:rsidRDefault="0009240D">
      <w:r>
        <w:t xml:space="preserve">…………………………………………….. data: </w:t>
      </w:r>
    </w:p>
    <w:sectPr w:rsidR="0009240D" w:rsidSect="00034616">
      <w:headerReference w:type="default" r:id="rId11"/>
      <w:pgSz w:w="12240" w:h="15840"/>
      <w:pgMar w:top="964" w:right="1134" w:bottom="964" w:left="1134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636941" w14:textId="77777777" w:rsidR="00D62DAD" w:rsidRDefault="00D62DAD">
      <w:pPr>
        <w:spacing w:after="0" w:line="240" w:lineRule="auto"/>
      </w:pPr>
      <w:r>
        <w:separator/>
      </w:r>
    </w:p>
  </w:endnote>
  <w:endnote w:type="continuationSeparator" w:id="0">
    <w:p w14:paraId="62975C94" w14:textId="77777777" w:rsidR="00D62DAD" w:rsidRDefault="00D62D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5F5F7A" w14:textId="77777777" w:rsidR="00D62DAD" w:rsidRDefault="00D62DAD">
      <w:pPr>
        <w:spacing w:after="0" w:line="240" w:lineRule="auto"/>
      </w:pPr>
      <w:r>
        <w:separator/>
      </w:r>
    </w:p>
  </w:footnote>
  <w:footnote w:type="continuationSeparator" w:id="0">
    <w:p w14:paraId="0B890CFC" w14:textId="77777777" w:rsidR="00D62DAD" w:rsidRDefault="00D62D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32DA3" w14:textId="4A5F4C39" w:rsidR="0009240D" w:rsidRDefault="0009240D">
    <w:pPr>
      <w:pStyle w:val="Nagwek"/>
    </w:pPr>
    <w:r>
      <w:rPr>
        <w:noProof/>
      </w:rPr>
      <w:drawing>
        <wp:inline distT="0" distB="0" distL="0" distR="0" wp14:anchorId="0D2B0FC0" wp14:editId="63C9A8D8">
          <wp:extent cx="5762625" cy="447675"/>
          <wp:effectExtent l="0" t="0" r="9525" b="9525"/>
          <wp:docPr id="168694622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21958638">
    <w:abstractNumId w:val="8"/>
  </w:num>
  <w:num w:numId="2" w16cid:durableId="280459556">
    <w:abstractNumId w:val="6"/>
  </w:num>
  <w:num w:numId="3" w16cid:durableId="342055601">
    <w:abstractNumId w:val="5"/>
  </w:num>
  <w:num w:numId="4" w16cid:durableId="2117600563">
    <w:abstractNumId w:val="4"/>
  </w:num>
  <w:num w:numId="5" w16cid:durableId="1304191969">
    <w:abstractNumId w:val="7"/>
  </w:num>
  <w:num w:numId="6" w16cid:durableId="710149207">
    <w:abstractNumId w:val="3"/>
  </w:num>
  <w:num w:numId="7" w16cid:durableId="1280382579">
    <w:abstractNumId w:val="2"/>
  </w:num>
  <w:num w:numId="8" w16cid:durableId="1955095097">
    <w:abstractNumId w:val="1"/>
  </w:num>
  <w:num w:numId="9" w16cid:durableId="2028872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6E07"/>
    <w:rsid w:val="0006063C"/>
    <w:rsid w:val="00071FEE"/>
    <w:rsid w:val="0009240D"/>
    <w:rsid w:val="0015074B"/>
    <w:rsid w:val="001A3E27"/>
    <w:rsid w:val="001D7B93"/>
    <w:rsid w:val="002540F0"/>
    <w:rsid w:val="0029639D"/>
    <w:rsid w:val="0030056C"/>
    <w:rsid w:val="00326F90"/>
    <w:rsid w:val="0046062D"/>
    <w:rsid w:val="004616FB"/>
    <w:rsid w:val="004F6183"/>
    <w:rsid w:val="005141F8"/>
    <w:rsid w:val="00522F20"/>
    <w:rsid w:val="005B68F2"/>
    <w:rsid w:val="005C18CD"/>
    <w:rsid w:val="005D7958"/>
    <w:rsid w:val="006C04EE"/>
    <w:rsid w:val="006D5FB2"/>
    <w:rsid w:val="007F2D13"/>
    <w:rsid w:val="00842E76"/>
    <w:rsid w:val="008A7028"/>
    <w:rsid w:val="008E0794"/>
    <w:rsid w:val="00997060"/>
    <w:rsid w:val="009D3693"/>
    <w:rsid w:val="00A0320C"/>
    <w:rsid w:val="00AA1D8D"/>
    <w:rsid w:val="00B14E2D"/>
    <w:rsid w:val="00B47730"/>
    <w:rsid w:val="00BE566B"/>
    <w:rsid w:val="00C877CD"/>
    <w:rsid w:val="00CB0664"/>
    <w:rsid w:val="00D50A54"/>
    <w:rsid w:val="00D62DAD"/>
    <w:rsid w:val="00D92951"/>
    <w:rsid w:val="00DB5ACF"/>
    <w:rsid w:val="00DD61A7"/>
    <w:rsid w:val="00FA2F2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AFF67EAF-4F51-4238-A9C0-C471C179B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54" w:lineRule="auto"/>
    </w:pPr>
    <w:rPr>
      <w:rFonts w:ascii="Arial" w:hAnsi="Arial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40"/>
      <w:outlineLvl w:val="0"/>
    </w:pPr>
    <w:rPr>
      <w:rFonts w:asciiTheme="majorHAnsi" w:eastAsiaTheme="majorEastAsia" w:hAnsiTheme="majorHAnsi" w:cstheme="majorBidi"/>
      <w:b/>
      <w:bCs/>
      <w:color w:val="17365D"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40"/>
      <w:outlineLvl w:val="1"/>
    </w:pPr>
    <w:rPr>
      <w:rFonts w:asciiTheme="majorHAnsi" w:eastAsiaTheme="majorEastAsia" w:hAnsiTheme="majorHAnsi" w:cstheme="majorBidi"/>
      <w:b/>
      <w:bCs/>
      <w:color w:val="2F5597"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140"/>
      <w:outlineLvl w:val="2"/>
    </w:pPr>
    <w:rPr>
      <w:rFonts w:asciiTheme="majorHAnsi" w:eastAsiaTheme="majorEastAsia" w:hAnsiTheme="majorHAnsi" w:cstheme="majorBidi"/>
      <w:b/>
      <w:bCs/>
      <w:color w:val="44546A"/>
      <w:sz w:val="20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pBdr>
        <w:bottom w:val="single" w:sz="8" w:space="4" w:color="4F81BD" w:themeColor="accent1"/>
      </w:pBdr>
      <w:spacing w:before="140"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36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rPr>
      <w:rFonts w:ascii="Arial" w:hAnsi="Arial"/>
      <w:i/>
      <w:color w:val="5A5A5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60CB162AB03B48A86E8BD3DF3AEED7" ma:contentTypeVersion="14" ma:contentTypeDescription="Utwórz nowy dokument." ma:contentTypeScope="" ma:versionID="8aa9c2ffa9bdd642b258573c34692e7c">
  <xsd:schema xmlns:xsd="http://www.w3.org/2001/XMLSchema" xmlns:xs="http://www.w3.org/2001/XMLSchema" xmlns:p="http://schemas.microsoft.com/office/2006/metadata/properties" xmlns:ns2="19c69859-861d-462c-a162-1bece0dcecc5" xmlns:ns3="7ba946c7-a029-4ceb-b1bc-4700cc8391e6" targetNamespace="http://schemas.microsoft.com/office/2006/metadata/properties" ma:root="true" ma:fieldsID="4e0c2558fbb02d170850faca45734c7c" ns2:_="" ns3:_="">
    <xsd:import namespace="19c69859-861d-462c-a162-1bece0dcecc5"/>
    <xsd:import namespace="7ba946c7-a029-4ceb-b1bc-4700cc8391e6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c69859-861d-462c-a162-1bece0dcecc5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b0f6bc5c-d9ce-45f3-87de-ef4b54ca50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kolejno_x015b__x0107_" ma:index="21" nillable="true" ma:displayName="kolejność" ma:format="Dropdown" ma:internalName="kolejno_x015b__x0107_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a946c7-a029-4ceb-b1bc-4700cc8391e6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f1412ce7-593c-40e0-bf92-15b070b331ec}" ma:internalName="TaxCatchAll" ma:showField="CatchAllData" ma:web="7ba946c7-a029-4ceb-b1bc-4700cc8391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9c69859-861d-462c-a162-1bece0dcecc5">
      <Terms xmlns="http://schemas.microsoft.com/office/infopath/2007/PartnerControls"/>
    </lcf76f155ced4ddcb4097134ff3c332f>
    <TaxCatchAll xmlns="7ba946c7-a029-4ceb-b1bc-4700cc8391e6" xsi:nil="true"/>
    <kolejno_x015b__x0107_ xmlns="19c69859-861d-462c-a162-1bece0dcecc5" xsi:nil="true"/>
  </documentManagement>
</p:properties>
</file>

<file path=customXml/itemProps1.xml><?xml version="1.0" encoding="utf-8"?>
<ds:datastoreItem xmlns:ds="http://schemas.openxmlformats.org/officeDocument/2006/customXml" ds:itemID="{62A7027B-7D52-4BFD-B2B7-D32B7FED74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84DE591-654F-49DC-8A9F-B1C4BE3289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c69859-861d-462c-a162-1bece0dcecc5"/>
    <ds:schemaRef ds:uri="7ba946c7-a029-4ceb-b1bc-4700cc8391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DCF9EB1-0048-486C-9FD8-40FD272C378E}">
  <ds:schemaRefs>
    <ds:schemaRef ds:uri="http://schemas.microsoft.com/office/2006/metadata/properties"/>
    <ds:schemaRef ds:uri="http://schemas.microsoft.com/office/infopath/2007/PartnerControls"/>
    <ds:schemaRef ds:uri="19c69859-861d-462c-a162-1bece0dcecc5"/>
    <ds:schemaRef ds:uri="7ba946c7-a029-4ceb-b1bc-4700cc8391e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486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Joanna Augustyn</cp:lastModifiedBy>
  <cp:revision>25</cp:revision>
  <dcterms:created xsi:type="dcterms:W3CDTF">2013-12-23T23:15:00Z</dcterms:created>
  <dcterms:modified xsi:type="dcterms:W3CDTF">2026-10-07T12:20:00Z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0x0101000E60CB162AB03B48A86E8BD3DF3AEED7</vt:lpwstr>
  </property>
  <property fmtid="{D5CDD505-2E9C-101B-9397-08002B2CF9AE}" pid="3" name="MediaServiceImageTags">
    <vt:lpwstr/>
  </property>
</Properties>
</file>