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69"/>
        <w:gridCol w:w="7569"/>
      </w:tblGrid>
      <w:tr w:rsidR="005A1FAA" w14:paraId="17FD13F7" w14:textId="77777777">
        <w:trPr>
          <w:jc w:val="center"/>
        </w:trPr>
        <w:tc>
          <w:tcPr>
            <w:tcW w:w="75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2B803" w14:textId="77777777" w:rsidR="005A1FAA" w:rsidRDefault="00000000">
            <w:r>
              <w:t>Znak spr.: SA.270.4.5.2026</w:t>
            </w:r>
          </w:p>
        </w:tc>
        <w:tc>
          <w:tcPr>
            <w:tcW w:w="75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3556" w14:textId="77777777" w:rsidR="005A1FAA" w:rsidRDefault="00000000">
            <w:pPr>
              <w:jc w:val="right"/>
            </w:pPr>
            <w:r>
              <w:t>Załącznik nr 4 do SWZ</w:t>
            </w:r>
          </w:p>
        </w:tc>
      </w:tr>
    </w:tbl>
    <w:p w14:paraId="62F39789" w14:textId="77777777" w:rsidR="005A1FAA" w:rsidRDefault="005A1FAA"/>
    <w:p w14:paraId="2DA22ED1" w14:textId="77777777" w:rsidR="00F33E42" w:rsidRDefault="00F33E42">
      <w:pPr>
        <w:spacing w:after="0"/>
      </w:pPr>
    </w:p>
    <w:p w14:paraId="36095470" w14:textId="2DBFAED0" w:rsidR="005A1FAA" w:rsidRDefault="00000000">
      <w:pPr>
        <w:spacing w:after="0"/>
      </w:pPr>
      <w:r>
        <w:t>______________________________________________________________________________</w:t>
      </w:r>
    </w:p>
    <w:p w14:paraId="1EF91538" w14:textId="77777777" w:rsidR="005A1FAA" w:rsidRDefault="00000000">
      <w:pPr>
        <w:spacing w:after="0"/>
      </w:pPr>
      <w:r>
        <w:t>______________________________________________________________________________</w:t>
      </w:r>
    </w:p>
    <w:p w14:paraId="54AFD897" w14:textId="77777777" w:rsidR="005A1FAA" w:rsidRDefault="00000000">
      <w:pPr>
        <w:spacing w:after="0"/>
      </w:pPr>
      <w:r>
        <w:t>______________________________________________________________________________</w:t>
      </w:r>
    </w:p>
    <w:p w14:paraId="7914EB20" w14:textId="77777777" w:rsidR="005A1FAA" w:rsidRDefault="00000000">
      <w:pPr>
        <w:spacing w:after="120"/>
      </w:pPr>
      <w:r>
        <w:t>(nazwa i adres Wykonawcy, nr NIP)</w:t>
      </w:r>
    </w:p>
    <w:p w14:paraId="328D1566" w14:textId="77777777" w:rsidR="005A1FAA" w:rsidRDefault="00000000">
      <w:pPr>
        <w:spacing w:after="160"/>
        <w:jc w:val="right"/>
      </w:pPr>
      <w:r>
        <w:t>__________________________________________, dnia __________________ r.</w:t>
      </w:r>
    </w:p>
    <w:p w14:paraId="697ABDBF" w14:textId="77777777" w:rsidR="005A1FAA" w:rsidRDefault="00000000">
      <w:pPr>
        <w:spacing w:after="160"/>
        <w:jc w:val="center"/>
      </w:pPr>
      <w:r>
        <w:rPr>
          <w:b/>
          <w:sz w:val="26"/>
        </w:rPr>
        <w:t>WYKAZ OSÓB</w:t>
      </w:r>
      <w:r>
        <w:rPr>
          <w:b/>
          <w:sz w:val="26"/>
        </w:rPr>
        <w:br/>
        <w:t>SKIEROWANYCH PRZEZ WYKONAWCĘ DO REALIZACJI ZAMÓWIENIA</w:t>
      </w:r>
    </w:p>
    <w:p w14:paraId="24CE4478" w14:textId="77777777" w:rsidR="005A1FAA" w:rsidRDefault="00000000">
      <w:pPr>
        <w:spacing w:after="140"/>
        <w:jc w:val="both"/>
      </w:pPr>
      <w:r>
        <w:t xml:space="preserve">W związku ze złożeniem oferty w postępowaniu o udzielenie zamówienia publicznego prowadzonym przez Nadleśnictwo Cierpiszewo w trybie podstawowym z możliwością negocjacji, o którym mowa w art. 275 pkt 2 ustawy Pzp, na zadanie pn. </w:t>
      </w:r>
      <w:r w:rsidRPr="00007D7C">
        <w:rPr>
          <w:b/>
          <w:bCs/>
        </w:rPr>
        <w:t>„Przebudowa zbiornika retencyjnego na zbiornik ppoż w leśnictwie Nieszawka</w:t>
      </w:r>
      <w:r>
        <w:t>”, oświadczam, że Wykonawca, którego reprezentuję, dysponuje lub będzie dysponował osobą wskazaną poniżej i skieruje ją do realizacji zamówienia.</w:t>
      </w:r>
    </w:p>
    <w:tbl>
      <w:tblPr>
        <w:tblStyle w:val="Tabela-Siatka"/>
        <w:tblW w:w="15138" w:type="dxa"/>
        <w:jc w:val="center"/>
        <w:tblLayout w:type="fixed"/>
        <w:tblLook w:val="04A0" w:firstRow="1" w:lastRow="0" w:firstColumn="1" w:lastColumn="0" w:noHBand="0" w:noVBand="1"/>
      </w:tblPr>
      <w:tblGrid>
        <w:gridCol w:w="7569"/>
        <w:gridCol w:w="7569"/>
      </w:tblGrid>
      <w:tr w:rsidR="005A1FAA" w14:paraId="69FA6365" w14:textId="77777777" w:rsidTr="00775159">
        <w:trPr>
          <w:jc w:val="center"/>
        </w:trPr>
        <w:tc>
          <w:tcPr>
            <w:tcW w:w="7569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2581A5" w14:textId="77777777" w:rsidR="005A1FAA" w:rsidRDefault="00000000">
            <w:r>
              <w:rPr>
                <w:b/>
                <w:sz w:val="18"/>
              </w:rPr>
              <w:t>1. Imię i nazwisko</w:t>
            </w:r>
          </w:p>
        </w:tc>
        <w:tc>
          <w:tcPr>
            <w:tcW w:w="75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EB4671" w14:textId="77777777" w:rsidR="005A1FAA" w:rsidRDefault="005A1FAA"/>
        </w:tc>
      </w:tr>
      <w:tr w:rsidR="005A1FAA" w14:paraId="6636F063" w14:textId="77777777" w:rsidTr="00775159">
        <w:trPr>
          <w:jc w:val="center"/>
        </w:trPr>
        <w:tc>
          <w:tcPr>
            <w:tcW w:w="7569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C40DC1" w14:textId="77777777" w:rsidR="005A1FAA" w:rsidRDefault="00000000">
            <w:r>
              <w:rPr>
                <w:b/>
                <w:sz w:val="18"/>
              </w:rPr>
              <w:t>2. Funkcja przy realizacji zamówienia</w:t>
            </w:r>
          </w:p>
        </w:tc>
        <w:tc>
          <w:tcPr>
            <w:tcW w:w="75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508CD1" w14:textId="77777777" w:rsidR="005A1FAA" w:rsidRDefault="00000000">
            <w:r>
              <w:rPr>
                <w:sz w:val="18"/>
              </w:rPr>
              <w:t>Kierownik budowy</w:t>
            </w:r>
          </w:p>
        </w:tc>
      </w:tr>
      <w:tr w:rsidR="005A1FAA" w14:paraId="64DBC32A" w14:textId="77777777" w:rsidTr="00775159">
        <w:trPr>
          <w:jc w:val="center"/>
        </w:trPr>
        <w:tc>
          <w:tcPr>
            <w:tcW w:w="7569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B0E439" w14:textId="77777777" w:rsidR="005A1FAA" w:rsidRDefault="00000000">
            <w:r>
              <w:rPr>
                <w:b/>
                <w:sz w:val="18"/>
              </w:rPr>
              <w:t>3. Zakres wykonywanych czynności</w:t>
            </w:r>
          </w:p>
        </w:tc>
        <w:tc>
          <w:tcPr>
            <w:tcW w:w="75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304BE0" w14:textId="77777777" w:rsidR="005A1FAA" w:rsidRDefault="00000000">
            <w:r>
              <w:rPr>
                <w:sz w:val="18"/>
              </w:rPr>
              <w:t>Kierowanie robotami budowlanymi objętymi przedmiotem zamówienia.</w:t>
            </w:r>
          </w:p>
        </w:tc>
      </w:tr>
      <w:tr w:rsidR="005A1FAA" w14:paraId="5C244B0D" w14:textId="77777777" w:rsidTr="00775159">
        <w:trPr>
          <w:jc w:val="center"/>
        </w:trPr>
        <w:tc>
          <w:tcPr>
            <w:tcW w:w="7569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BE8C7B" w14:textId="792B492E" w:rsidR="005A1FAA" w:rsidRDefault="00775159">
            <w:r>
              <w:rPr>
                <w:b/>
                <w:sz w:val="18"/>
              </w:rPr>
              <w:t>4. Uprawnienia budowlane</w:t>
            </w:r>
            <w:r>
              <w:rPr>
                <w:b/>
                <w:sz w:val="18"/>
              </w:rPr>
              <w:br/>
              <w:t>(specjalność, zakres, numer, data wydania i organ wydający)</w:t>
            </w:r>
          </w:p>
        </w:tc>
        <w:tc>
          <w:tcPr>
            <w:tcW w:w="75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1FF5C4" w14:textId="77777777" w:rsidR="005A1FAA" w:rsidRDefault="005A1FAA"/>
        </w:tc>
      </w:tr>
      <w:tr w:rsidR="005A1FAA" w14:paraId="76681059" w14:textId="77777777" w:rsidTr="00775159">
        <w:trPr>
          <w:jc w:val="center"/>
        </w:trPr>
        <w:tc>
          <w:tcPr>
            <w:tcW w:w="7569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602350" w14:textId="384F8BE4" w:rsidR="005A1FAA" w:rsidRDefault="00775159">
            <w:r>
              <w:rPr>
                <w:b/>
                <w:sz w:val="18"/>
              </w:rPr>
              <w:t>5. Podstawa dysponowania osobą</w:t>
            </w:r>
            <w:r>
              <w:rPr>
                <w:b/>
                <w:sz w:val="18"/>
              </w:rPr>
              <w:br/>
              <w:t>(np. umowa o pracę, umowa cywilnoprawna, zobowiązanie podmiotu udostępniającego zasoby)</w:t>
            </w:r>
          </w:p>
        </w:tc>
        <w:tc>
          <w:tcPr>
            <w:tcW w:w="75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379BFD" w14:textId="77777777" w:rsidR="005A1FAA" w:rsidRDefault="005A1FAA"/>
        </w:tc>
      </w:tr>
      <w:tr w:rsidR="005A1FAA" w14:paraId="7F975299" w14:textId="77777777" w:rsidTr="00775159">
        <w:trPr>
          <w:jc w:val="center"/>
        </w:trPr>
        <w:tc>
          <w:tcPr>
            <w:tcW w:w="7569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482590" w14:textId="1A92AC8C" w:rsidR="005A1FAA" w:rsidRDefault="00775159">
            <w:r>
              <w:rPr>
                <w:b/>
                <w:sz w:val="18"/>
              </w:rPr>
              <w:t>6. Sposób dysponowania</w:t>
            </w:r>
          </w:p>
        </w:tc>
        <w:tc>
          <w:tcPr>
            <w:tcW w:w="75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D5C946" w14:textId="77777777" w:rsidR="005A1FAA" w:rsidRDefault="00000000">
            <w:r>
              <w:rPr>
                <w:sz w:val="18"/>
              </w:rPr>
              <w:t>bezpośredni / pośredni*</w:t>
            </w:r>
          </w:p>
        </w:tc>
      </w:tr>
    </w:tbl>
    <w:p w14:paraId="6B48C56B" w14:textId="77777777" w:rsidR="005A1FAA" w:rsidRDefault="005A1FAA"/>
    <w:p w14:paraId="61CA943A" w14:textId="77777777" w:rsidR="005A1FAA" w:rsidRDefault="00000000">
      <w:pPr>
        <w:spacing w:after="60"/>
        <w:jc w:val="center"/>
      </w:pPr>
      <w:r>
        <w:rPr>
          <w:b/>
          <w:sz w:val="21"/>
        </w:rPr>
        <w:t>DOŚWIADCZENIE ZAWODOWE OSOBY WSKAZANEJ DO PEŁNIENIA FUNKCJI KIEROWNIKA BUDOWY</w:t>
      </w:r>
    </w:p>
    <w:p w14:paraId="33A566BD" w14:textId="77777777" w:rsidR="005A1FAA" w:rsidRDefault="00000000">
      <w:pPr>
        <w:spacing w:after="100"/>
        <w:jc w:val="both"/>
      </w:pPr>
      <w:r>
        <w:t>Należy wykazać doświadczenie wymagane w pkt 8.1 ppkt 4 SWZ, tj. pełnienie funkcji kierownika budowy lub kierownika robót przy realizacji co najmniej jednej roboty polegającej na budowie lub przebudowie zbiornika wodnego do celów przeciwpożarowych lub innej budowli hydrotechnicznej.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63"/>
        <w:gridCol w:w="2693"/>
        <w:gridCol w:w="3033"/>
        <w:gridCol w:w="3063"/>
        <w:gridCol w:w="1701"/>
        <w:gridCol w:w="1725"/>
      </w:tblGrid>
      <w:tr w:rsidR="004E4FE9" w14:paraId="1562B394" w14:textId="77777777" w:rsidTr="004E4FE9">
        <w:trPr>
          <w:tblHeader/>
          <w:jc w:val="center"/>
        </w:trPr>
        <w:tc>
          <w:tcPr>
            <w:tcW w:w="763" w:type="dxa"/>
            <w:shd w:val="clear" w:color="auto" w:fill="D9EAD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632930" w14:textId="77777777" w:rsidR="004E4FE9" w:rsidRDefault="004E4FE9">
            <w:pPr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2693" w:type="dxa"/>
            <w:shd w:val="clear" w:color="auto" w:fill="D9EAD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30100C" w14:textId="77777777" w:rsidR="004E4FE9" w:rsidRDefault="004E4FE9">
            <w:pPr>
              <w:jc w:val="center"/>
            </w:pPr>
            <w:r>
              <w:rPr>
                <w:b/>
                <w:sz w:val="16"/>
              </w:rPr>
              <w:t>Nazwa i rodzaj inwestycji</w:t>
            </w:r>
          </w:p>
        </w:tc>
        <w:tc>
          <w:tcPr>
            <w:tcW w:w="3033" w:type="dxa"/>
            <w:shd w:val="clear" w:color="auto" w:fill="D9EAD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E46EB6" w14:textId="6E687D31" w:rsidR="004E4FE9" w:rsidRDefault="004E4FE9">
            <w:pPr>
              <w:jc w:val="center"/>
            </w:pPr>
            <w:r w:rsidRPr="004E4FE9">
              <w:rPr>
                <w:b/>
                <w:sz w:val="16"/>
              </w:rPr>
              <w:t>Opis i zakres inwestycji potwierdzający wymagane doświadczenie</w:t>
            </w:r>
          </w:p>
        </w:tc>
        <w:tc>
          <w:tcPr>
            <w:tcW w:w="3063" w:type="dxa"/>
            <w:shd w:val="clear" w:color="auto" w:fill="D9EAD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77E122" w14:textId="77777777" w:rsidR="004E4FE9" w:rsidRDefault="004E4FE9">
            <w:pPr>
              <w:jc w:val="center"/>
            </w:pPr>
            <w:r>
              <w:rPr>
                <w:b/>
                <w:sz w:val="16"/>
              </w:rPr>
              <w:t>Podmiot, na rzecz którego realizowano robotę</w:t>
            </w:r>
          </w:p>
        </w:tc>
        <w:tc>
          <w:tcPr>
            <w:tcW w:w="1701" w:type="dxa"/>
            <w:shd w:val="clear" w:color="auto" w:fill="D9EAD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04A4DA" w14:textId="77777777" w:rsidR="004E4FE9" w:rsidRDefault="004E4FE9">
            <w:pPr>
              <w:jc w:val="center"/>
            </w:pPr>
            <w:r>
              <w:rPr>
                <w:b/>
                <w:sz w:val="16"/>
              </w:rPr>
              <w:t>Pełniona funkcja</w:t>
            </w:r>
          </w:p>
        </w:tc>
        <w:tc>
          <w:tcPr>
            <w:tcW w:w="1725" w:type="dxa"/>
            <w:shd w:val="clear" w:color="auto" w:fill="D9EAD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350E53" w14:textId="77777777" w:rsidR="004E4FE9" w:rsidRDefault="004E4FE9">
            <w:pPr>
              <w:jc w:val="center"/>
            </w:pPr>
            <w:r>
              <w:rPr>
                <w:b/>
                <w:sz w:val="16"/>
              </w:rPr>
              <w:t>Okres pełnienia funkcji</w:t>
            </w:r>
            <w:r>
              <w:rPr>
                <w:b/>
                <w:sz w:val="16"/>
              </w:rPr>
              <w:br/>
              <w:t>od–do</w:t>
            </w:r>
          </w:p>
        </w:tc>
      </w:tr>
      <w:tr w:rsidR="004E4FE9" w14:paraId="00D762A7" w14:textId="77777777" w:rsidTr="004E4FE9">
        <w:trPr>
          <w:jc w:val="center"/>
        </w:trPr>
        <w:tc>
          <w:tcPr>
            <w:tcW w:w="7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FF3C9" w14:textId="77777777" w:rsidR="004E4FE9" w:rsidRDefault="004E4FE9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6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81047" w14:textId="77777777" w:rsidR="004E4FE9" w:rsidRDefault="004E4FE9"/>
        </w:tc>
        <w:tc>
          <w:tcPr>
            <w:tcW w:w="303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55EB8" w14:textId="77777777" w:rsidR="004E4FE9" w:rsidRDefault="004E4FE9">
            <w:r>
              <w:rPr>
                <w:sz w:val="15"/>
              </w:rPr>
              <w:t>np. rodzaj zbiornika lub budowli hydrotechnicznej, roboty w obrębie czaszy, skarp, grobli, urządzeń wodnych lub punktu czerpania wody</w:t>
            </w:r>
          </w:p>
        </w:tc>
        <w:tc>
          <w:tcPr>
            <w:tcW w:w="30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F740A" w14:textId="77777777" w:rsidR="004E4FE9" w:rsidRDefault="004E4FE9"/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36A24" w14:textId="77777777" w:rsidR="004E4FE9" w:rsidRDefault="004E4FE9"/>
        </w:tc>
        <w:tc>
          <w:tcPr>
            <w:tcW w:w="17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BBDFF" w14:textId="77777777" w:rsidR="004E4FE9" w:rsidRDefault="004E4FE9"/>
        </w:tc>
      </w:tr>
      <w:tr w:rsidR="004E4FE9" w14:paraId="5479F99D" w14:textId="77777777" w:rsidTr="004E4FE9">
        <w:trPr>
          <w:jc w:val="center"/>
        </w:trPr>
        <w:tc>
          <w:tcPr>
            <w:tcW w:w="7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06048" w14:textId="77777777" w:rsidR="004E4FE9" w:rsidRDefault="004E4FE9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6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A8C2A" w14:textId="77777777" w:rsidR="004E4FE9" w:rsidRDefault="004E4FE9"/>
        </w:tc>
        <w:tc>
          <w:tcPr>
            <w:tcW w:w="303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FFCAC" w14:textId="77777777" w:rsidR="004E4FE9" w:rsidRDefault="004E4FE9">
            <w:r>
              <w:rPr>
                <w:sz w:val="15"/>
              </w:rPr>
              <w:t xml:space="preserve">np. rodzaj zbiornika lub budowli hydrotechnicznej, roboty w obrębie czaszy, </w:t>
            </w:r>
            <w:r>
              <w:rPr>
                <w:sz w:val="15"/>
              </w:rPr>
              <w:lastRenderedPageBreak/>
              <w:t>skarp, grobli, urządzeń wodnych lub punktu czerpania wody</w:t>
            </w:r>
          </w:p>
        </w:tc>
        <w:tc>
          <w:tcPr>
            <w:tcW w:w="30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D5563" w14:textId="77777777" w:rsidR="004E4FE9" w:rsidRDefault="004E4FE9"/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17707" w14:textId="77777777" w:rsidR="004E4FE9" w:rsidRDefault="004E4FE9"/>
        </w:tc>
        <w:tc>
          <w:tcPr>
            <w:tcW w:w="17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2CFE" w14:textId="77777777" w:rsidR="004E4FE9" w:rsidRDefault="004E4FE9"/>
        </w:tc>
      </w:tr>
    </w:tbl>
    <w:p w14:paraId="6669D5DF" w14:textId="77777777" w:rsidR="005A1FAA" w:rsidRDefault="005A1FAA"/>
    <w:p w14:paraId="053EC40D" w14:textId="77777777" w:rsidR="005A1FAA" w:rsidRDefault="00000000">
      <w:pPr>
        <w:spacing w:after="60"/>
        <w:jc w:val="both"/>
      </w:pPr>
      <w:r>
        <w:t>Oświadczam, że osoba wskazana w wykazie posiada wymagane uprawnienia i doświadczenie oraz zostanie skierowana do realizacji zamówienia w zakresie wskazanym powyżej.</w:t>
      </w:r>
    </w:p>
    <w:p w14:paraId="53F3D9BF" w14:textId="77777777" w:rsidR="005A1FAA" w:rsidRDefault="00000000">
      <w:pPr>
        <w:spacing w:after="120"/>
        <w:jc w:val="both"/>
      </w:pPr>
      <w:r>
        <w:t>Oświadczam, że wszystkie informacje podane w niniejszym wykazie są aktualne i zgodne z prawdą oraz zostały przedstawione z pełną świadomością konsekwencji wprowadzenia Zamawiającego w błąd.</w:t>
      </w:r>
    </w:p>
    <w:p w14:paraId="4CF568FA" w14:textId="77777777" w:rsidR="005A1FAA" w:rsidRDefault="00000000">
      <w:pPr>
        <w:spacing w:after="140"/>
        <w:rPr>
          <w:sz w:val="16"/>
        </w:rPr>
      </w:pPr>
      <w:r>
        <w:rPr>
          <w:sz w:val="16"/>
        </w:rPr>
        <w:t>* Niepotrzebne skreślić.</w:t>
      </w:r>
    </w:p>
    <w:p w14:paraId="4864740D" w14:textId="62A614EC" w:rsidR="004925C1" w:rsidRDefault="004925C1">
      <w:pPr>
        <w:spacing w:after="140"/>
      </w:pPr>
      <w:r>
        <w:rPr>
          <w:sz w:val="16"/>
        </w:rPr>
        <w:t>Informacja</w:t>
      </w:r>
      <w:r>
        <w:rPr>
          <w:b/>
          <w:bCs/>
        </w:rPr>
        <w:t xml:space="preserve">: </w:t>
      </w:r>
      <w:r w:rsidRPr="004925C1">
        <w:rPr>
          <w:b/>
          <w:bCs/>
          <w:sz w:val="16"/>
        </w:rPr>
        <w:t>Umowa bezpośrednio z kierownikiem = dysponowanie bezpośrednie.</w:t>
      </w:r>
      <w:r>
        <w:rPr>
          <w:b/>
          <w:bCs/>
          <w:sz w:val="16"/>
        </w:rPr>
        <w:t xml:space="preserve"> </w:t>
      </w:r>
      <w:r w:rsidRPr="004925C1">
        <w:rPr>
          <w:b/>
          <w:bCs/>
          <w:sz w:val="16"/>
        </w:rPr>
        <w:t>Umowa z inną firmą lub podmiotem, który udostępnia swojego kierownika = dysponowanie pośrednie.</w:t>
      </w:r>
    </w:p>
    <w:p w14:paraId="72E30F06" w14:textId="77777777" w:rsidR="00F33E42" w:rsidRDefault="00F33E42">
      <w:pPr>
        <w:jc w:val="right"/>
      </w:pPr>
    </w:p>
    <w:p w14:paraId="027B6642" w14:textId="77777777" w:rsidR="00F33E42" w:rsidRDefault="00F33E42">
      <w:pPr>
        <w:jc w:val="right"/>
      </w:pPr>
    </w:p>
    <w:p w14:paraId="73054F4A" w14:textId="77777777" w:rsidR="00F33E42" w:rsidRDefault="00F33E42">
      <w:pPr>
        <w:jc w:val="right"/>
      </w:pPr>
    </w:p>
    <w:p w14:paraId="7DC90A92" w14:textId="530E9F62" w:rsidR="005A1FAA" w:rsidRDefault="00000000">
      <w:pPr>
        <w:jc w:val="right"/>
      </w:pPr>
      <w:r>
        <w:t>__________________________________</w:t>
      </w:r>
      <w:r>
        <w:br/>
      </w:r>
      <w:r>
        <w:rPr>
          <w:sz w:val="17"/>
        </w:rPr>
        <w:t>(podpis)</w:t>
      </w:r>
    </w:p>
    <w:p w14:paraId="24A77562" w14:textId="77777777" w:rsidR="005A1FAA" w:rsidRDefault="005A1FAA"/>
    <w:p w14:paraId="474EEB45" w14:textId="77777777" w:rsidR="005A1FAA" w:rsidRDefault="00000000">
      <w:pPr>
        <w:jc w:val="both"/>
      </w:pPr>
      <w:r>
        <w:rPr>
          <w:sz w:val="16"/>
        </w:rPr>
        <w:t>Dokument składa się na wezwanie Zamawiającego jako podmiotowy środek dowodowy. Dokument może zostać podpisany kwalifikowanym podpisem elektronicznym, podpisem zaufanym albo podpisem osobistym.</w:t>
      </w:r>
    </w:p>
    <w:sectPr w:rsidR="005A1FAA" w:rsidSect="00034616">
      <w:footerReference w:type="default" r:id="rId8"/>
      <w:pgSz w:w="16838" w:h="11906" w:orient="landscape"/>
      <w:pgMar w:top="794" w:right="850" w:bottom="794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B1980" w14:textId="77777777" w:rsidR="00D43DA3" w:rsidRDefault="00D43DA3">
      <w:pPr>
        <w:spacing w:after="0"/>
      </w:pPr>
      <w:r>
        <w:separator/>
      </w:r>
    </w:p>
  </w:endnote>
  <w:endnote w:type="continuationSeparator" w:id="0">
    <w:p w14:paraId="018476D9" w14:textId="77777777" w:rsidR="00D43DA3" w:rsidRDefault="00D43D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3C23C" w14:textId="77777777" w:rsidR="005A1FAA" w:rsidRDefault="00000000">
    <w:pPr>
      <w:pStyle w:val="Stopka"/>
      <w:jc w:val="center"/>
    </w:pPr>
    <w:proofErr w:type="spellStart"/>
    <w:r>
      <w:rPr>
        <w:sz w:val="16"/>
      </w:rPr>
      <w:t>Załącznik</w:t>
    </w:r>
    <w:proofErr w:type="spellEnd"/>
    <w:r>
      <w:rPr>
        <w:sz w:val="16"/>
      </w:rPr>
      <w:t xml:space="preserve"> nr 4 do SWZ – SA.270.4.5.2026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65892" w14:textId="77777777" w:rsidR="00D43DA3" w:rsidRDefault="00D43DA3">
      <w:pPr>
        <w:spacing w:after="0"/>
      </w:pPr>
      <w:r>
        <w:separator/>
      </w:r>
    </w:p>
  </w:footnote>
  <w:footnote w:type="continuationSeparator" w:id="0">
    <w:p w14:paraId="3EB58EA0" w14:textId="77777777" w:rsidR="00D43DA3" w:rsidRDefault="00D43D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5085182">
    <w:abstractNumId w:val="8"/>
  </w:num>
  <w:num w:numId="2" w16cid:durableId="1021587310">
    <w:abstractNumId w:val="6"/>
  </w:num>
  <w:num w:numId="3" w16cid:durableId="1286278789">
    <w:abstractNumId w:val="5"/>
  </w:num>
  <w:num w:numId="4" w16cid:durableId="1579552710">
    <w:abstractNumId w:val="4"/>
  </w:num>
  <w:num w:numId="5" w16cid:durableId="440762166">
    <w:abstractNumId w:val="7"/>
  </w:num>
  <w:num w:numId="6" w16cid:durableId="1814562029">
    <w:abstractNumId w:val="3"/>
  </w:num>
  <w:num w:numId="7" w16cid:durableId="370569139">
    <w:abstractNumId w:val="2"/>
  </w:num>
  <w:num w:numId="8" w16cid:durableId="888150377">
    <w:abstractNumId w:val="1"/>
  </w:num>
  <w:num w:numId="9" w16cid:durableId="10296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D7C"/>
    <w:rsid w:val="00034616"/>
    <w:rsid w:val="0006063C"/>
    <w:rsid w:val="0015074B"/>
    <w:rsid w:val="002162DE"/>
    <w:rsid w:val="002867CA"/>
    <w:rsid w:val="0029639D"/>
    <w:rsid w:val="002C7DEC"/>
    <w:rsid w:val="00326F90"/>
    <w:rsid w:val="004925C1"/>
    <w:rsid w:val="004E4FE9"/>
    <w:rsid w:val="005A1FAA"/>
    <w:rsid w:val="00775159"/>
    <w:rsid w:val="00AA1D8D"/>
    <w:rsid w:val="00B1133E"/>
    <w:rsid w:val="00B47730"/>
    <w:rsid w:val="00CB0664"/>
    <w:rsid w:val="00D43DA3"/>
    <w:rsid w:val="00F33E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01F3E9"/>
  <w14:defaultImageDpi w14:val="300"/>
  <w15:docId w15:val="{C6C6341F-9B3B-417E-8182-2669F1DF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40" w:lineRule="auto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– Wykaz osób skierowanych do realizacji zamówienia</vt:lpstr>
      <vt:lpstr/>
    </vt:vector>
  </TitlesOfParts>
  <Manager/>
  <Company/>
  <LinksUpToDate>false</LinksUpToDate>
  <CharactersWithSpaces>2958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– Wykaz osób skierowanych do realizacji zamówienia</dc:title>
  <dc:subject>Postępowanie SA.270.4.5.2026</dc:subject>
  <dc:creator>Nadleśnictwo Cierpiszewo</dc:creator>
  <cp:keywords>Pzp, wykaz osób, kierownik budowy, hydrotechnika</cp:keywords>
  <dc:description>generated by python-docx</dc:description>
  <cp:lastModifiedBy>1226 N.Cierpiszewo Barbara Widlińska</cp:lastModifiedBy>
  <cp:revision>6</cp:revision>
  <dcterms:created xsi:type="dcterms:W3CDTF">2026-07-22T11:03:00Z</dcterms:created>
  <dcterms:modified xsi:type="dcterms:W3CDTF">2026-07-27T13:54:00Z</dcterms:modified>
  <cp:category/>
</cp:coreProperties>
</file>