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710"/>
        <w:gridCol w:w="7710"/>
      </w:tblGrid>
      <w:tr w:rsidR="00874599" w14:paraId="6CC447AD" w14:textId="77777777">
        <w:trPr>
          <w:jc w:val="center"/>
        </w:trPr>
        <w:tc>
          <w:tcPr>
            <w:tcW w:w="7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2DB4D" w14:textId="2184655C" w:rsidR="00874599" w:rsidRDefault="00000000">
            <w:r>
              <w:t>Znak spr.: SA.270.4.</w:t>
            </w:r>
            <w:r w:rsidR="00EE0884">
              <w:t>6</w:t>
            </w:r>
            <w:r>
              <w:t>.2026</w:t>
            </w:r>
          </w:p>
        </w:tc>
        <w:tc>
          <w:tcPr>
            <w:tcW w:w="7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0519" w14:textId="77777777" w:rsidR="00874599" w:rsidRDefault="00000000">
            <w:pPr>
              <w:jc w:val="right"/>
            </w:pPr>
            <w:proofErr w:type="spellStart"/>
            <w:r>
              <w:t>Załącznik</w:t>
            </w:r>
            <w:proofErr w:type="spellEnd"/>
            <w:r>
              <w:t xml:space="preserve"> nr 7 do SWZ</w:t>
            </w:r>
          </w:p>
        </w:tc>
      </w:tr>
    </w:tbl>
    <w:p w14:paraId="40FEAF82" w14:textId="77777777" w:rsidR="00874599" w:rsidRDefault="00874599"/>
    <w:p w14:paraId="059FEB37" w14:textId="77777777" w:rsidR="00874599" w:rsidRDefault="00000000">
      <w:pPr>
        <w:spacing w:after="0"/>
      </w:pPr>
      <w:r>
        <w:t>__________________________________________________________________________________</w:t>
      </w:r>
    </w:p>
    <w:p w14:paraId="630F606A" w14:textId="77777777" w:rsidR="00874599" w:rsidRDefault="00000000">
      <w:pPr>
        <w:spacing w:after="0"/>
      </w:pPr>
      <w:r>
        <w:t>__________________________________________________________________________________</w:t>
      </w:r>
    </w:p>
    <w:p w14:paraId="5FF2AEA1" w14:textId="77777777" w:rsidR="00874599" w:rsidRDefault="00000000">
      <w:pPr>
        <w:spacing w:after="80"/>
      </w:pPr>
      <w:r>
        <w:t>(</w:t>
      </w:r>
      <w:proofErr w:type="spellStart"/>
      <w:r>
        <w:t>nazwa</w:t>
      </w:r>
      <w:proofErr w:type="spellEnd"/>
      <w:r>
        <w:t xml:space="preserve"> i </w:t>
      </w:r>
      <w:proofErr w:type="spellStart"/>
      <w:r>
        <w:t>adres</w:t>
      </w:r>
      <w:proofErr w:type="spellEnd"/>
      <w:r>
        <w:t xml:space="preserve"> Wykonawcy, nr NIP)</w:t>
      </w:r>
    </w:p>
    <w:p w14:paraId="7C223472" w14:textId="77777777" w:rsidR="00874599" w:rsidRDefault="00000000">
      <w:pPr>
        <w:spacing w:after="120"/>
        <w:jc w:val="right"/>
      </w:pPr>
      <w:r>
        <w:t>__________________________________________, dnia ________________ r.</w:t>
      </w:r>
    </w:p>
    <w:p w14:paraId="4742F113" w14:textId="77777777" w:rsidR="00874599" w:rsidRDefault="00000000">
      <w:pPr>
        <w:spacing w:after="100"/>
        <w:jc w:val="center"/>
      </w:pPr>
      <w:r>
        <w:rPr>
          <w:b/>
          <w:sz w:val="28"/>
        </w:rPr>
        <w:t>WYKAZ ROBÓT BUDOWLANYCH</w:t>
      </w:r>
    </w:p>
    <w:p w14:paraId="6E2742E3" w14:textId="0C131BA2" w:rsidR="00874599" w:rsidRPr="00A243CF" w:rsidRDefault="00000000">
      <w:pPr>
        <w:spacing w:after="100"/>
        <w:jc w:val="both"/>
        <w:rPr>
          <w:b/>
          <w:bCs/>
        </w:rPr>
      </w:pPr>
      <w:proofErr w:type="spellStart"/>
      <w:r>
        <w:t>Składany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potwierdzenia</w:t>
      </w:r>
      <w:proofErr w:type="spellEnd"/>
      <w:r>
        <w:t xml:space="preserve"> </w:t>
      </w:r>
      <w:proofErr w:type="spellStart"/>
      <w:r>
        <w:t>spełniania</w:t>
      </w:r>
      <w:proofErr w:type="spellEnd"/>
      <w:r>
        <w:t xml:space="preserve"> </w:t>
      </w:r>
      <w:proofErr w:type="spellStart"/>
      <w:r>
        <w:t>warunku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w postępowaniu prowadzonym przez Nadleśnictwo Cierpiszewo w trybie </w:t>
      </w:r>
      <w:proofErr w:type="spellStart"/>
      <w:r>
        <w:t>podstawowym</w:t>
      </w:r>
      <w:proofErr w:type="spellEnd"/>
      <w:r>
        <w:t xml:space="preserve"> z </w:t>
      </w:r>
      <w:proofErr w:type="spellStart"/>
      <w:r>
        <w:t>możliwością</w:t>
      </w:r>
      <w:proofErr w:type="spellEnd"/>
      <w:r>
        <w:t xml:space="preserve"> </w:t>
      </w:r>
      <w:proofErr w:type="spellStart"/>
      <w:r>
        <w:t>negocjacji</w:t>
      </w:r>
      <w:proofErr w:type="spellEnd"/>
      <w:r>
        <w:t xml:space="preserve">, o którym mowa </w:t>
      </w:r>
      <w:proofErr w:type="spellStart"/>
      <w:r>
        <w:t>w art</w:t>
      </w:r>
      <w:proofErr w:type="spellEnd"/>
      <w:r>
        <w:t xml:space="preserve">. 275 pkt 2 ustawy Pzp, na </w:t>
      </w:r>
      <w:proofErr w:type="spellStart"/>
      <w:r>
        <w:t>zadanie</w:t>
      </w:r>
      <w:proofErr w:type="spellEnd"/>
      <w:r>
        <w:t xml:space="preserve"> </w:t>
      </w:r>
      <w:proofErr w:type="spellStart"/>
      <w:r>
        <w:t>pn</w:t>
      </w:r>
      <w:proofErr w:type="spellEnd"/>
      <w:r>
        <w:t xml:space="preserve">. </w:t>
      </w:r>
      <w:r w:rsidR="00EE0884" w:rsidRPr="002D7F47">
        <w:rPr>
          <w:rFonts w:ascii="Cambria" w:hAnsi="Cambria" w:cs="Arial"/>
          <w:b/>
          <w:sz w:val="22"/>
        </w:rPr>
        <w:t xml:space="preserve">„Budowa </w:t>
      </w:r>
      <w:proofErr w:type="spellStart"/>
      <w:r w:rsidR="00EE0884">
        <w:rPr>
          <w:rFonts w:ascii="Cambria" w:hAnsi="Cambria" w:cs="Arial"/>
          <w:b/>
          <w:sz w:val="22"/>
        </w:rPr>
        <w:t>drogi</w:t>
      </w:r>
      <w:proofErr w:type="spellEnd"/>
      <w:r w:rsidR="00EE0884">
        <w:rPr>
          <w:rFonts w:ascii="Cambria" w:hAnsi="Cambria" w:cs="Arial"/>
          <w:b/>
          <w:sz w:val="22"/>
        </w:rPr>
        <w:t xml:space="preserve"> </w:t>
      </w:r>
      <w:proofErr w:type="spellStart"/>
      <w:r w:rsidR="00EE0884">
        <w:rPr>
          <w:rFonts w:ascii="Cambria" w:hAnsi="Cambria" w:cs="Arial"/>
          <w:b/>
          <w:sz w:val="22"/>
        </w:rPr>
        <w:t>manewrowej</w:t>
      </w:r>
      <w:proofErr w:type="spellEnd"/>
      <w:r w:rsidR="00EE0884">
        <w:rPr>
          <w:rFonts w:ascii="Cambria" w:hAnsi="Cambria" w:cs="Arial"/>
          <w:b/>
          <w:sz w:val="22"/>
        </w:rPr>
        <w:t xml:space="preserve"> wraz z </w:t>
      </w:r>
      <w:proofErr w:type="spellStart"/>
      <w:r w:rsidR="00EE0884">
        <w:rPr>
          <w:rFonts w:ascii="Cambria" w:hAnsi="Cambria" w:cs="Arial"/>
          <w:b/>
          <w:sz w:val="22"/>
        </w:rPr>
        <w:t>zagospodarowaniem</w:t>
      </w:r>
      <w:proofErr w:type="spellEnd"/>
      <w:r w:rsidR="00EE0884">
        <w:rPr>
          <w:rFonts w:ascii="Cambria" w:hAnsi="Cambria" w:cs="Arial"/>
          <w:b/>
          <w:sz w:val="22"/>
        </w:rPr>
        <w:t xml:space="preserve"> terenu przy </w:t>
      </w:r>
      <w:proofErr w:type="spellStart"/>
      <w:r w:rsidR="00EE0884">
        <w:rPr>
          <w:rFonts w:ascii="Cambria" w:hAnsi="Cambria" w:cs="Arial"/>
          <w:b/>
          <w:sz w:val="22"/>
        </w:rPr>
        <w:t>Nadleśnictwie</w:t>
      </w:r>
      <w:proofErr w:type="spellEnd"/>
      <w:r w:rsidR="00EE0884">
        <w:rPr>
          <w:rFonts w:ascii="Cambria" w:hAnsi="Cambria" w:cs="Arial"/>
          <w:b/>
          <w:sz w:val="22"/>
        </w:rPr>
        <w:t xml:space="preserve"> Ci</w:t>
      </w:r>
      <w:r w:rsidR="00EE0884" w:rsidRPr="002D7F47">
        <w:rPr>
          <w:rFonts w:ascii="Cambria" w:hAnsi="Cambria" w:cs="Arial"/>
          <w:b/>
          <w:sz w:val="22"/>
        </w:rPr>
        <w:t>erpiszewo</w:t>
      </w:r>
      <w:r w:rsidR="00EE0884">
        <w:rPr>
          <w:rFonts w:ascii="Cambria" w:hAnsi="Cambria" w:cs="Arial"/>
          <w:b/>
          <w:sz w:val="22"/>
        </w:rPr>
        <w:t>”.</w:t>
      </w:r>
    </w:p>
    <w:p w14:paraId="733DE843" w14:textId="77777777" w:rsidR="00874599" w:rsidRDefault="00000000">
      <w:pPr>
        <w:spacing w:after="100"/>
        <w:jc w:val="both"/>
      </w:pPr>
      <w:proofErr w:type="spellStart"/>
      <w:r>
        <w:t>Należy</w:t>
      </w:r>
      <w:proofErr w:type="spellEnd"/>
      <w:r>
        <w:t xml:space="preserve"> </w:t>
      </w:r>
      <w:proofErr w:type="spellStart"/>
      <w:r>
        <w:t>wykazać</w:t>
      </w:r>
      <w:proofErr w:type="spellEnd"/>
      <w:r>
        <w:t xml:space="preserve"> </w:t>
      </w:r>
      <w:proofErr w:type="spellStart"/>
      <w:r>
        <w:t>robotę</w:t>
      </w:r>
      <w:proofErr w:type="spellEnd"/>
      <w:r>
        <w:t xml:space="preserve"> budowlaną </w:t>
      </w:r>
      <w:proofErr w:type="spellStart"/>
      <w:r>
        <w:t>odpowiadającą</w:t>
      </w:r>
      <w:proofErr w:type="spellEnd"/>
      <w:r>
        <w:t xml:space="preserve"> </w:t>
      </w:r>
      <w:proofErr w:type="spellStart"/>
      <w:r>
        <w:t>warunkowi</w:t>
      </w:r>
      <w:proofErr w:type="spellEnd"/>
      <w:r>
        <w:t xml:space="preserve"> </w:t>
      </w:r>
      <w:proofErr w:type="spellStart"/>
      <w:r>
        <w:t>określonemu</w:t>
      </w:r>
      <w:proofErr w:type="spellEnd"/>
      <w:r>
        <w:t xml:space="preserve"> w pkt 8.1 </w:t>
      </w:r>
      <w:proofErr w:type="spellStart"/>
      <w:r>
        <w:t>ppkt</w:t>
      </w:r>
      <w:proofErr w:type="spellEnd"/>
      <w:r>
        <w:t xml:space="preserve"> 4 SWZ. W opisie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wskazać</w:t>
      </w:r>
      <w:proofErr w:type="spellEnd"/>
      <w:r>
        <w:t xml:space="preserve"> </w:t>
      </w:r>
      <w:proofErr w:type="spellStart"/>
      <w:r>
        <w:t>informacje</w:t>
      </w:r>
      <w:proofErr w:type="spellEnd"/>
      <w:r>
        <w:t xml:space="preserve"> </w:t>
      </w:r>
      <w:proofErr w:type="spellStart"/>
      <w:r>
        <w:t>pozwalające</w:t>
      </w:r>
      <w:proofErr w:type="spellEnd"/>
      <w:r>
        <w:t xml:space="preserve"> </w:t>
      </w:r>
      <w:proofErr w:type="spellStart"/>
      <w:r>
        <w:t>potwierdzić</w:t>
      </w:r>
      <w:proofErr w:type="spellEnd"/>
      <w:r>
        <w:t xml:space="preserve"> rodzaj i funkcję zbiornika, wykonanie, </w:t>
      </w:r>
      <w:proofErr w:type="spellStart"/>
      <w:r>
        <w:t>przebudowę</w:t>
      </w:r>
      <w:proofErr w:type="spellEnd"/>
      <w:r>
        <w:t xml:space="preserve"> lub </w:t>
      </w:r>
      <w:proofErr w:type="spellStart"/>
      <w:r>
        <w:t>remont</w:t>
      </w:r>
      <w:proofErr w:type="spellEnd"/>
      <w:r>
        <w:t xml:space="preserve"> 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czerpania</w:t>
      </w:r>
      <w:proofErr w:type="spellEnd"/>
      <w:r>
        <w:t xml:space="preserve"> wody albo ujęcia </w:t>
      </w:r>
      <w:proofErr w:type="spellStart"/>
      <w:r>
        <w:t>przeciwpożarowego</w:t>
      </w:r>
      <w:proofErr w:type="spellEnd"/>
      <w:r>
        <w:t xml:space="preserve"> oraz zakres robót wykonanych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czaszy</w:t>
      </w:r>
      <w:proofErr w:type="spellEnd"/>
      <w:r>
        <w:t xml:space="preserve"> zbiornika, jego skarp lub </w:t>
      </w:r>
      <w:proofErr w:type="spellStart"/>
      <w:r>
        <w:t>grobli</w:t>
      </w:r>
      <w:proofErr w:type="spellEnd"/>
      <w:r>
        <w:t>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3"/>
        <w:gridCol w:w="2203"/>
      </w:tblGrid>
      <w:tr w:rsidR="003623A5" w14:paraId="7BEF9091" w14:textId="77777777">
        <w:trPr>
          <w:tblHeader/>
          <w:jc w:val="center"/>
        </w:trPr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043E77" w14:textId="77777777" w:rsidR="003623A5" w:rsidRDefault="003623A5">
            <w:pPr>
              <w:jc w:val="center"/>
            </w:pPr>
            <w:proofErr w:type="spellStart"/>
            <w:r>
              <w:rPr>
                <w:b/>
                <w:sz w:val="15"/>
              </w:rPr>
              <w:t>Lp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D12E8" w14:textId="77777777" w:rsidR="003623A5" w:rsidRDefault="003623A5">
            <w:pPr>
              <w:jc w:val="center"/>
            </w:pPr>
            <w:r>
              <w:rPr>
                <w:b/>
                <w:sz w:val="15"/>
              </w:rPr>
              <w:t xml:space="preserve">Nazwa, rodzaj i </w:t>
            </w:r>
            <w:proofErr w:type="spellStart"/>
            <w:r>
              <w:rPr>
                <w:b/>
                <w:sz w:val="15"/>
              </w:rPr>
              <w:t>opis</w:t>
            </w:r>
            <w:proofErr w:type="spellEnd"/>
            <w:r>
              <w:rPr>
                <w:b/>
                <w:sz w:val="15"/>
              </w:rPr>
              <w:t xml:space="preserve"> zakresu robót budowlanych potwierdzający </w:t>
            </w:r>
            <w:proofErr w:type="spellStart"/>
            <w:r>
              <w:rPr>
                <w:b/>
                <w:sz w:val="15"/>
              </w:rPr>
              <w:t>spełnienie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warunku</w:t>
            </w:r>
            <w:proofErr w:type="spellEnd"/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B0030" w14:textId="77777777" w:rsidR="003623A5" w:rsidRDefault="003623A5">
            <w:pPr>
              <w:jc w:val="center"/>
            </w:pPr>
            <w:r>
              <w:rPr>
                <w:b/>
                <w:sz w:val="15"/>
              </w:rPr>
              <w:t>Wartość wykonanych robót brutto (zł)</w:t>
            </w:r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B2E3DE" w14:textId="77777777" w:rsidR="003623A5" w:rsidRDefault="003623A5">
            <w:pPr>
              <w:jc w:val="center"/>
            </w:pPr>
            <w:r>
              <w:rPr>
                <w:b/>
                <w:sz w:val="15"/>
              </w:rPr>
              <w:t>Okres realizacji od–do</w:t>
            </w:r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DC787E" w14:textId="77777777" w:rsidR="003623A5" w:rsidRDefault="003623A5">
            <w:pPr>
              <w:jc w:val="center"/>
            </w:pPr>
            <w:proofErr w:type="spellStart"/>
            <w:r>
              <w:rPr>
                <w:b/>
                <w:sz w:val="15"/>
              </w:rPr>
              <w:t>Miejsce</w:t>
            </w:r>
            <w:proofErr w:type="spellEnd"/>
            <w:r>
              <w:rPr>
                <w:b/>
                <w:sz w:val="15"/>
              </w:rPr>
              <w:t xml:space="preserve"> wykonania</w:t>
            </w:r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074022" w14:textId="77777777" w:rsidR="003623A5" w:rsidRDefault="003623A5">
            <w:pPr>
              <w:jc w:val="center"/>
            </w:pPr>
            <w:proofErr w:type="spellStart"/>
            <w:r>
              <w:rPr>
                <w:b/>
                <w:sz w:val="15"/>
              </w:rPr>
              <w:t>Podmiot</w:t>
            </w:r>
            <w:proofErr w:type="spellEnd"/>
            <w:r>
              <w:rPr>
                <w:b/>
                <w:sz w:val="15"/>
              </w:rPr>
              <w:t xml:space="preserve">, na rzecz </w:t>
            </w:r>
            <w:proofErr w:type="spellStart"/>
            <w:r>
              <w:rPr>
                <w:b/>
                <w:sz w:val="15"/>
              </w:rPr>
              <w:t>którego</w:t>
            </w:r>
            <w:proofErr w:type="spellEnd"/>
            <w:r>
              <w:rPr>
                <w:b/>
                <w:sz w:val="15"/>
              </w:rPr>
              <w:t xml:space="preserve"> roboty zostały </w:t>
            </w:r>
            <w:proofErr w:type="spellStart"/>
            <w:r>
              <w:rPr>
                <w:b/>
                <w:sz w:val="15"/>
              </w:rPr>
              <w:t>wykonane</w:t>
            </w:r>
            <w:proofErr w:type="spellEnd"/>
          </w:p>
        </w:tc>
      </w:tr>
      <w:tr w:rsidR="003623A5" w14:paraId="281437A3" w14:textId="77777777">
        <w:trPr>
          <w:jc w:val="center"/>
        </w:trPr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8A10F3" w14:textId="77777777" w:rsidR="003623A5" w:rsidRDefault="003623A5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B900EF" w14:textId="75720386" w:rsidR="003623A5" w:rsidRDefault="003623A5">
            <w:r>
              <w:rPr>
                <w:sz w:val="15"/>
              </w:rPr>
              <w:t xml:space="preserve">Nazwa </w:t>
            </w:r>
            <w:proofErr w:type="spellStart"/>
            <w:r>
              <w:rPr>
                <w:sz w:val="15"/>
              </w:rPr>
              <w:t>zadania</w:t>
            </w:r>
            <w:proofErr w:type="spellEnd"/>
            <w:r>
              <w:rPr>
                <w:sz w:val="15"/>
              </w:rPr>
              <w:t xml:space="preserve">; </w:t>
            </w: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365B5AE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F79A6C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EBDC47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6E6EBB" w14:textId="77777777" w:rsidR="003623A5" w:rsidRDefault="003623A5"/>
        </w:tc>
      </w:tr>
      <w:tr w:rsidR="003623A5" w14:paraId="2CAD561B" w14:textId="77777777">
        <w:trPr>
          <w:jc w:val="center"/>
        </w:trPr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A729A1" w14:textId="77777777" w:rsidR="003623A5" w:rsidRDefault="003623A5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F4CEEA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FB2E782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6853C6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629BFC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006F034" w14:textId="77777777" w:rsidR="003623A5" w:rsidRDefault="003623A5"/>
        </w:tc>
      </w:tr>
      <w:tr w:rsidR="003623A5" w14:paraId="693EB96C" w14:textId="77777777">
        <w:trPr>
          <w:jc w:val="center"/>
        </w:trPr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CD0BC0" w14:textId="77777777" w:rsidR="003623A5" w:rsidRDefault="003623A5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48723C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532516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BC2AD28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79D482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DA7E88" w14:textId="77777777" w:rsidR="003623A5" w:rsidRDefault="003623A5"/>
        </w:tc>
      </w:tr>
    </w:tbl>
    <w:p w14:paraId="265C505C" w14:textId="77777777" w:rsidR="00874599" w:rsidRDefault="00874599"/>
    <w:p w14:paraId="3E839105" w14:textId="77777777" w:rsidR="00874599" w:rsidRDefault="00000000">
      <w:pPr>
        <w:ind w:left="170" w:hanging="170"/>
        <w:jc w:val="both"/>
      </w:pPr>
      <w:r>
        <w:rPr>
          <w:b/>
        </w:rPr>
        <w:t xml:space="preserve">1. </w:t>
      </w:r>
      <w:r>
        <w:t xml:space="preserve">Do </w:t>
      </w:r>
      <w:proofErr w:type="spellStart"/>
      <w:r>
        <w:t>wykazu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załączyć</w:t>
      </w:r>
      <w:proofErr w:type="spellEnd"/>
      <w:r>
        <w:t xml:space="preserve"> </w:t>
      </w:r>
      <w:proofErr w:type="spellStart"/>
      <w:r>
        <w:t>dowody</w:t>
      </w:r>
      <w:proofErr w:type="spellEnd"/>
      <w:r>
        <w:t xml:space="preserve"> </w:t>
      </w:r>
      <w:proofErr w:type="spellStart"/>
      <w:r>
        <w:t>określające</w:t>
      </w:r>
      <w:proofErr w:type="spellEnd"/>
      <w:r>
        <w:t xml:space="preserve">, że wskazane roboty budowlane zostały </w:t>
      </w:r>
      <w:proofErr w:type="spellStart"/>
      <w:r>
        <w:t>wykonane</w:t>
      </w:r>
      <w:proofErr w:type="spellEnd"/>
      <w:r>
        <w:t xml:space="preserve"> należycie.</w:t>
      </w:r>
    </w:p>
    <w:p w14:paraId="1AA02B8D" w14:textId="77777777" w:rsidR="003623A5" w:rsidRDefault="00000000" w:rsidP="003623A5">
      <w:pPr>
        <w:ind w:left="170" w:hanging="170"/>
        <w:jc w:val="both"/>
      </w:pPr>
      <w:r>
        <w:rPr>
          <w:b/>
        </w:rPr>
        <w:t xml:space="preserve">2. </w:t>
      </w:r>
      <w:r>
        <w:t xml:space="preserve">Jeżeli Wykonawca </w:t>
      </w:r>
      <w:proofErr w:type="spellStart"/>
      <w:r>
        <w:t>powołuje</w:t>
      </w:r>
      <w:proofErr w:type="spellEnd"/>
      <w:r>
        <w:t xml:space="preserve"> się na doświadczenie w realizacji robót </w:t>
      </w:r>
      <w:proofErr w:type="spellStart"/>
      <w:r>
        <w:t>wykonywanych</w:t>
      </w:r>
      <w:proofErr w:type="spellEnd"/>
      <w:r>
        <w:t xml:space="preserve"> </w:t>
      </w:r>
      <w:proofErr w:type="spellStart"/>
      <w:r>
        <w:t>wspólnie</w:t>
      </w:r>
      <w:proofErr w:type="spellEnd"/>
      <w:r>
        <w:t xml:space="preserve"> z innymi </w:t>
      </w:r>
      <w:proofErr w:type="spellStart"/>
      <w:r>
        <w:t>wykonawcami</w:t>
      </w:r>
      <w:proofErr w:type="spellEnd"/>
      <w:r>
        <w:t xml:space="preserve">, </w:t>
      </w:r>
      <w:proofErr w:type="spellStart"/>
      <w:r>
        <w:t>wykaz</w:t>
      </w:r>
      <w:proofErr w:type="spellEnd"/>
      <w:r>
        <w:t xml:space="preserve"> dotyczy </w:t>
      </w:r>
      <w:proofErr w:type="spellStart"/>
      <w:r>
        <w:t>wyłącznie</w:t>
      </w:r>
      <w:proofErr w:type="spellEnd"/>
      <w:r>
        <w:t xml:space="preserve"> robót budowlanych, w których </w:t>
      </w:r>
      <w:proofErr w:type="spellStart"/>
      <w:r>
        <w:t>wykonaniu</w:t>
      </w:r>
      <w:proofErr w:type="spellEnd"/>
      <w:r>
        <w:t xml:space="preserve"> Wykonawca </w:t>
      </w:r>
      <w:proofErr w:type="spellStart"/>
      <w:r>
        <w:t>bezpośrednio</w:t>
      </w:r>
      <w:proofErr w:type="spellEnd"/>
      <w:r>
        <w:t xml:space="preserve"> </w:t>
      </w:r>
      <w:proofErr w:type="spellStart"/>
      <w:r>
        <w:t>uczestniczył</w:t>
      </w:r>
      <w:proofErr w:type="spellEnd"/>
      <w:r>
        <w:t>.</w:t>
      </w:r>
      <w:r w:rsidR="003623A5">
        <w:t xml:space="preserve"> </w:t>
      </w:r>
      <w:r w:rsidR="003623A5" w:rsidRPr="005057F7">
        <w:t xml:space="preserve">W takim przypadku </w:t>
      </w:r>
      <w:proofErr w:type="spellStart"/>
      <w:r w:rsidR="003623A5" w:rsidRPr="005057F7">
        <w:t>podana</w:t>
      </w:r>
      <w:proofErr w:type="spellEnd"/>
      <w:r w:rsidR="003623A5" w:rsidRPr="005057F7">
        <w:t xml:space="preserve"> wartość powinna </w:t>
      </w:r>
      <w:proofErr w:type="spellStart"/>
      <w:r w:rsidR="003623A5" w:rsidRPr="005057F7">
        <w:t>dotyczyć</w:t>
      </w:r>
      <w:proofErr w:type="spellEnd"/>
      <w:r w:rsidR="003623A5" w:rsidRPr="005057F7">
        <w:t xml:space="preserve"> zakresu robót wykonanego </w:t>
      </w:r>
      <w:proofErr w:type="spellStart"/>
      <w:r w:rsidR="003623A5" w:rsidRPr="005057F7">
        <w:t>bezpośrednio</w:t>
      </w:r>
      <w:proofErr w:type="spellEnd"/>
      <w:r w:rsidR="003623A5" w:rsidRPr="005057F7">
        <w:t xml:space="preserve"> przez Wykonawcę, a nie wartości </w:t>
      </w:r>
      <w:proofErr w:type="spellStart"/>
      <w:r w:rsidR="003623A5" w:rsidRPr="005057F7">
        <w:t>całego</w:t>
      </w:r>
      <w:proofErr w:type="spellEnd"/>
      <w:r w:rsidR="003623A5" w:rsidRPr="005057F7">
        <w:t xml:space="preserve"> </w:t>
      </w:r>
      <w:proofErr w:type="spellStart"/>
      <w:r w:rsidR="003623A5" w:rsidRPr="005057F7">
        <w:t>wspólnie</w:t>
      </w:r>
      <w:proofErr w:type="spellEnd"/>
      <w:r w:rsidR="003623A5" w:rsidRPr="005057F7">
        <w:t xml:space="preserve"> </w:t>
      </w:r>
      <w:proofErr w:type="spellStart"/>
      <w:r w:rsidR="003623A5" w:rsidRPr="005057F7">
        <w:t>realizowanego</w:t>
      </w:r>
      <w:proofErr w:type="spellEnd"/>
      <w:r w:rsidR="003623A5" w:rsidRPr="005057F7">
        <w:t xml:space="preserve"> zamówienia.</w:t>
      </w:r>
    </w:p>
    <w:p w14:paraId="58DEBB72" w14:textId="77777777" w:rsidR="00874599" w:rsidRDefault="00000000">
      <w:pPr>
        <w:ind w:left="170" w:hanging="170"/>
        <w:jc w:val="both"/>
      </w:pPr>
      <w:r>
        <w:rPr>
          <w:b/>
        </w:rPr>
        <w:t xml:space="preserve">3. </w:t>
      </w:r>
      <w:r>
        <w:t xml:space="preserve">W przypadku wartości robót </w:t>
      </w:r>
      <w:proofErr w:type="spellStart"/>
      <w:r>
        <w:t>podanej</w:t>
      </w:r>
      <w:proofErr w:type="spellEnd"/>
      <w:r>
        <w:t xml:space="preserve"> w </w:t>
      </w:r>
      <w:proofErr w:type="spellStart"/>
      <w:r>
        <w:t>walucie</w:t>
      </w:r>
      <w:proofErr w:type="spellEnd"/>
      <w:r>
        <w:t xml:space="preserve"> </w:t>
      </w:r>
      <w:proofErr w:type="spellStart"/>
      <w:r>
        <w:t>obcej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podać</w:t>
      </w:r>
      <w:proofErr w:type="spellEnd"/>
      <w:r>
        <w:t xml:space="preserve"> także </w:t>
      </w:r>
      <w:proofErr w:type="spellStart"/>
      <w:r>
        <w:t>równowartość</w:t>
      </w:r>
      <w:proofErr w:type="spellEnd"/>
      <w:r>
        <w:t xml:space="preserve"> w </w:t>
      </w:r>
      <w:proofErr w:type="spellStart"/>
      <w:r>
        <w:t>złotych</w:t>
      </w:r>
      <w:proofErr w:type="spellEnd"/>
      <w:r>
        <w:t xml:space="preserve"> oraz </w:t>
      </w:r>
      <w:proofErr w:type="spellStart"/>
      <w:r>
        <w:t>zastosowany</w:t>
      </w:r>
      <w:proofErr w:type="spellEnd"/>
      <w:r>
        <w:t xml:space="preserve"> sposób </w:t>
      </w:r>
      <w:proofErr w:type="spellStart"/>
      <w:r>
        <w:t>przeliczenia</w:t>
      </w:r>
      <w:proofErr w:type="spellEnd"/>
      <w:r>
        <w:t>.</w:t>
      </w:r>
    </w:p>
    <w:p w14:paraId="73C9E73E" w14:textId="77777777" w:rsidR="00874599" w:rsidRDefault="00874599"/>
    <w:p w14:paraId="23B925C5" w14:textId="77777777" w:rsidR="00874599" w:rsidRDefault="00000000">
      <w:pPr>
        <w:spacing w:after="100"/>
        <w:jc w:val="both"/>
      </w:pPr>
      <w:proofErr w:type="spellStart"/>
      <w:r>
        <w:t>Oświadczam</w:t>
      </w:r>
      <w:proofErr w:type="spellEnd"/>
      <w:r>
        <w:t xml:space="preserve">, że wszystkie </w:t>
      </w:r>
      <w:proofErr w:type="spellStart"/>
      <w:r>
        <w:t>informacje</w:t>
      </w:r>
      <w:proofErr w:type="spellEnd"/>
      <w:r>
        <w:t xml:space="preserve"> </w:t>
      </w:r>
      <w:proofErr w:type="spellStart"/>
      <w:r>
        <w:t>podane</w:t>
      </w:r>
      <w:proofErr w:type="spellEnd"/>
      <w:r>
        <w:t xml:space="preserve"> w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wykazie</w:t>
      </w:r>
      <w:proofErr w:type="spellEnd"/>
      <w:r>
        <w:t xml:space="preserve"> są </w:t>
      </w:r>
      <w:proofErr w:type="spellStart"/>
      <w:r>
        <w:t>aktualne</w:t>
      </w:r>
      <w:proofErr w:type="spellEnd"/>
      <w:r>
        <w:t xml:space="preserve"> i zgodne z </w:t>
      </w:r>
      <w:proofErr w:type="spellStart"/>
      <w:r>
        <w:t>prawdą</w:t>
      </w:r>
      <w:proofErr w:type="spellEnd"/>
      <w:r>
        <w:t xml:space="preserve"> oraz zostały </w:t>
      </w:r>
      <w:proofErr w:type="spellStart"/>
      <w:r>
        <w:t>przedstawione</w:t>
      </w:r>
      <w:proofErr w:type="spellEnd"/>
      <w:r>
        <w:t xml:space="preserve"> z </w:t>
      </w:r>
      <w:proofErr w:type="spellStart"/>
      <w:r>
        <w:t>pełną</w:t>
      </w:r>
      <w:proofErr w:type="spellEnd"/>
      <w:r>
        <w:t xml:space="preserve"> </w:t>
      </w:r>
      <w:proofErr w:type="spellStart"/>
      <w:r>
        <w:t>świadomością</w:t>
      </w:r>
      <w:proofErr w:type="spellEnd"/>
      <w:r>
        <w:t xml:space="preserve"> </w:t>
      </w:r>
      <w:proofErr w:type="spellStart"/>
      <w:r>
        <w:t>konsekwencji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Zamawiającego w </w:t>
      </w:r>
      <w:proofErr w:type="spellStart"/>
      <w:r>
        <w:t>błąd</w:t>
      </w:r>
      <w:proofErr w:type="spellEnd"/>
      <w:r>
        <w:t>.</w:t>
      </w:r>
    </w:p>
    <w:p w14:paraId="179EC3B8" w14:textId="77777777" w:rsidR="003623A5" w:rsidRDefault="003623A5">
      <w:pPr>
        <w:spacing w:after="100"/>
        <w:jc w:val="both"/>
      </w:pPr>
    </w:p>
    <w:p w14:paraId="31A5A57F" w14:textId="77777777" w:rsidR="003623A5" w:rsidRDefault="003623A5">
      <w:pPr>
        <w:spacing w:after="100"/>
        <w:jc w:val="both"/>
      </w:pPr>
    </w:p>
    <w:p w14:paraId="10EAADF1" w14:textId="77777777" w:rsidR="00874599" w:rsidRDefault="00000000">
      <w:pPr>
        <w:jc w:val="right"/>
      </w:pPr>
      <w:r>
        <w:t>__________________________________</w:t>
      </w:r>
      <w:r>
        <w:br/>
      </w:r>
      <w:r>
        <w:rPr>
          <w:sz w:val="17"/>
        </w:rPr>
        <w:t>(</w:t>
      </w:r>
      <w:proofErr w:type="spellStart"/>
      <w:r>
        <w:rPr>
          <w:sz w:val="17"/>
        </w:rPr>
        <w:t>podpis</w:t>
      </w:r>
      <w:proofErr w:type="spellEnd"/>
      <w:r>
        <w:rPr>
          <w:sz w:val="17"/>
        </w:rPr>
        <w:t>)</w:t>
      </w:r>
    </w:p>
    <w:p w14:paraId="161FB2F2" w14:textId="77777777" w:rsidR="00874599" w:rsidRDefault="00000000">
      <w:pPr>
        <w:jc w:val="both"/>
      </w:pPr>
      <w:r>
        <w:rPr>
          <w:sz w:val="16"/>
        </w:rPr>
        <w:t xml:space="preserve">Dokument </w:t>
      </w:r>
      <w:proofErr w:type="spellStart"/>
      <w:r>
        <w:rPr>
          <w:sz w:val="16"/>
        </w:rPr>
        <w:t>składa</w:t>
      </w:r>
      <w:proofErr w:type="spellEnd"/>
      <w:r>
        <w:rPr>
          <w:sz w:val="16"/>
        </w:rPr>
        <w:t xml:space="preserve"> się na </w:t>
      </w:r>
      <w:proofErr w:type="spellStart"/>
      <w:r>
        <w:rPr>
          <w:sz w:val="16"/>
        </w:rPr>
        <w:t>wezwanie</w:t>
      </w:r>
      <w:proofErr w:type="spellEnd"/>
      <w:r>
        <w:rPr>
          <w:sz w:val="16"/>
        </w:rPr>
        <w:t xml:space="preserve"> Zamawiającego jako </w:t>
      </w:r>
      <w:proofErr w:type="spellStart"/>
      <w:r>
        <w:rPr>
          <w:sz w:val="16"/>
        </w:rPr>
        <w:t>podmiotowy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środek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dowodowy</w:t>
      </w:r>
      <w:proofErr w:type="spellEnd"/>
      <w:r>
        <w:rPr>
          <w:sz w:val="16"/>
        </w:rPr>
        <w:t xml:space="preserve">, w </w:t>
      </w:r>
      <w:proofErr w:type="spellStart"/>
      <w:r>
        <w:rPr>
          <w:sz w:val="16"/>
        </w:rPr>
        <w:t>postaci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elektronicznej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opatrzonej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kwalifikowanym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podpisem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elektronicznym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podpisem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zaufanym</w:t>
      </w:r>
      <w:proofErr w:type="spellEnd"/>
      <w:r>
        <w:rPr>
          <w:sz w:val="16"/>
        </w:rPr>
        <w:t xml:space="preserve"> albo </w:t>
      </w:r>
      <w:proofErr w:type="spellStart"/>
      <w:r>
        <w:rPr>
          <w:sz w:val="16"/>
        </w:rPr>
        <w:t>podpisem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osobistym</w:t>
      </w:r>
      <w:proofErr w:type="spellEnd"/>
      <w:r>
        <w:rPr>
          <w:sz w:val="16"/>
        </w:rPr>
        <w:t>.</w:t>
      </w:r>
    </w:p>
    <w:sectPr w:rsidR="00874599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709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065FC" w14:textId="77777777" w:rsidR="00FD3BBD" w:rsidRDefault="00FD3BBD">
      <w:pPr>
        <w:spacing w:after="0"/>
      </w:pPr>
      <w:r>
        <w:separator/>
      </w:r>
    </w:p>
  </w:endnote>
  <w:endnote w:type="continuationSeparator" w:id="0">
    <w:p w14:paraId="270CD688" w14:textId="77777777" w:rsidR="00FD3BBD" w:rsidRDefault="00FD3B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785C" w14:textId="77777777" w:rsidR="004143BC" w:rsidRDefault="004143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3298" w14:textId="6931716D" w:rsidR="00874599" w:rsidRDefault="00000000">
    <w:pPr>
      <w:pStyle w:val="Stopka"/>
      <w:jc w:val="center"/>
    </w:pPr>
    <w:proofErr w:type="spellStart"/>
    <w:r>
      <w:rPr>
        <w:sz w:val="16"/>
      </w:rPr>
      <w:t>Załącznik</w:t>
    </w:r>
    <w:proofErr w:type="spellEnd"/>
    <w:r>
      <w:rPr>
        <w:sz w:val="16"/>
      </w:rPr>
      <w:t xml:space="preserve"> nr 7 do SWZ – SA.270.4.</w:t>
    </w:r>
    <w:r w:rsidR="004143BC">
      <w:rPr>
        <w:sz w:val="16"/>
      </w:rPr>
      <w:t>6</w:t>
    </w:r>
    <w:r>
      <w:rPr>
        <w:sz w:val="16"/>
      </w:rPr>
      <w:t>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4C9B6" w14:textId="77777777" w:rsidR="004143BC" w:rsidRDefault="00414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2F0C" w14:textId="77777777" w:rsidR="00FD3BBD" w:rsidRDefault="00FD3BBD">
      <w:pPr>
        <w:spacing w:after="0"/>
      </w:pPr>
      <w:r>
        <w:separator/>
      </w:r>
    </w:p>
  </w:footnote>
  <w:footnote w:type="continuationSeparator" w:id="0">
    <w:p w14:paraId="6C1FAC70" w14:textId="77777777" w:rsidR="00FD3BBD" w:rsidRDefault="00FD3B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98FF" w14:textId="77777777" w:rsidR="004143BC" w:rsidRDefault="004143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7F17" w14:textId="77777777" w:rsidR="004143BC" w:rsidRDefault="004143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D800" w14:textId="77777777" w:rsidR="004143BC" w:rsidRDefault="004143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9006306">
    <w:abstractNumId w:val="8"/>
  </w:num>
  <w:num w:numId="2" w16cid:durableId="1144157021">
    <w:abstractNumId w:val="6"/>
  </w:num>
  <w:num w:numId="3" w16cid:durableId="1569532049">
    <w:abstractNumId w:val="5"/>
  </w:num>
  <w:num w:numId="4" w16cid:durableId="1033001385">
    <w:abstractNumId w:val="4"/>
  </w:num>
  <w:num w:numId="5" w16cid:durableId="347370784">
    <w:abstractNumId w:val="7"/>
  </w:num>
  <w:num w:numId="6" w16cid:durableId="973292514">
    <w:abstractNumId w:val="3"/>
  </w:num>
  <w:num w:numId="7" w16cid:durableId="1508714990">
    <w:abstractNumId w:val="2"/>
  </w:num>
  <w:num w:numId="8" w16cid:durableId="506405276">
    <w:abstractNumId w:val="1"/>
  </w:num>
  <w:num w:numId="9" w16cid:durableId="158172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67CA"/>
    <w:rsid w:val="0029639D"/>
    <w:rsid w:val="002B4E6B"/>
    <w:rsid w:val="00326F90"/>
    <w:rsid w:val="00327B6B"/>
    <w:rsid w:val="003623A5"/>
    <w:rsid w:val="004143BC"/>
    <w:rsid w:val="004A354A"/>
    <w:rsid w:val="004B3306"/>
    <w:rsid w:val="005001F6"/>
    <w:rsid w:val="00573CFF"/>
    <w:rsid w:val="00675715"/>
    <w:rsid w:val="00874599"/>
    <w:rsid w:val="00A243CF"/>
    <w:rsid w:val="00AA1D8D"/>
    <w:rsid w:val="00B47730"/>
    <w:rsid w:val="00B8423A"/>
    <w:rsid w:val="00CB0664"/>
    <w:rsid w:val="00D416D2"/>
    <w:rsid w:val="00EE0884"/>
    <w:rsid w:val="00FC693F"/>
    <w:rsid w:val="00FD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45CC5"/>
  <w14:defaultImageDpi w14:val="300"/>
  <w15:docId w15:val="{C6C6341F-9B3B-417E-8182-2669F1DF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40" w:lineRule="auto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– Wykaz robót budowlanych</dc:title>
  <dc:subject>Postępowanie SA.270.4.5.2026</dc:subject>
  <dc:creator>Nadleśnictwo Cierpiszewo</dc:creator>
  <cp:keywords/>
  <dc:description>generated by python-docx</dc:description>
  <cp:lastModifiedBy>1226 N.Cierpiszewo Barbara Widlińska</cp:lastModifiedBy>
  <cp:revision>6</cp:revision>
  <dcterms:created xsi:type="dcterms:W3CDTF">2026-07-22T11:26:00Z</dcterms:created>
  <dcterms:modified xsi:type="dcterms:W3CDTF">2026-08-07T06:03:00Z</dcterms:modified>
  <cp:category/>
</cp:coreProperties>
</file>