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597322" w14:textId="241CAB49" w:rsidR="001E1387" w:rsidRPr="003B53C3" w:rsidRDefault="004C4EBC" w:rsidP="00CE4515">
      <w:pPr>
        <w:spacing w:after="0" w:line="240" w:lineRule="auto"/>
        <w:rPr>
          <w:rFonts w:cs="Arial"/>
          <w:sz w:val="20"/>
          <w:szCs w:val="20"/>
          <w:lang w:val="sk-SK"/>
        </w:rPr>
      </w:pPr>
      <w:r w:rsidRPr="003B53C3">
        <w:rPr>
          <w:rFonts w:cs="Arial"/>
          <w:b/>
          <w:sz w:val="20"/>
          <w:szCs w:val="20"/>
          <w:lang w:val="sk-SK"/>
        </w:rPr>
        <w:t xml:space="preserve">Príloha č. </w:t>
      </w:r>
      <w:r w:rsidR="00F94F84" w:rsidRPr="003B53C3">
        <w:rPr>
          <w:rFonts w:cs="Arial"/>
          <w:b/>
          <w:sz w:val="20"/>
          <w:szCs w:val="20"/>
          <w:lang w:val="sk-SK"/>
        </w:rPr>
        <w:t>1</w:t>
      </w:r>
    </w:p>
    <w:p w14:paraId="63A56024" w14:textId="77777777" w:rsidR="00CE4515" w:rsidRPr="003B53C3" w:rsidRDefault="00CE4515" w:rsidP="00C90A76">
      <w:pPr>
        <w:pStyle w:val="Nzov"/>
        <w:spacing w:after="0"/>
        <w:jc w:val="center"/>
        <w:rPr>
          <w:rFonts w:ascii="Arial" w:hAnsi="Arial" w:cs="Arial"/>
          <w:sz w:val="20"/>
          <w:szCs w:val="20"/>
          <w:lang w:val="sk-SK"/>
        </w:rPr>
      </w:pPr>
    </w:p>
    <w:p w14:paraId="62A2BA9D" w14:textId="616E6855" w:rsidR="001E1387" w:rsidRPr="003B53C3" w:rsidRDefault="004C4EBC" w:rsidP="00C90A76">
      <w:pPr>
        <w:pStyle w:val="Nzov"/>
        <w:spacing w:after="0"/>
        <w:jc w:val="center"/>
        <w:rPr>
          <w:rFonts w:ascii="Arial" w:hAnsi="Arial" w:cs="Arial"/>
          <w:sz w:val="32"/>
          <w:szCs w:val="32"/>
          <w:lang w:val="sk-SK"/>
        </w:rPr>
      </w:pPr>
      <w:r w:rsidRPr="003B53C3">
        <w:rPr>
          <w:lang w:val="sk-SK"/>
        </w:rPr>
        <w:t>NÁVRH NA PLNENIE KRITÉRIA NA VYHODNOTENIE PONÚK</w:t>
      </w:r>
    </w:p>
    <w:p w14:paraId="70C4C50B" w14:textId="77777777" w:rsidR="0046300C" w:rsidRPr="003B53C3" w:rsidRDefault="0046300C" w:rsidP="00C90A76">
      <w:pPr>
        <w:spacing w:after="0" w:line="240" w:lineRule="auto"/>
        <w:jc w:val="center"/>
        <w:rPr>
          <w:rFonts w:cs="Arial"/>
          <w:b/>
          <w:color w:val="365F91"/>
          <w:sz w:val="23"/>
          <w:lang w:val="sk-SK"/>
        </w:rPr>
      </w:pPr>
    </w:p>
    <w:p w14:paraId="17DDFC05" w14:textId="5DE33713" w:rsidR="001E1387" w:rsidRPr="003B53C3" w:rsidRDefault="004C4EBC" w:rsidP="00C90A76">
      <w:pPr>
        <w:spacing w:after="0" w:line="240" w:lineRule="auto"/>
        <w:jc w:val="center"/>
        <w:rPr>
          <w:rFonts w:cs="Arial"/>
          <w:b/>
          <w:color w:val="365F91"/>
          <w:sz w:val="24"/>
          <w:szCs w:val="24"/>
          <w:u w:val="single"/>
          <w:lang w:val="sk-SK"/>
        </w:rPr>
      </w:pPr>
      <w:r w:rsidRPr="003B53C3">
        <w:rPr>
          <w:lang w:val="sk-SK"/>
        </w:rPr>
        <w:t>ZÁVÄZNÝ CENOVÝ FORMULÁR – PONUKA DO OBSTARÁVANIA</w:t>
      </w:r>
    </w:p>
    <w:p w14:paraId="53081378" w14:textId="77777777" w:rsidR="00ED7796" w:rsidRPr="003B53C3" w:rsidRDefault="00ED7796" w:rsidP="00C90A76">
      <w:pPr>
        <w:spacing w:after="0" w:line="240" w:lineRule="auto"/>
        <w:jc w:val="center"/>
        <w:rPr>
          <w:rFonts w:cs="Arial"/>
          <w:b/>
          <w:color w:val="365F91"/>
          <w:sz w:val="16"/>
          <w:szCs w:val="16"/>
          <w:u w:val="single"/>
          <w:lang w:val="sk-SK"/>
        </w:rPr>
      </w:pPr>
    </w:p>
    <w:p w14:paraId="7C4DBC67" w14:textId="46B32D1E" w:rsidR="0030367E" w:rsidRPr="003B53C3" w:rsidRDefault="00136D44" w:rsidP="00475564">
      <w:pPr>
        <w:spacing w:after="0" w:line="240" w:lineRule="auto"/>
        <w:jc w:val="center"/>
        <w:rPr>
          <w:rFonts w:cs="Arial"/>
          <w:b/>
          <w:bCs/>
          <w:color w:val="365F91"/>
          <w:sz w:val="23"/>
          <w:lang w:val="sk-SK"/>
        </w:rPr>
      </w:pPr>
      <w:r w:rsidRPr="003B53C3">
        <w:rPr>
          <w:rFonts w:cs="Arial"/>
          <w:b/>
          <w:bCs/>
          <w:color w:val="365F91"/>
          <w:sz w:val="23"/>
          <w:lang w:val="sk-SK"/>
        </w:rPr>
        <w:t>Ozdravné opatrenia v lesoch Jasov - melioračné vápnenie</w:t>
      </w:r>
    </w:p>
    <w:p w14:paraId="628A0487" w14:textId="77777777" w:rsidR="00136D44" w:rsidRPr="003B53C3" w:rsidRDefault="00136D44" w:rsidP="00475564">
      <w:pPr>
        <w:spacing w:after="0" w:line="240" w:lineRule="auto"/>
        <w:jc w:val="center"/>
        <w:rPr>
          <w:rFonts w:cs="Arial"/>
          <w:b/>
          <w:bCs/>
          <w:color w:val="365F91"/>
          <w:sz w:val="16"/>
          <w:szCs w:val="16"/>
          <w:lang w:val="sk-SK"/>
        </w:rPr>
      </w:pPr>
    </w:p>
    <w:p w14:paraId="0E26AE48" w14:textId="77777777" w:rsidR="00475564" w:rsidRPr="003B53C3" w:rsidRDefault="00475564" w:rsidP="00475564">
      <w:pPr>
        <w:spacing w:after="0" w:line="240" w:lineRule="auto"/>
        <w:jc w:val="center"/>
        <w:rPr>
          <w:rFonts w:cs="Arial"/>
          <w:b/>
          <w:bCs/>
          <w:sz w:val="19"/>
          <w:szCs w:val="19"/>
          <w:lang w:val="sk-SK"/>
        </w:rPr>
      </w:pPr>
      <w:r w:rsidRPr="003B53C3">
        <w:rPr>
          <w:rFonts w:cs="Arial"/>
          <w:b/>
          <w:bCs/>
          <w:sz w:val="19"/>
          <w:szCs w:val="19"/>
          <w:lang w:val="sk-SK"/>
        </w:rPr>
        <w:t>Dodávka mletého dolomitu a realizácia jeho leteckej aplikácie v lesných porastoch vrátane všetkých manipulačných, logistických a súvisiacich činností</w:t>
      </w:r>
    </w:p>
    <w:p w14:paraId="1216156A" w14:textId="77777777" w:rsidR="001E1387" w:rsidRPr="003B53C3" w:rsidRDefault="004C4EBC" w:rsidP="00C90A76">
      <w:pPr>
        <w:pStyle w:val="Nadpis1"/>
        <w:spacing w:after="0" w:line="240" w:lineRule="auto"/>
        <w:rPr>
          <w:rFonts w:ascii="Arial" w:hAnsi="Arial" w:cs="Arial"/>
          <w:sz w:val="22"/>
          <w:szCs w:val="22"/>
          <w:lang w:val="sk-SK"/>
        </w:rPr>
      </w:pPr>
      <w:r w:rsidRPr="003B53C3">
        <w:rPr>
          <w:rFonts w:ascii="Arial" w:hAnsi="Arial" w:cs="Arial"/>
          <w:sz w:val="22"/>
          <w:szCs w:val="22"/>
          <w:lang w:val="sk-SK"/>
        </w:rPr>
        <w:t>1. Identifikácia obstarávateľa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4"/>
        <w:gridCol w:w="6916"/>
      </w:tblGrid>
      <w:tr w:rsidR="00691AE5" w:rsidRPr="003B53C3" w14:paraId="692E310A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44032B6" w14:textId="51FD1BCD" w:rsidR="00691AE5" w:rsidRPr="003B53C3" w:rsidRDefault="00691AE5" w:rsidP="00691AE5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sz w:val="19"/>
                <w:lang w:val="sk-SK"/>
              </w:rPr>
              <w:t>Obstarávateľ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DE65A97" w14:textId="04DF2DB4" w:rsidR="00691AE5" w:rsidRPr="003B53C3" w:rsidRDefault="00855A38" w:rsidP="00691AE5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sz w:val="19"/>
                <w:lang w:val="sk-SK"/>
              </w:rPr>
              <w:t>Lesy Jasov, s.r.o.</w:t>
            </w:r>
          </w:p>
        </w:tc>
      </w:tr>
      <w:tr w:rsidR="00691AE5" w:rsidRPr="003B53C3" w14:paraId="64FF56D6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C1C32D6" w14:textId="6BC0EA87" w:rsidR="00691AE5" w:rsidRPr="003B53C3" w:rsidRDefault="00691AE5" w:rsidP="00691AE5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sz w:val="19"/>
                <w:lang w:val="sk-SK"/>
              </w:rPr>
              <w:t>Sídlo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0D70C4A" w14:textId="7A4C49A4" w:rsidR="00691AE5" w:rsidRPr="003B53C3" w:rsidRDefault="009132F4" w:rsidP="00691AE5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sz w:val="19"/>
                <w:lang w:val="sk-SK"/>
              </w:rPr>
              <w:t>Podzámok 166/28 Jasov, 044 23 Jasov</w:t>
            </w:r>
          </w:p>
        </w:tc>
      </w:tr>
      <w:tr w:rsidR="00691AE5" w:rsidRPr="003B53C3" w14:paraId="68D38E96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2B3356C" w14:textId="5E08879D" w:rsidR="00691AE5" w:rsidRPr="003B53C3" w:rsidRDefault="00691AE5" w:rsidP="00691AE5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sz w:val="19"/>
                <w:lang w:val="sk-SK"/>
              </w:rPr>
              <w:t>IČO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015365F" w14:textId="3706F5F1" w:rsidR="00691AE5" w:rsidRPr="003B53C3" w:rsidRDefault="00CD279B" w:rsidP="00691AE5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sz w:val="19"/>
                <w:lang w:val="sk-SK"/>
              </w:rPr>
              <w:t>31695868</w:t>
            </w:r>
          </w:p>
        </w:tc>
      </w:tr>
      <w:tr w:rsidR="00691AE5" w:rsidRPr="003B53C3" w14:paraId="27262B2A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711F38D" w14:textId="245B8E0E" w:rsidR="00691AE5" w:rsidRPr="003B53C3" w:rsidRDefault="00691AE5" w:rsidP="00691AE5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sz w:val="19"/>
                <w:lang w:val="sk-SK"/>
              </w:rPr>
              <w:t>Projektová výzva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6B920A5" w14:textId="3B5FD37F" w:rsidR="00691AE5" w:rsidRPr="003B53C3" w:rsidRDefault="00691AE5" w:rsidP="00691AE5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sz w:val="19"/>
                <w:lang w:val="sk-SK"/>
              </w:rPr>
              <w:t>12/SP/2026-73.16 – Projekty ozdravných opatrení v lesoch</w:t>
            </w:r>
          </w:p>
        </w:tc>
      </w:tr>
    </w:tbl>
    <w:p w14:paraId="7E52C032" w14:textId="77777777" w:rsidR="001E1387" w:rsidRPr="003B53C3" w:rsidRDefault="004C4EBC" w:rsidP="00C90A76">
      <w:pPr>
        <w:pStyle w:val="Nadpis1"/>
        <w:spacing w:after="0" w:line="240" w:lineRule="auto"/>
        <w:rPr>
          <w:rFonts w:ascii="Arial" w:hAnsi="Arial" w:cs="Arial"/>
          <w:sz w:val="22"/>
          <w:szCs w:val="22"/>
          <w:lang w:val="sk-SK"/>
        </w:rPr>
      </w:pPr>
      <w:r w:rsidRPr="003B53C3">
        <w:rPr>
          <w:rFonts w:ascii="Arial" w:hAnsi="Arial" w:cs="Arial"/>
          <w:sz w:val="22"/>
          <w:szCs w:val="22"/>
          <w:lang w:val="sk-SK"/>
        </w:rPr>
        <w:t>2. Identifikačné údaje potenciálneho dodávateľa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834"/>
        <w:gridCol w:w="6916"/>
      </w:tblGrid>
      <w:tr w:rsidR="001E1387" w:rsidRPr="003B53C3" w14:paraId="181F0D4A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7A44B7B" w14:textId="77777777" w:rsidR="001E1387" w:rsidRPr="003B53C3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sz w:val="19"/>
                <w:lang w:val="sk-SK"/>
              </w:rPr>
              <w:t>Obchodné meno/názov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4F07758" w14:textId="77777777" w:rsidR="001E1387" w:rsidRPr="003B53C3" w:rsidRDefault="001E1387" w:rsidP="00C90A76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3B53C3" w14:paraId="1B442565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A4D8AB3" w14:textId="77777777" w:rsidR="001E1387" w:rsidRPr="003B53C3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sz w:val="19"/>
                <w:lang w:val="sk-SK"/>
              </w:rPr>
              <w:t>Sídlo/miesto podnikania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BCEE56C" w14:textId="77777777" w:rsidR="001E1387" w:rsidRPr="003B53C3" w:rsidRDefault="001E1387" w:rsidP="00C90A76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3B53C3" w14:paraId="5F43BE02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05B6045" w14:textId="77777777" w:rsidR="001E1387" w:rsidRPr="003B53C3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sz w:val="19"/>
                <w:lang w:val="sk-SK"/>
              </w:rPr>
              <w:t>IČO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C8902F7" w14:textId="77777777" w:rsidR="001E1387" w:rsidRPr="003B53C3" w:rsidRDefault="001E1387" w:rsidP="00C90A76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3B53C3" w14:paraId="622BF978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4DD2B5E" w14:textId="77777777" w:rsidR="001E1387" w:rsidRPr="003B53C3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sz w:val="19"/>
                <w:lang w:val="sk-SK"/>
              </w:rPr>
              <w:t>DIČ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3D58A6A" w14:textId="19F8E0DC" w:rsidR="001E1387" w:rsidRPr="003B53C3" w:rsidRDefault="001E1387" w:rsidP="00C90A76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3B53C3" w14:paraId="0E48EEA2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C0E5F43" w14:textId="77777777" w:rsidR="001E1387" w:rsidRPr="003B53C3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sz w:val="19"/>
                <w:lang w:val="sk-SK"/>
              </w:rPr>
              <w:t>IČ DPH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E69720B" w14:textId="77777777" w:rsidR="001E1387" w:rsidRPr="003B53C3" w:rsidRDefault="001E1387" w:rsidP="00C90A76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3B53C3" w14:paraId="2ABF09C2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EF78024" w14:textId="77777777" w:rsidR="001E1387" w:rsidRPr="003B53C3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sz w:val="19"/>
                <w:lang w:val="sk-SK"/>
              </w:rPr>
              <w:t>Štatutárny zástupca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7FB9CE7" w14:textId="77777777" w:rsidR="001E1387" w:rsidRPr="003B53C3" w:rsidRDefault="001E1387" w:rsidP="00C90A76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3B53C3" w14:paraId="184DC82F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DE62805" w14:textId="77777777" w:rsidR="001E1387" w:rsidRPr="003B53C3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sz w:val="19"/>
                <w:lang w:val="sk-SK"/>
              </w:rPr>
              <w:t>Kontaktná osoba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19A5223" w14:textId="77777777" w:rsidR="001E1387" w:rsidRPr="003B53C3" w:rsidRDefault="001E1387" w:rsidP="00C90A76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3B53C3" w14:paraId="04868D44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B0560C7" w14:textId="77777777" w:rsidR="001E1387" w:rsidRPr="003B53C3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sz w:val="19"/>
                <w:lang w:val="sk-SK"/>
              </w:rPr>
              <w:t>Telefón a e-mail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85EB65B" w14:textId="77777777" w:rsidR="001E1387" w:rsidRPr="003B53C3" w:rsidRDefault="001E1387" w:rsidP="00C90A76">
            <w:pPr>
              <w:spacing w:after="0" w:line="240" w:lineRule="auto"/>
              <w:rPr>
                <w:rFonts w:cs="Arial"/>
                <w:lang w:val="sk-SK"/>
              </w:rPr>
            </w:pPr>
          </w:p>
        </w:tc>
      </w:tr>
      <w:tr w:rsidR="001E1387" w:rsidRPr="003B53C3" w14:paraId="3122ED31" w14:textId="77777777">
        <w:trPr>
          <w:cantSplit/>
          <w:jc w:val="center"/>
        </w:trPr>
        <w:tc>
          <w:tcPr>
            <w:tcW w:w="2834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8E612C4" w14:textId="77777777" w:rsidR="001E1387" w:rsidRPr="003B53C3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sz w:val="19"/>
                <w:lang w:val="sk-SK"/>
              </w:rPr>
              <w:t>Postavenie voči DPH</w:t>
            </w:r>
          </w:p>
        </w:tc>
        <w:tc>
          <w:tcPr>
            <w:tcW w:w="691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D6AB15B" w14:textId="77777777" w:rsidR="001E1387" w:rsidRPr="003B53C3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ascii="Segoe UI Symbol" w:hAnsi="Segoe UI Symbol" w:cs="Segoe UI Symbol"/>
                <w:sz w:val="19"/>
                <w:lang w:val="sk-SK"/>
              </w:rPr>
              <w:t>☐</w:t>
            </w:r>
            <w:r w:rsidRPr="003B53C3">
              <w:rPr>
                <w:rFonts w:cs="Arial"/>
                <w:sz w:val="19"/>
                <w:lang w:val="sk-SK"/>
              </w:rPr>
              <w:t xml:space="preserve"> platiteľ DPH     </w:t>
            </w:r>
            <w:r w:rsidRPr="003B53C3">
              <w:rPr>
                <w:rFonts w:ascii="Segoe UI Symbol" w:hAnsi="Segoe UI Symbol" w:cs="Segoe UI Symbol"/>
                <w:sz w:val="19"/>
                <w:lang w:val="sk-SK"/>
              </w:rPr>
              <w:t>☐</w:t>
            </w:r>
            <w:r w:rsidRPr="003B53C3">
              <w:rPr>
                <w:rFonts w:cs="Arial"/>
                <w:sz w:val="19"/>
                <w:lang w:val="sk-SK"/>
              </w:rPr>
              <w:t xml:space="preserve"> neplatiteľ DPH</w:t>
            </w:r>
          </w:p>
        </w:tc>
      </w:tr>
    </w:tbl>
    <w:p w14:paraId="1D6072B5" w14:textId="77777777" w:rsidR="001E1387" w:rsidRPr="003B53C3" w:rsidRDefault="004C4EBC" w:rsidP="00C90A76">
      <w:pPr>
        <w:pStyle w:val="Nadpis1"/>
        <w:spacing w:after="0" w:line="240" w:lineRule="auto"/>
        <w:rPr>
          <w:rFonts w:ascii="Arial" w:hAnsi="Arial" w:cs="Arial"/>
          <w:sz w:val="22"/>
          <w:szCs w:val="22"/>
          <w:lang w:val="sk-SK"/>
        </w:rPr>
      </w:pPr>
      <w:r w:rsidRPr="003B53C3">
        <w:rPr>
          <w:rFonts w:ascii="Arial" w:hAnsi="Arial" w:cs="Arial"/>
          <w:sz w:val="22"/>
          <w:szCs w:val="22"/>
          <w:lang w:val="sk-SK"/>
        </w:rPr>
        <w:t>3. Cenový návrh</w:t>
      </w:r>
    </w:p>
    <w:p w14:paraId="181D4061" w14:textId="77777777" w:rsidR="001E1387" w:rsidRPr="003B53C3" w:rsidRDefault="004C4EBC" w:rsidP="00C90A76">
      <w:pPr>
        <w:spacing w:after="0" w:line="240" w:lineRule="auto"/>
        <w:rPr>
          <w:rFonts w:cs="Arial"/>
          <w:lang w:val="sk-SK"/>
        </w:rPr>
      </w:pPr>
      <w:r w:rsidRPr="003B53C3">
        <w:rPr>
          <w:lang w:val="sk-SK"/>
        </w:rPr>
        <w:t>Uchádzač predkladá záväzný cenový návrh za celý požadovaný rozsah predmetu zákazky podľa výzvy a jej príloh.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50"/>
        <w:gridCol w:w="3941"/>
        <w:gridCol w:w="566"/>
        <w:gridCol w:w="1021"/>
        <w:gridCol w:w="1699"/>
        <w:gridCol w:w="1870"/>
      </w:tblGrid>
      <w:tr w:rsidR="001E1387" w:rsidRPr="003B53C3" w14:paraId="299710C7" w14:textId="77777777" w:rsidTr="00E8048B">
        <w:trPr>
          <w:cantSplit/>
          <w:tblHeader/>
          <w:jc w:val="center"/>
        </w:trPr>
        <w:tc>
          <w:tcPr>
            <w:tcW w:w="65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53B8CAD" w14:textId="77777777" w:rsidR="001E1387" w:rsidRPr="003B53C3" w:rsidRDefault="004C4EBC" w:rsidP="00C90A76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color w:val="FFFFFF"/>
                <w:sz w:val="17"/>
                <w:lang w:val="sk-SK"/>
              </w:rPr>
              <w:t>P. č.</w:t>
            </w:r>
          </w:p>
        </w:tc>
        <w:tc>
          <w:tcPr>
            <w:tcW w:w="394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8908E9B" w14:textId="77777777" w:rsidR="001E1387" w:rsidRPr="003B53C3" w:rsidRDefault="004C4EBC" w:rsidP="00C90A76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color w:val="FFFFFF"/>
                <w:sz w:val="17"/>
                <w:lang w:val="sk-SK"/>
              </w:rPr>
              <w:t>Názov výkonu</w:t>
            </w:r>
          </w:p>
        </w:tc>
        <w:tc>
          <w:tcPr>
            <w:tcW w:w="56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CBBAE44" w14:textId="77777777" w:rsidR="001E1387" w:rsidRPr="003B53C3" w:rsidRDefault="004C4EBC" w:rsidP="00C90A76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color w:val="FFFFFF"/>
                <w:sz w:val="17"/>
                <w:lang w:val="sk-SK"/>
              </w:rPr>
              <w:t>MJ</w:t>
            </w:r>
          </w:p>
        </w:tc>
        <w:tc>
          <w:tcPr>
            <w:tcW w:w="102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7195E5C" w14:textId="77777777" w:rsidR="001E1387" w:rsidRPr="003B53C3" w:rsidRDefault="004C4EBC" w:rsidP="00C90A76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color w:val="FFFFFF"/>
                <w:sz w:val="17"/>
                <w:lang w:val="sk-SK"/>
              </w:rPr>
              <w:t>Množstvo</w:t>
            </w:r>
          </w:p>
        </w:tc>
        <w:tc>
          <w:tcPr>
            <w:tcW w:w="169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345F2C6" w14:textId="77777777" w:rsidR="001E1387" w:rsidRPr="003B53C3" w:rsidRDefault="004C4EBC" w:rsidP="00C90A76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color w:val="FFFFFF"/>
                <w:sz w:val="17"/>
                <w:lang w:val="sk-SK"/>
              </w:rPr>
              <w:t>Jednotková cena</w:t>
            </w:r>
            <w:r w:rsidRPr="003B53C3">
              <w:rPr>
                <w:rFonts w:cs="Arial"/>
                <w:b/>
                <w:color w:val="FFFFFF"/>
                <w:sz w:val="17"/>
                <w:lang w:val="sk-SK"/>
              </w:rPr>
              <w:br/>
              <w:t>EUR bez DPH/MJ</w:t>
            </w:r>
          </w:p>
        </w:tc>
        <w:tc>
          <w:tcPr>
            <w:tcW w:w="187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365F91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D7F5971" w14:textId="77777777" w:rsidR="001E1387" w:rsidRPr="003B53C3" w:rsidRDefault="004C4EBC" w:rsidP="00C90A76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color w:val="FFFFFF"/>
                <w:sz w:val="17"/>
                <w:lang w:val="sk-SK"/>
              </w:rPr>
              <w:t>Celková cena</w:t>
            </w:r>
            <w:r w:rsidRPr="003B53C3">
              <w:rPr>
                <w:rFonts w:cs="Arial"/>
                <w:b/>
                <w:color w:val="FFFFFF"/>
                <w:sz w:val="17"/>
                <w:lang w:val="sk-SK"/>
              </w:rPr>
              <w:br/>
              <w:t>EUR bez DPH</w:t>
            </w:r>
          </w:p>
        </w:tc>
      </w:tr>
      <w:tr w:rsidR="001E1387" w:rsidRPr="003B53C3" w14:paraId="0F2417C6" w14:textId="77777777" w:rsidTr="00E8048B">
        <w:trPr>
          <w:cantSplit/>
          <w:jc w:val="center"/>
        </w:trPr>
        <w:tc>
          <w:tcPr>
            <w:tcW w:w="65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36B7C22" w14:textId="77777777" w:rsidR="001E1387" w:rsidRPr="003B53C3" w:rsidRDefault="004C4EBC" w:rsidP="00C90A76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3B53C3">
              <w:rPr>
                <w:rFonts w:cs="Arial"/>
                <w:sz w:val="18"/>
                <w:lang w:val="sk-SK"/>
              </w:rPr>
              <w:t>1.</w:t>
            </w:r>
          </w:p>
        </w:tc>
        <w:tc>
          <w:tcPr>
            <w:tcW w:w="394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D85F605" w14:textId="6A9E5662" w:rsidR="001E1387" w:rsidRPr="003B53C3" w:rsidRDefault="00452B7A" w:rsidP="00EF4BEB">
            <w:pPr>
              <w:spacing w:after="0" w:line="240" w:lineRule="auto"/>
              <w:jc w:val="both"/>
              <w:rPr>
                <w:rFonts w:cs="Arial"/>
                <w:lang w:val="sk-SK"/>
              </w:rPr>
            </w:pPr>
            <w:r w:rsidRPr="003B53C3">
              <w:rPr>
                <w:rFonts w:cs="Arial"/>
                <w:sz w:val="18"/>
                <w:lang w:val="sk-SK"/>
              </w:rPr>
              <w:t>Dodávka</w:t>
            </w:r>
            <w:r w:rsidR="00145E75" w:rsidRPr="003B53C3">
              <w:rPr>
                <w:rFonts w:cs="Arial"/>
                <w:sz w:val="18"/>
                <w:lang w:val="sk-SK"/>
              </w:rPr>
              <w:t xml:space="preserve"> 2 392,35 t </w:t>
            </w:r>
            <w:r w:rsidRPr="003B53C3">
              <w:rPr>
                <w:rFonts w:cs="Arial"/>
                <w:sz w:val="18"/>
                <w:lang w:val="sk-SK"/>
              </w:rPr>
              <w:t xml:space="preserve">mletého dolomitu a realizácia jeho leteckej aplikácie na výmere </w:t>
            </w:r>
            <w:r w:rsidR="004E48CA" w:rsidRPr="003B53C3">
              <w:rPr>
                <w:rFonts w:cs="Arial"/>
                <w:sz w:val="18"/>
                <w:lang w:val="sk-SK"/>
              </w:rPr>
              <w:t xml:space="preserve">797,45 </w:t>
            </w:r>
            <w:r w:rsidRPr="003B53C3">
              <w:rPr>
                <w:rFonts w:cs="Arial"/>
                <w:sz w:val="18"/>
                <w:lang w:val="sk-SK"/>
              </w:rPr>
              <w:t>ha pri dávke 3 t/ha vrátane všetkých manipulačných, logistických a súvisiacich činností</w:t>
            </w:r>
          </w:p>
        </w:tc>
        <w:tc>
          <w:tcPr>
            <w:tcW w:w="566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73C1D92" w14:textId="77777777" w:rsidR="001E1387" w:rsidRPr="003B53C3" w:rsidRDefault="004C4EBC" w:rsidP="00C90A76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3B53C3">
              <w:rPr>
                <w:rFonts w:cs="Arial"/>
                <w:sz w:val="18"/>
                <w:lang w:val="sk-SK"/>
              </w:rPr>
              <w:t>ha</w:t>
            </w:r>
          </w:p>
        </w:tc>
        <w:tc>
          <w:tcPr>
            <w:tcW w:w="1021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8473856" w14:textId="73B790F2" w:rsidR="001E1387" w:rsidRPr="003B53C3" w:rsidRDefault="004E48CA" w:rsidP="00C90A76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  <w:r w:rsidRPr="003B53C3">
              <w:rPr>
                <w:rFonts w:cs="Arial"/>
                <w:sz w:val="18"/>
                <w:lang w:val="sk-SK"/>
              </w:rPr>
              <w:t>797,45</w:t>
            </w:r>
          </w:p>
        </w:tc>
        <w:tc>
          <w:tcPr>
            <w:tcW w:w="1699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F493454" w14:textId="77777777" w:rsidR="001E1387" w:rsidRPr="003B53C3" w:rsidRDefault="001E1387" w:rsidP="00C90A76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</w:p>
        </w:tc>
        <w:tc>
          <w:tcPr>
            <w:tcW w:w="1870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6694260" w14:textId="77777777" w:rsidR="001E1387" w:rsidRPr="003B53C3" w:rsidRDefault="001E1387" w:rsidP="00C90A76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</w:p>
        </w:tc>
      </w:tr>
    </w:tbl>
    <w:p w14:paraId="76B0B190" w14:textId="0B852CDE" w:rsidR="001E1387" w:rsidRPr="003B53C3" w:rsidRDefault="004C4EBC" w:rsidP="00174DBE">
      <w:pPr>
        <w:spacing w:before="60" w:after="0" w:line="240" w:lineRule="auto"/>
        <w:jc w:val="both"/>
        <w:rPr>
          <w:rFonts w:cs="Arial"/>
          <w:lang w:val="sk-SK"/>
        </w:rPr>
      </w:pPr>
      <w:r w:rsidRPr="003B53C3">
        <w:rPr>
          <w:lang w:val="sk-SK"/>
        </w:rPr>
        <w:t>Kontrolný výpočet: celková cena bez DPH = jednotková cena bez DPH za 1 ha × 797,45 ha. Údaje sa uvádzajú v EUR na dve desatinné miesta; pri odlišnosti súčin jednotkovej ceny a množstva bude uchádzač vyzvaný na vysvetlenie bez zmeny jednotkovej ceny.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6803"/>
        <w:gridCol w:w="2948"/>
      </w:tblGrid>
      <w:tr w:rsidR="001E1387" w:rsidRPr="003B53C3" w14:paraId="37CD27C8" w14:textId="77777777">
        <w:trPr>
          <w:cantSplit/>
          <w:jc w:val="center"/>
        </w:trPr>
        <w:tc>
          <w:tcPr>
            <w:tcW w:w="680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B4C6E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7398C8B6" w14:textId="77777777" w:rsidR="001E1387" w:rsidRPr="003B53C3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sz w:val="19"/>
                <w:lang w:val="sk-SK"/>
              </w:rPr>
              <w:t>Celková cena za celý predmet zákazky v EUR bez DPH</w:t>
            </w:r>
          </w:p>
        </w:tc>
        <w:tc>
          <w:tcPr>
            <w:tcW w:w="29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4758E16F" w14:textId="77777777" w:rsidR="001E1387" w:rsidRPr="003B53C3" w:rsidRDefault="001E1387" w:rsidP="00D65964">
            <w:pPr>
              <w:spacing w:after="0" w:line="240" w:lineRule="auto"/>
              <w:jc w:val="center"/>
              <w:rPr>
                <w:rFonts w:cs="Arial"/>
                <w:b/>
                <w:bCs/>
                <w:lang w:val="sk-SK"/>
              </w:rPr>
            </w:pPr>
          </w:p>
        </w:tc>
      </w:tr>
      <w:tr w:rsidR="001E1387" w:rsidRPr="003B53C3" w14:paraId="5A4D7A61" w14:textId="77777777">
        <w:trPr>
          <w:cantSplit/>
          <w:jc w:val="center"/>
        </w:trPr>
        <w:tc>
          <w:tcPr>
            <w:tcW w:w="680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47BEFEF" w14:textId="77777777" w:rsidR="001E1387" w:rsidRPr="003B53C3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sz w:val="19"/>
                <w:lang w:val="sk-SK"/>
              </w:rPr>
              <w:t>Sadzba DPH v %</w:t>
            </w:r>
          </w:p>
        </w:tc>
        <w:tc>
          <w:tcPr>
            <w:tcW w:w="29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31B07A38" w14:textId="77777777" w:rsidR="001E1387" w:rsidRPr="003B53C3" w:rsidRDefault="001E1387" w:rsidP="00D6596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</w:p>
        </w:tc>
      </w:tr>
      <w:tr w:rsidR="001E1387" w:rsidRPr="003B53C3" w14:paraId="7D539982" w14:textId="77777777">
        <w:trPr>
          <w:cantSplit/>
          <w:jc w:val="center"/>
        </w:trPr>
        <w:tc>
          <w:tcPr>
            <w:tcW w:w="680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D9EAF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695CB261" w14:textId="77777777" w:rsidR="001E1387" w:rsidRPr="003B53C3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sz w:val="19"/>
                <w:lang w:val="sk-SK"/>
              </w:rPr>
              <w:t>Výška DPH v EUR</w:t>
            </w:r>
          </w:p>
        </w:tc>
        <w:tc>
          <w:tcPr>
            <w:tcW w:w="29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24341698" w14:textId="77777777" w:rsidR="001E1387" w:rsidRPr="003B53C3" w:rsidRDefault="001E1387" w:rsidP="00D65964">
            <w:pPr>
              <w:spacing w:after="0" w:line="240" w:lineRule="auto"/>
              <w:jc w:val="center"/>
              <w:rPr>
                <w:rFonts w:cs="Arial"/>
                <w:lang w:val="sk-SK"/>
              </w:rPr>
            </w:pPr>
          </w:p>
        </w:tc>
      </w:tr>
      <w:tr w:rsidR="001E1387" w:rsidRPr="003B53C3" w14:paraId="7660DFE3" w14:textId="77777777">
        <w:trPr>
          <w:cantSplit/>
          <w:jc w:val="center"/>
        </w:trPr>
        <w:tc>
          <w:tcPr>
            <w:tcW w:w="6803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B4C6E7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B351DB2" w14:textId="77777777" w:rsidR="001E1387" w:rsidRPr="003B53C3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b/>
                <w:sz w:val="19"/>
                <w:lang w:val="sk-SK"/>
              </w:rPr>
              <w:t>Celková cena za celý predmet zákazky v EUR s DPH</w:t>
            </w:r>
          </w:p>
        </w:tc>
        <w:tc>
          <w:tcPr>
            <w:tcW w:w="2948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shd w:val="clear" w:color="auto" w:fill="FFF2CC"/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0FC0E6BF" w14:textId="77777777" w:rsidR="001E1387" w:rsidRPr="003B53C3" w:rsidRDefault="001E1387" w:rsidP="00D65964">
            <w:pPr>
              <w:spacing w:after="0" w:line="240" w:lineRule="auto"/>
              <w:jc w:val="center"/>
              <w:rPr>
                <w:rFonts w:cs="Arial"/>
                <w:b/>
                <w:bCs/>
                <w:lang w:val="sk-SK"/>
              </w:rPr>
            </w:pPr>
          </w:p>
        </w:tc>
      </w:tr>
    </w:tbl>
    <w:p w14:paraId="2EDB19C7" w14:textId="77777777" w:rsidR="006C2C37" w:rsidRDefault="006C2C37" w:rsidP="003B078A">
      <w:pPr>
        <w:spacing w:before="120" w:after="0" w:line="240" w:lineRule="auto"/>
        <w:jc w:val="both"/>
        <w:rPr>
          <w:lang w:val="sk-SK"/>
        </w:rPr>
      </w:pPr>
    </w:p>
    <w:p w14:paraId="7CD33DDB" w14:textId="77777777" w:rsidR="006C2C37" w:rsidRDefault="006C2C37" w:rsidP="006C2C37">
      <w:pPr>
        <w:spacing w:after="0" w:line="240" w:lineRule="auto"/>
        <w:jc w:val="both"/>
        <w:rPr>
          <w:lang w:val="sk-SK"/>
        </w:rPr>
      </w:pPr>
    </w:p>
    <w:p w14:paraId="44BF18A3" w14:textId="2678A15D" w:rsidR="00EF4BEB" w:rsidRPr="003B53C3" w:rsidRDefault="004C4EBC" w:rsidP="003B078A">
      <w:pPr>
        <w:spacing w:before="120" w:after="0" w:line="240" w:lineRule="auto"/>
        <w:jc w:val="both"/>
        <w:rPr>
          <w:rFonts w:cs="Arial"/>
          <w:lang w:val="sk-SK"/>
        </w:rPr>
      </w:pPr>
      <w:r w:rsidRPr="003B53C3">
        <w:rPr>
          <w:lang w:val="sk-SK"/>
        </w:rPr>
        <w:t>Kritérium na vyhodnotenie ponúk: najnižšia celková cena za celý predmet zákazky v EUR bez DPH. Rozhodujúci je údaj v tabuľke „Celková cena za celý predmet zákazky v EUR bez DPH“; podľa neho sa zostaví poradie ponúk.</w:t>
      </w:r>
    </w:p>
    <w:p w14:paraId="4A37E2E4" w14:textId="77777777" w:rsidR="001E1387" w:rsidRPr="003B53C3" w:rsidRDefault="004C4EBC" w:rsidP="00C90A76">
      <w:pPr>
        <w:pStyle w:val="Nadpis1"/>
        <w:spacing w:after="0" w:line="240" w:lineRule="auto"/>
        <w:rPr>
          <w:rFonts w:ascii="Arial" w:hAnsi="Arial" w:cs="Arial"/>
          <w:sz w:val="22"/>
          <w:szCs w:val="22"/>
          <w:lang w:val="sk-SK"/>
        </w:rPr>
      </w:pPr>
      <w:r w:rsidRPr="003B53C3">
        <w:rPr>
          <w:lang w:val="sk-SK"/>
        </w:rPr>
        <w:t>4. Vyhlásenie uchádzača</w:t>
      </w:r>
    </w:p>
    <w:p w14:paraId="5D08153A" w14:textId="488130F1" w:rsidR="001E1387" w:rsidRPr="003B53C3" w:rsidRDefault="004C4EBC" w:rsidP="001E0833">
      <w:pPr>
        <w:pStyle w:val="Zoznamsodrkami"/>
        <w:spacing w:after="0" w:line="240" w:lineRule="auto"/>
        <w:ind w:left="369" w:hanging="170"/>
        <w:jc w:val="both"/>
        <w:rPr>
          <w:rFonts w:cs="Arial"/>
          <w:lang w:val="sk-SK"/>
        </w:rPr>
      </w:pPr>
      <w:r w:rsidRPr="003B53C3">
        <w:rPr>
          <w:rFonts w:cs="Arial"/>
          <w:lang w:val="sk-SK"/>
        </w:rPr>
        <w:t>Uvedená cena je stanovená</w:t>
      </w:r>
      <w:r w:rsidR="00E53818" w:rsidRPr="003B53C3">
        <w:rPr>
          <w:rFonts w:cs="Arial"/>
          <w:lang w:val="sk-SK"/>
        </w:rPr>
        <w:t xml:space="preserve"> v </w:t>
      </w:r>
      <w:r w:rsidRPr="003B53C3">
        <w:rPr>
          <w:rFonts w:cs="Arial"/>
          <w:lang w:val="sk-SK"/>
        </w:rPr>
        <w:t>EUR a zahŕňa všetky náklady potrebné na riadne a úplné splnenie predmetu zákazky podľa výzvy a jej príloh.</w:t>
      </w:r>
    </w:p>
    <w:p w14:paraId="1A232817" w14:textId="07245623" w:rsidR="001E1387" w:rsidRPr="003B53C3" w:rsidRDefault="004C4EBC" w:rsidP="001E0833">
      <w:pPr>
        <w:pStyle w:val="Zoznamsodrkami"/>
        <w:spacing w:after="0" w:line="240" w:lineRule="auto"/>
        <w:ind w:left="369" w:hanging="170"/>
        <w:jc w:val="both"/>
        <w:rPr>
          <w:rFonts w:cs="Arial"/>
          <w:lang w:val="sk-SK"/>
        </w:rPr>
      </w:pPr>
      <w:r w:rsidRPr="003B53C3">
        <w:rPr>
          <w:rFonts w:cs="Arial"/>
          <w:lang w:val="sk-SK"/>
        </w:rPr>
        <w:t xml:space="preserve">Cena zahŕňa najmä dodávku a dopravu </w:t>
      </w:r>
      <w:r w:rsidR="00145E75" w:rsidRPr="003B53C3">
        <w:rPr>
          <w:rFonts w:cs="Arial"/>
          <w:b/>
          <w:bCs/>
          <w:lang w:val="sk-SK"/>
        </w:rPr>
        <w:t xml:space="preserve">2 392,35 t </w:t>
      </w:r>
      <w:r w:rsidR="005D31B6" w:rsidRPr="003B53C3">
        <w:rPr>
          <w:rFonts w:cs="Arial"/>
          <w:b/>
          <w:bCs/>
          <w:lang w:val="sk-SK"/>
        </w:rPr>
        <w:t>mletého dolomitu</w:t>
      </w:r>
      <w:r w:rsidRPr="003B53C3">
        <w:rPr>
          <w:rFonts w:cs="Arial"/>
          <w:lang w:val="sk-SK"/>
        </w:rPr>
        <w:t>, skladovanie a manipuláciu, nakládku do leteckej techniky, zabezpečenie leteckej techniky a posádky, leteckú aplikáciu, všetky logistické, pomocné a súvisiace činnosti a vyhotovenie požadovaných záznamov a dokladov.</w:t>
      </w:r>
    </w:p>
    <w:p w14:paraId="51C5C1E9" w14:textId="67FC7643" w:rsidR="001E1387" w:rsidRPr="003B53C3" w:rsidRDefault="004C4EBC" w:rsidP="001E0833">
      <w:pPr>
        <w:pStyle w:val="Zoznamsodrkami"/>
        <w:spacing w:after="0" w:line="240" w:lineRule="auto"/>
        <w:ind w:left="369" w:hanging="170"/>
        <w:jc w:val="both"/>
        <w:rPr>
          <w:rFonts w:cs="Arial"/>
          <w:lang w:val="sk-SK"/>
        </w:rPr>
      </w:pPr>
      <w:r w:rsidRPr="003B53C3">
        <w:rPr>
          <w:rFonts w:cs="Arial"/>
          <w:lang w:val="sk-SK"/>
        </w:rPr>
        <w:t xml:space="preserve">Cenový návrh sa vzťahuje na výmeru </w:t>
      </w:r>
      <w:r w:rsidR="004E48CA" w:rsidRPr="003B53C3">
        <w:rPr>
          <w:rFonts w:cs="Arial"/>
          <w:b/>
          <w:bCs/>
          <w:lang w:val="sk-SK"/>
        </w:rPr>
        <w:t xml:space="preserve">797,45 ha </w:t>
      </w:r>
      <w:r w:rsidRPr="003B53C3">
        <w:rPr>
          <w:rFonts w:cs="Arial"/>
          <w:lang w:val="sk-SK"/>
        </w:rPr>
        <w:t>pri p</w:t>
      </w:r>
      <w:r w:rsidR="00A14104" w:rsidRPr="003B53C3">
        <w:rPr>
          <w:rFonts w:cs="Arial"/>
          <w:lang w:val="sk-SK"/>
        </w:rPr>
        <w:t>ožadovane</w:t>
      </w:r>
      <w:r w:rsidRPr="003B53C3">
        <w:rPr>
          <w:rFonts w:cs="Arial"/>
          <w:lang w:val="sk-SK"/>
        </w:rPr>
        <w:t>j dávke 3 t/ha.</w:t>
      </w:r>
    </w:p>
    <w:p w14:paraId="58E82738" w14:textId="77777777" w:rsidR="002443ED" w:rsidRPr="002443ED" w:rsidRDefault="002443ED" w:rsidP="001E0833">
      <w:pPr>
        <w:pStyle w:val="Zoznamsodrkami"/>
        <w:spacing w:after="0" w:line="240" w:lineRule="auto"/>
        <w:ind w:left="369" w:hanging="170"/>
        <w:jc w:val="both"/>
        <w:rPr>
          <w:rFonts w:cs="Arial"/>
          <w:lang w:val="sk-SK"/>
        </w:rPr>
      </w:pPr>
      <w:r w:rsidRPr="002443ED">
        <w:rPr>
          <w:lang w:val="sk-SK"/>
        </w:rPr>
        <w:t>Potvrdzujem správnosť uvedených údajov a záväznosť predloženej cenovej ponuky.</w:t>
      </w:r>
    </w:p>
    <w:p w14:paraId="480224CF" w14:textId="1B3199DB" w:rsidR="001E1387" w:rsidRPr="003B53C3" w:rsidRDefault="004C4EBC" w:rsidP="001E0833">
      <w:pPr>
        <w:pStyle w:val="Zoznamsodrkami"/>
        <w:spacing w:after="0" w:line="240" w:lineRule="auto"/>
        <w:ind w:left="369" w:hanging="170"/>
        <w:jc w:val="both"/>
        <w:rPr>
          <w:rFonts w:cs="Arial"/>
          <w:lang w:val="sk-SK"/>
        </w:rPr>
      </w:pPr>
      <w:r w:rsidRPr="003B53C3">
        <w:rPr>
          <w:lang w:val="sk-SK"/>
        </w:rPr>
        <w:t>Uchádzač berie na vedomie, že tento formulár tvorí súčasť jeho záväznej ponuky do obstarávania. Po úspešnom vyhodnotení sa ponúknutá cena premietne do zmluvy.</w:t>
      </w:r>
    </w:p>
    <w:p w14:paraId="1A43BD87" w14:textId="77777777" w:rsidR="001E0833" w:rsidRPr="003B53C3" w:rsidRDefault="001E0833" w:rsidP="001E0833">
      <w:pPr>
        <w:pStyle w:val="Zoznamsodrkami"/>
        <w:numPr>
          <w:ilvl w:val="0"/>
          <w:numId w:val="0"/>
        </w:numPr>
        <w:spacing w:after="0" w:line="240" w:lineRule="auto"/>
        <w:ind w:left="360" w:hanging="360"/>
        <w:jc w:val="both"/>
        <w:rPr>
          <w:rFonts w:cs="Arial"/>
          <w:lang w:val="sk-SK"/>
        </w:rPr>
      </w:pPr>
    </w:p>
    <w:p w14:paraId="00E6BB2E" w14:textId="77777777" w:rsidR="001E0833" w:rsidRPr="003B53C3" w:rsidRDefault="001E0833" w:rsidP="001E0833">
      <w:pPr>
        <w:pStyle w:val="Zoznamsodrkami"/>
        <w:numPr>
          <w:ilvl w:val="0"/>
          <w:numId w:val="0"/>
        </w:numPr>
        <w:spacing w:after="0" w:line="240" w:lineRule="auto"/>
        <w:ind w:left="360" w:hanging="360"/>
        <w:jc w:val="both"/>
        <w:rPr>
          <w:rFonts w:cs="Arial"/>
          <w:lang w:val="sk-SK"/>
        </w:rPr>
      </w:pPr>
    </w:p>
    <w:p w14:paraId="154AFF1B" w14:textId="195B0C2F" w:rsidR="001E1387" w:rsidRPr="003B53C3" w:rsidRDefault="004C4EBC" w:rsidP="00C90A76">
      <w:pPr>
        <w:spacing w:before="160" w:after="0" w:line="240" w:lineRule="auto"/>
        <w:rPr>
          <w:rFonts w:cs="Arial"/>
          <w:lang w:val="sk-SK"/>
        </w:rPr>
      </w:pPr>
      <w:r w:rsidRPr="003B53C3">
        <w:rPr>
          <w:rFonts w:cs="Arial"/>
          <w:lang w:val="sk-SK"/>
        </w:rPr>
        <w:t>V ........................................</w:t>
      </w:r>
      <w:r w:rsidR="00C53BC1" w:rsidRPr="003B53C3">
        <w:rPr>
          <w:rFonts w:cs="Arial"/>
          <w:lang w:val="sk-SK"/>
        </w:rPr>
        <w:t>,</w:t>
      </w:r>
      <w:r w:rsidRPr="003B53C3">
        <w:rPr>
          <w:rFonts w:cs="Arial"/>
          <w:lang w:val="sk-SK"/>
        </w:rPr>
        <w:t xml:space="preserve"> dňa ......</w:t>
      </w:r>
      <w:r w:rsidR="004611CE" w:rsidRPr="003B53C3">
        <w:rPr>
          <w:rFonts w:cs="Arial"/>
          <w:lang w:val="sk-SK"/>
        </w:rPr>
        <w:t>...</w:t>
      </w:r>
      <w:r w:rsidRPr="003B53C3">
        <w:rPr>
          <w:rFonts w:cs="Arial"/>
          <w:lang w:val="sk-SK"/>
        </w:rPr>
        <w:t>..</w:t>
      </w:r>
      <w:r w:rsidR="00C53BC1" w:rsidRPr="003B53C3">
        <w:rPr>
          <w:rFonts w:cs="Arial"/>
          <w:lang w:val="sk-SK"/>
        </w:rPr>
        <w:t>. .</w:t>
      </w:r>
    </w:p>
    <w:p w14:paraId="7524F605" w14:textId="77777777" w:rsidR="004611CE" w:rsidRPr="003B53C3" w:rsidRDefault="004611CE" w:rsidP="00C90A76">
      <w:pPr>
        <w:spacing w:after="0" w:line="240" w:lineRule="auto"/>
        <w:rPr>
          <w:rFonts w:cs="Arial"/>
          <w:lang w:val="sk-SK"/>
        </w:rPr>
      </w:pPr>
    </w:p>
    <w:p w14:paraId="7929637B" w14:textId="54EF232A" w:rsidR="001E1387" w:rsidRPr="003B53C3" w:rsidRDefault="004C4EBC" w:rsidP="00C90A76">
      <w:pPr>
        <w:spacing w:after="0" w:line="240" w:lineRule="auto"/>
        <w:rPr>
          <w:rFonts w:cs="Arial"/>
          <w:lang w:val="sk-SK"/>
        </w:rPr>
      </w:pPr>
      <w:r w:rsidRPr="003B53C3">
        <w:rPr>
          <w:rFonts w:cs="Arial"/>
          <w:lang w:val="sk-SK"/>
        </w:rPr>
        <w:br/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4875"/>
        <w:gridCol w:w="4875"/>
      </w:tblGrid>
      <w:tr w:rsidR="001E1387" w:rsidRPr="003B53C3" w14:paraId="2BBAF203" w14:textId="77777777">
        <w:trPr>
          <w:cantSplit/>
          <w:jc w:val="center"/>
        </w:trPr>
        <w:tc>
          <w:tcPr>
            <w:tcW w:w="487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1BC040C1" w14:textId="77777777" w:rsidR="006A50E1" w:rsidRPr="003B53C3" w:rsidRDefault="004C4EBC" w:rsidP="00C90A76">
            <w:pPr>
              <w:spacing w:after="0" w:line="240" w:lineRule="auto"/>
              <w:rPr>
                <w:rFonts w:cs="Arial"/>
                <w:sz w:val="19"/>
                <w:lang w:val="sk-SK"/>
              </w:rPr>
            </w:pPr>
            <w:r w:rsidRPr="003B53C3">
              <w:rPr>
                <w:rFonts w:cs="Arial"/>
                <w:sz w:val="19"/>
                <w:u w:val="single"/>
                <w:lang w:val="sk-SK"/>
              </w:rPr>
              <w:t>Vypracoval</w:t>
            </w:r>
            <w:r w:rsidRPr="003B53C3">
              <w:rPr>
                <w:rFonts w:cs="Arial"/>
                <w:sz w:val="19"/>
                <w:lang w:val="sk-SK"/>
              </w:rPr>
              <w:t>:</w:t>
            </w:r>
            <w:r w:rsidRPr="003B53C3">
              <w:rPr>
                <w:rFonts w:cs="Arial"/>
                <w:sz w:val="19"/>
                <w:lang w:val="sk-SK"/>
              </w:rPr>
              <w:br/>
            </w:r>
          </w:p>
          <w:p w14:paraId="0F01F617" w14:textId="1B4E091C" w:rsidR="006A50E1" w:rsidRPr="003B53C3" w:rsidRDefault="004C4EBC" w:rsidP="00C90A76">
            <w:pPr>
              <w:spacing w:after="0" w:line="240" w:lineRule="auto"/>
              <w:rPr>
                <w:rFonts w:cs="Arial"/>
                <w:sz w:val="19"/>
                <w:lang w:val="sk-SK"/>
              </w:rPr>
            </w:pPr>
            <w:r w:rsidRPr="003B53C3">
              <w:rPr>
                <w:rFonts w:cs="Arial"/>
                <w:sz w:val="19"/>
                <w:lang w:val="sk-SK"/>
              </w:rPr>
              <w:br/>
              <w:t>Meno a priezvisko: ................................................</w:t>
            </w:r>
          </w:p>
          <w:p w14:paraId="19242938" w14:textId="77777777" w:rsidR="006A50E1" w:rsidRPr="003B53C3" w:rsidRDefault="006A50E1" w:rsidP="00C90A76">
            <w:pPr>
              <w:spacing w:after="0" w:line="240" w:lineRule="auto"/>
              <w:rPr>
                <w:rFonts w:cs="Arial"/>
                <w:sz w:val="19"/>
                <w:lang w:val="sk-SK"/>
              </w:rPr>
            </w:pPr>
          </w:p>
          <w:p w14:paraId="43DA5A1F" w14:textId="2EEEC5B9" w:rsidR="001E1387" w:rsidRPr="003B53C3" w:rsidRDefault="004C4EBC" w:rsidP="00C90A76">
            <w:pPr>
              <w:spacing w:after="0" w:line="240" w:lineRule="auto"/>
              <w:rPr>
                <w:rFonts w:cs="Arial"/>
                <w:lang w:val="sk-SK"/>
              </w:rPr>
            </w:pPr>
            <w:r w:rsidRPr="003B53C3">
              <w:rPr>
                <w:rFonts w:cs="Arial"/>
                <w:sz w:val="19"/>
                <w:lang w:val="sk-SK"/>
              </w:rPr>
              <w:br/>
              <w:t>Funkcia: ................................................................</w:t>
            </w:r>
          </w:p>
        </w:tc>
        <w:tc>
          <w:tcPr>
            <w:tcW w:w="4875" w:type="dxa"/>
            <w:tcBorders>
              <w:top w:val="single" w:sz="6" w:space="0" w:color="A6A6A6"/>
              <w:left w:val="single" w:sz="6" w:space="0" w:color="A6A6A6"/>
              <w:bottom w:val="single" w:sz="6" w:space="0" w:color="A6A6A6"/>
              <w:right w:val="single" w:sz="6" w:space="0" w:color="A6A6A6"/>
            </w:tcBorders>
            <w:tcMar>
              <w:top w:w="95" w:type="dxa"/>
              <w:left w:w="110" w:type="dxa"/>
              <w:bottom w:w="95" w:type="dxa"/>
              <w:right w:w="110" w:type="dxa"/>
            </w:tcMar>
            <w:vAlign w:val="center"/>
          </w:tcPr>
          <w:p w14:paraId="555C1891" w14:textId="77777777" w:rsidR="00181F52" w:rsidRPr="003B53C3" w:rsidRDefault="0028003E">
            <w:pPr>
              <w:rPr>
                <w:lang w:val="sk-SK"/>
              </w:rPr>
            </w:pPr>
            <w:r w:rsidRPr="003B53C3">
              <w:rPr>
                <w:lang w:val="sk-SK"/>
              </w:rPr>
              <w:t>Za uchádzača:</w:t>
            </w:r>
            <w:r w:rsidRPr="003B53C3">
              <w:rPr>
                <w:lang w:val="sk-SK"/>
              </w:rPr>
              <w:br/>
            </w:r>
            <w:r w:rsidRPr="003B53C3">
              <w:rPr>
                <w:lang w:val="sk-SK"/>
              </w:rPr>
              <w:br/>
              <w:t>................................................</w:t>
            </w:r>
            <w:r w:rsidRPr="003B53C3">
              <w:rPr>
                <w:lang w:val="sk-SK"/>
              </w:rPr>
              <w:br/>
              <w:t>podpis osoby oprávnenej konať</w:t>
            </w:r>
            <w:r w:rsidRPr="003B53C3">
              <w:rPr>
                <w:lang w:val="sk-SK"/>
              </w:rPr>
              <w:br/>
              <w:t>(meno, priezvisko a funkcia; pečiatka, ak sa používa)</w:t>
            </w:r>
          </w:p>
        </w:tc>
      </w:tr>
    </w:tbl>
    <w:p w14:paraId="5F252FEA" w14:textId="77777777" w:rsidR="006207A0" w:rsidRPr="003B53C3" w:rsidRDefault="006207A0" w:rsidP="00C90A76">
      <w:pPr>
        <w:spacing w:after="0" w:line="240" w:lineRule="auto"/>
        <w:rPr>
          <w:rFonts w:cs="Arial"/>
          <w:lang w:val="sk-SK"/>
        </w:rPr>
      </w:pPr>
    </w:p>
    <w:sectPr w:rsidR="006207A0" w:rsidRPr="003B53C3" w:rsidSect="00034616">
      <w:footerReference w:type="default" r:id="rId8"/>
      <w:pgSz w:w="11906" w:h="16838"/>
      <w:pgMar w:top="964" w:right="1020" w:bottom="907" w:left="1020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DED166" w14:textId="77777777" w:rsidR="00B57867" w:rsidRDefault="00B57867">
      <w:pPr>
        <w:spacing w:after="0" w:line="240" w:lineRule="auto"/>
      </w:pPr>
      <w:r>
        <w:separator/>
      </w:r>
    </w:p>
  </w:endnote>
  <w:endnote w:type="continuationSeparator" w:id="0">
    <w:p w14:paraId="00B95AAB" w14:textId="77777777" w:rsidR="00B57867" w:rsidRDefault="00B578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notTrueType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4493F" w14:textId="5D16D7C6" w:rsidR="001E1387" w:rsidRPr="00C90A76" w:rsidRDefault="008926B4">
    <w:pPr>
      <w:pStyle w:val="Pta"/>
      <w:jc w:val="center"/>
      <w:rPr>
        <w:lang w:val="sk-SK"/>
      </w:rPr>
    </w:pPr>
    <w:r>
      <w:rPr>
        <w:color w:val="6E6E6E"/>
        <w:sz w:val="16"/>
        <w:lang w:val="sk-SK"/>
      </w:rPr>
      <w:t>Lesy Jasov, s.r.o.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C6E7BC" w14:textId="77777777" w:rsidR="00B57867" w:rsidRDefault="00B57867">
      <w:pPr>
        <w:spacing w:after="0" w:line="240" w:lineRule="auto"/>
      </w:pPr>
      <w:r>
        <w:separator/>
      </w:r>
    </w:p>
  </w:footnote>
  <w:footnote w:type="continuationSeparator" w:id="0">
    <w:p w14:paraId="1B069837" w14:textId="77777777" w:rsidR="00B57867" w:rsidRDefault="00B5786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lovanzoznam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lovanzoznam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Zoznamsodrka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Zoznamsodrka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lovanzoznam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Zoznamsodrka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14815322">
    <w:abstractNumId w:val="8"/>
  </w:num>
  <w:num w:numId="2" w16cid:durableId="1198736083">
    <w:abstractNumId w:val="6"/>
  </w:num>
  <w:num w:numId="3" w16cid:durableId="2006204934">
    <w:abstractNumId w:val="5"/>
  </w:num>
  <w:num w:numId="4" w16cid:durableId="591864321">
    <w:abstractNumId w:val="4"/>
  </w:num>
  <w:num w:numId="5" w16cid:durableId="1060905327">
    <w:abstractNumId w:val="7"/>
  </w:num>
  <w:num w:numId="6" w16cid:durableId="1428228885">
    <w:abstractNumId w:val="3"/>
  </w:num>
  <w:num w:numId="7" w16cid:durableId="1555307834">
    <w:abstractNumId w:val="2"/>
  </w:num>
  <w:num w:numId="8" w16cid:durableId="1645769280">
    <w:abstractNumId w:val="1"/>
  </w:num>
  <w:num w:numId="9" w16cid:durableId="160094219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734E"/>
    <w:rsid w:val="000218FA"/>
    <w:rsid w:val="00031A43"/>
    <w:rsid w:val="00034616"/>
    <w:rsid w:val="000542F8"/>
    <w:rsid w:val="0006063C"/>
    <w:rsid w:val="00071A59"/>
    <w:rsid w:val="000F2E5F"/>
    <w:rsid w:val="00136D44"/>
    <w:rsid w:val="00145E75"/>
    <w:rsid w:val="0015074B"/>
    <w:rsid w:val="00174DBE"/>
    <w:rsid w:val="00181F52"/>
    <w:rsid w:val="001B0FB3"/>
    <w:rsid w:val="001C46BD"/>
    <w:rsid w:val="001E0833"/>
    <w:rsid w:val="001E1387"/>
    <w:rsid w:val="002443ED"/>
    <w:rsid w:val="0028003E"/>
    <w:rsid w:val="0029639D"/>
    <w:rsid w:val="0030367E"/>
    <w:rsid w:val="00326F90"/>
    <w:rsid w:val="003614B5"/>
    <w:rsid w:val="0039338D"/>
    <w:rsid w:val="003A13C1"/>
    <w:rsid w:val="003A426F"/>
    <w:rsid w:val="003A4D30"/>
    <w:rsid w:val="003B078A"/>
    <w:rsid w:val="003B53C3"/>
    <w:rsid w:val="003C63FC"/>
    <w:rsid w:val="00452B7A"/>
    <w:rsid w:val="004611CE"/>
    <w:rsid w:val="0046300C"/>
    <w:rsid w:val="00475564"/>
    <w:rsid w:val="00482FA6"/>
    <w:rsid w:val="004C129E"/>
    <w:rsid w:val="004C4EBC"/>
    <w:rsid w:val="004E48CA"/>
    <w:rsid w:val="004E591C"/>
    <w:rsid w:val="00516E12"/>
    <w:rsid w:val="005C20B5"/>
    <w:rsid w:val="005D31B6"/>
    <w:rsid w:val="00604822"/>
    <w:rsid w:val="006204C6"/>
    <w:rsid w:val="006207A0"/>
    <w:rsid w:val="006225CE"/>
    <w:rsid w:val="00645078"/>
    <w:rsid w:val="006809BF"/>
    <w:rsid w:val="00691AE5"/>
    <w:rsid w:val="0069697F"/>
    <w:rsid w:val="006A50E1"/>
    <w:rsid w:val="006C21E5"/>
    <w:rsid w:val="006C2C37"/>
    <w:rsid w:val="006D1374"/>
    <w:rsid w:val="007E798E"/>
    <w:rsid w:val="008426D8"/>
    <w:rsid w:val="00855A38"/>
    <w:rsid w:val="00885AB0"/>
    <w:rsid w:val="008926B4"/>
    <w:rsid w:val="009021EB"/>
    <w:rsid w:val="009132F4"/>
    <w:rsid w:val="0098487C"/>
    <w:rsid w:val="00991DEE"/>
    <w:rsid w:val="009A3BC8"/>
    <w:rsid w:val="009B029D"/>
    <w:rsid w:val="009E2A05"/>
    <w:rsid w:val="00A14104"/>
    <w:rsid w:val="00A21275"/>
    <w:rsid w:val="00A24FAB"/>
    <w:rsid w:val="00A669CF"/>
    <w:rsid w:val="00A977B4"/>
    <w:rsid w:val="00AA1D8D"/>
    <w:rsid w:val="00AC7A84"/>
    <w:rsid w:val="00B47730"/>
    <w:rsid w:val="00B57867"/>
    <w:rsid w:val="00B831F0"/>
    <w:rsid w:val="00B85FD6"/>
    <w:rsid w:val="00BD120C"/>
    <w:rsid w:val="00C17BA6"/>
    <w:rsid w:val="00C53BC1"/>
    <w:rsid w:val="00C90A76"/>
    <w:rsid w:val="00C96DC5"/>
    <w:rsid w:val="00CB0664"/>
    <w:rsid w:val="00CD279B"/>
    <w:rsid w:val="00CE4515"/>
    <w:rsid w:val="00CF08E3"/>
    <w:rsid w:val="00D051A3"/>
    <w:rsid w:val="00D65964"/>
    <w:rsid w:val="00DE5F67"/>
    <w:rsid w:val="00DE63A5"/>
    <w:rsid w:val="00E53818"/>
    <w:rsid w:val="00E8048B"/>
    <w:rsid w:val="00EA7FB4"/>
    <w:rsid w:val="00EB3389"/>
    <w:rsid w:val="00EC1102"/>
    <w:rsid w:val="00ED7796"/>
    <w:rsid w:val="00EF4BEB"/>
    <w:rsid w:val="00F42166"/>
    <w:rsid w:val="00F94F84"/>
    <w:rsid w:val="00FC12D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4062061"/>
  <w14:defaultImageDpi w14:val="300"/>
  <w15:docId w15:val="{8693FE9E-DD78-4B2A-8F8F-D6CF1751F2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C693F"/>
    <w:pPr>
      <w:spacing w:after="100" w:line="259" w:lineRule="auto"/>
    </w:pPr>
    <w:rPr>
      <w:rFonts w:ascii="Arial" w:hAnsi="Arial"/>
      <w:sz w:val="21"/>
    </w:rPr>
  </w:style>
  <w:style w:type="paragraph" w:styleId="Nadpis1">
    <w:name w:val="heading 1"/>
    <w:basedOn w:val="Normlny"/>
    <w:next w:val="Normlny"/>
    <w:link w:val="Nadpis1Char"/>
    <w:uiPriority w:val="9"/>
    <w:qFormat/>
    <w:rsid w:val="00FC693F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17365D"/>
      <w:sz w:val="25"/>
      <w:szCs w:val="28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E618BF"/>
  </w:style>
  <w:style w:type="paragraph" w:styleId="Pta">
    <w:name w:val="footer"/>
    <w:basedOn w:val="Normlny"/>
    <w:link w:val="Pta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E618BF"/>
  </w:style>
  <w:style w:type="paragraph" w:styleId="Bezriadkovania">
    <w:name w:val="No Spacing"/>
    <w:uiPriority w:val="1"/>
    <w:qFormat/>
    <w:rsid w:val="00FC693F"/>
    <w:pPr>
      <w:spacing w:after="0" w:line="240" w:lineRule="auto"/>
    </w:pPr>
  </w:style>
  <w:style w:type="character" w:customStyle="1" w:styleId="Nadpis1Char">
    <w:name w:val="Nadpis 1 Char"/>
    <w:basedOn w:val="Predvolenpsmoodseku"/>
    <w:link w:val="Nadpis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dpis2Char">
    <w:name w:val="Nadpis 2 Char"/>
    <w:basedOn w:val="Predvolenpsmoodseku"/>
    <w:link w:val="Nadpis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dpis3Char">
    <w:name w:val="Nadpis 3 Char"/>
    <w:basedOn w:val="Predvolenpsmoodseku"/>
    <w:link w:val="Nadpis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zov">
    <w:name w:val="Title"/>
    <w:basedOn w:val="Normlny"/>
    <w:next w:val="Normlny"/>
    <w:link w:val="NzovChar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/>
      <w:b/>
      <w:color w:val="17365D"/>
      <w:spacing w:val="5"/>
      <w:kern w:val="28"/>
      <w:sz w:val="34"/>
      <w:szCs w:val="52"/>
    </w:rPr>
  </w:style>
  <w:style w:type="character" w:customStyle="1" w:styleId="NzovChar">
    <w:name w:val="Názov Char"/>
    <w:basedOn w:val="Predvolenpsmoodseku"/>
    <w:link w:val="Nzov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Odsekzoznamu">
    <w:name w:val="List Paragraph"/>
    <w:basedOn w:val="Normlny"/>
    <w:uiPriority w:val="34"/>
    <w:qFormat/>
    <w:rsid w:val="00FC693F"/>
    <w:pPr>
      <w:ind w:left="720"/>
      <w:contextualSpacing/>
    </w:pPr>
  </w:style>
  <w:style w:type="paragraph" w:styleId="Zkladntext">
    <w:name w:val="Body Text"/>
    <w:basedOn w:val="Normlny"/>
    <w:link w:val="ZkladntextChar"/>
    <w:uiPriority w:val="99"/>
    <w:unhideWhenUsed/>
    <w:rsid w:val="00AA1D8D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rsid w:val="00AA1D8D"/>
  </w:style>
  <w:style w:type="paragraph" w:styleId="Zkladntext2">
    <w:name w:val="Body Text 2"/>
    <w:basedOn w:val="Normlny"/>
    <w:link w:val="Zkladntext2Char"/>
    <w:uiPriority w:val="99"/>
    <w:unhideWhenUsed/>
    <w:rsid w:val="00AA1D8D"/>
    <w:pPr>
      <w:spacing w:after="120" w:line="480" w:lineRule="auto"/>
    </w:pPr>
  </w:style>
  <w:style w:type="character" w:customStyle="1" w:styleId="Zkladntext2Char">
    <w:name w:val="Základný text 2 Char"/>
    <w:basedOn w:val="Predvolenpsmoodseku"/>
    <w:link w:val="Zkladntext2"/>
    <w:uiPriority w:val="99"/>
    <w:rsid w:val="00AA1D8D"/>
  </w:style>
  <w:style w:type="paragraph" w:styleId="Zkladntext3">
    <w:name w:val="Body Text 3"/>
    <w:basedOn w:val="Normlny"/>
    <w:link w:val="Zkladn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Zkladntext3Char">
    <w:name w:val="Základný text 3 Char"/>
    <w:basedOn w:val="Predvolenpsmoodseku"/>
    <w:link w:val="Zkladntext3"/>
    <w:uiPriority w:val="99"/>
    <w:rsid w:val="00AA1D8D"/>
    <w:rPr>
      <w:sz w:val="16"/>
      <w:szCs w:val="16"/>
    </w:rPr>
  </w:style>
  <w:style w:type="paragraph" w:styleId="Zoznam">
    <w:name w:val="List"/>
    <w:basedOn w:val="Normlny"/>
    <w:uiPriority w:val="99"/>
    <w:unhideWhenUsed/>
    <w:rsid w:val="00AA1D8D"/>
    <w:pPr>
      <w:ind w:left="360" w:hanging="360"/>
      <w:contextualSpacing/>
    </w:pPr>
  </w:style>
  <w:style w:type="paragraph" w:styleId="Zoznam2">
    <w:name w:val="List 2"/>
    <w:basedOn w:val="Normlny"/>
    <w:uiPriority w:val="99"/>
    <w:unhideWhenUsed/>
    <w:rsid w:val="00326F90"/>
    <w:pPr>
      <w:ind w:left="720" w:hanging="360"/>
      <w:contextualSpacing/>
    </w:pPr>
  </w:style>
  <w:style w:type="paragraph" w:styleId="Zoznam3">
    <w:name w:val="List 3"/>
    <w:basedOn w:val="Normlny"/>
    <w:uiPriority w:val="99"/>
    <w:unhideWhenUsed/>
    <w:rsid w:val="00326F90"/>
    <w:pPr>
      <w:ind w:left="1080" w:hanging="360"/>
      <w:contextualSpacing/>
    </w:pPr>
  </w:style>
  <w:style w:type="paragraph" w:styleId="Zoznamsodrkami">
    <w:name w:val="List Bullet"/>
    <w:basedOn w:val="Normlny"/>
    <w:uiPriority w:val="99"/>
    <w:unhideWhenUsed/>
    <w:rsid w:val="00326F90"/>
    <w:pPr>
      <w:numPr>
        <w:numId w:val="1"/>
      </w:numPr>
      <w:contextualSpacing/>
    </w:pPr>
  </w:style>
  <w:style w:type="paragraph" w:styleId="Zoznamsodrkami2">
    <w:name w:val="List Bullet 2"/>
    <w:basedOn w:val="Normlny"/>
    <w:uiPriority w:val="99"/>
    <w:unhideWhenUsed/>
    <w:rsid w:val="00326F90"/>
    <w:pPr>
      <w:numPr>
        <w:numId w:val="2"/>
      </w:numPr>
      <w:contextualSpacing/>
    </w:pPr>
  </w:style>
  <w:style w:type="paragraph" w:styleId="Zoznamsodrkami3">
    <w:name w:val="List Bullet 3"/>
    <w:basedOn w:val="Normlny"/>
    <w:uiPriority w:val="99"/>
    <w:unhideWhenUsed/>
    <w:rsid w:val="00326F90"/>
    <w:pPr>
      <w:numPr>
        <w:numId w:val="3"/>
      </w:numPr>
      <w:contextualSpacing/>
    </w:pPr>
  </w:style>
  <w:style w:type="paragraph" w:styleId="slovanzoznam">
    <w:name w:val="List Number"/>
    <w:basedOn w:val="Normlny"/>
    <w:uiPriority w:val="99"/>
    <w:unhideWhenUsed/>
    <w:rsid w:val="00326F90"/>
    <w:pPr>
      <w:numPr>
        <w:numId w:val="5"/>
      </w:numPr>
      <w:contextualSpacing/>
    </w:pPr>
  </w:style>
  <w:style w:type="paragraph" w:styleId="slovanzoznam2">
    <w:name w:val="List Number 2"/>
    <w:basedOn w:val="Normlny"/>
    <w:uiPriority w:val="99"/>
    <w:unhideWhenUsed/>
    <w:rsid w:val="0029639D"/>
    <w:pPr>
      <w:numPr>
        <w:numId w:val="6"/>
      </w:numPr>
      <w:contextualSpacing/>
    </w:pPr>
  </w:style>
  <w:style w:type="paragraph" w:styleId="slovanzoznam3">
    <w:name w:val="List Number 3"/>
    <w:basedOn w:val="Normlny"/>
    <w:uiPriority w:val="99"/>
    <w:unhideWhenUsed/>
    <w:rsid w:val="0029639D"/>
    <w:pPr>
      <w:numPr>
        <w:numId w:val="7"/>
      </w:numPr>
      <w:contextualSpacing/>
    </w:pPr>
  </w:style>
  <w:style w:type="paragraph" w:styleId="Pokraovaniezoznamu">
    <w:name w:val="List Continue"/>
    <w:basedOn w:val="Normlny"/>
    <w:uiPriority w:val="99"/>
    <w:unhideWhenUsed/>
    <w:rsid w:val="0029639D"/>
    <w:pPr>
      <w:spacing w:after="120"/>
      <w:ind w:left="360"/>
      <w:contextualSpacing/>
    </w:pPr>
  </w:style>
  <w:style w:type="paragraph" w:styleId="Pokraovaniezoznamu2">
    <w:name w:val="List Continue 2"/>
    <w:basedOn w:val="Normlny"/>
    <w:uiPriority w:val="99"/>
    <w:unhideWhenUsed/>
    <w:rsid w:val="0029639D"/>
    <w:pPr>
      <w:spacing w:after="120"/>
      <w:ind w:left="720"/>
      <w:contextualSpacing/>
    </w:pPr>
  </w:style>
  <w:style w:type="paragraph" w:styleId="Pokraovaniezoznamu3">
    <w:name w:val="List Continue 3"/>
    <w:basedOn w:val="Normlny"/>
    <w:uiPriority w:val="99"/>
    <w:unhideWhenUsed/>
    <w:rsid w:val="0029639D"/>
    <w:pPr>
      <w:spacing w:after="120"/>
      <w:ind w:left="1080"/>
      <w:contextualSpacing/>
    </w:pPr>
  </w:style>
  <w:style w:type="paragraph" w:styleId="Textmakra">
    <w:name w:val="macro"/>
    <w:link w:val="Textmakra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kraChar">
    <w:name w:val="Text makra Char"/>
    <w:basedOn w:val="Predvolenpsmoodseku"/>
    <w:link w:val="Textmakra"/>
    <w:uiPriority w:val="99"/>
    <w:rsid w:val="0029639D"/>
    <w:rPr>
      <w:rFonts w:ascii="Courier" w:hAnsi="Courier"/>
      <w:sz w:val="20"/>
      <w:szCs w:val="20"/>
    </w:rPr>
  </w:style>
  <w:style w:type="paragraph" w:styleId="Citcia">
    <w:name w:val="Quote"/>
    <w:basedOn w:val="Normlny"/>
    <w:next w:val="Normlny"/>
    <w:link w:val="CitciaChar"/>
    <w:uiPriority w:val="29"/>
    <w:qFormat/>
    <w:rsid w:val="00FC693F"/>
    <w:rPr>
      <w:i/>
      <w:iCs/>
      <w:color w:val="000000" w:themeColor="text1"/>
    </w:rPr>
  </w:style>
  <w:style w:type="character" w:customStyle="1" w:styleId="CitciaChar">
    <w:name w:val="Citácia Char"/>
    <w:basedOn w:val="Predvolenpsmoodseku"/>
    <w:link w:val="Citcia"/>
    <w:uiPriority w:val="29"/>
    <w:rsid w:val="00FC693F"/>
    <w:rPr>
      <w:i/>
      <w:iCs/>
      <w:color w:val="000000" w:themeColor="text1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Popis">
    <w:name w:val="caption"/>
    <w:basedOn w:val="Normlny"/>
    <w:next w:val="Normlny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Vrazn">
    <w:name w:val="Strong"/>
    <w:basedOn w:val="Predvolenpsmoodseku"/>
    <w:uiPriority w:val="22"/>
    <w:qFormat/>
    <w:rsid w:val="00FC693F"/>
    <w:rPr>
      <w:b/>
      <w:bCs/>
    </w:rPr>
  </w:style>
  <w:style w:type="character" w:styleId="Zvraznenie">
    <w:name w:val="Emphasis"/>
    <w:basedOn w:val="Predvolenpsmoodseku"/>
    <w:uiPriority w:val="20"/>
    <w:qFormat/>
    <w:rsid w:val="00FC693F"/>
    <w:rPr>
      <w:i/>
      <w:iCs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FC693F"/>
    <w:rPr>
      <w:b/>
      <w:bCs/>
      <w:i/>
      <w:iCs/>
      <w:color w:val="4F81BD" w:themeColor="accent1"/>
    </w:rPr>
  </w:style>
  <w:style w:type="character" w:styleId="Jemnzvraznenie">
    <w:name w:val="Subtle Emphasis"/>
    <w:basedOn w:val="Predvolenpsmoodseku"/>
    <w:uiPriority w:val="19"/>
    <w:qFormat/>
    <w:rsid w:val="00FC693F"/>
    <w:rPr>
      <w:i/>
      <w:iCs/>
      <w:color w:val="808080" w:themeColor="text1" w:themeTint="7F"/>
    </w:rPr>
  </w:style>
  <w:style w:type="character" w:styleId="Intenzvnezvraznenie">
    <w:name w:val="Intense Emphasis"/>
    <w:basedOn w:val="Predvolenpsmoodseku"/>
    <w:uiPriority w:val="21"/>
    <w:qFormat/>
    <w:rsid w:val="00FC693F"/>
    <w:rPr>
      <w:b/>
      <w:bCs/>
      <w:i/>
      <w:iCs/>
      <w:color w:val="4F81BD" w:themeColor="accent1"/>
    </w:rPr>
  </w:style>
  <w:style w:type="character" w:styleId="Jemnodkaz">
    <w:name w:val="Subtle Reference"/>
    <w:basedOn w:val="Predvolenpsmoodseku"/>
    <w:uiPriority w:val="31"/>
    <w:qFormat/>
    <w:rsid w:val="00FC693F"/>
    <w:rPr>
      <w:smallCaps/>
      <w:color w:val="C0504D" w:themeColor="accent2"/>
      <w:u w:val="single"/>
    </w:rPr>
  </w:style>
  <w:style w:type="character" w:styleId="Zvraznenodkaz">
    <w:name w:val="Intense Reference"/>
    <w:basedOn w:val="Predvolenpsmoodseku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Nzovknihy">
    <w:name w:val="Book Title"/>
    <w:basedOn w:val="Predvolenpsmoodseku"/>
    <w:uiPriority w:val="33"/>
    <w:qFormat/>
    <w:rsid w:val="00FC693F"/>
    <w:rPr>
      <w:b/>
      <w:bCs/>
      <w:smallCaps/>
      <w:spacing w:val="5"/>
    </w:rPr>
  </w:style>
  <w:style w:type="paragraph" w:styleId="Hlavikaobsahu">
    <w:name w:val="TOC Heading"/>
    <w:basedOn w:val="Nadpis1"/>
    <w:next w:val="Normlny"/>
    <w:uiPriority w:val="39"/>
    <w:semiHidden/>
    <w:unhideWhenUsed/>
    <w:qFormat/>
    <w:rsid w:val="00FC693F"/>
    <w:pPr>
      <w:outlineLvl w:val="9"/>
    </w:pPr>
  </w:style>
  <w:style w:type="table" w:styleId="Mriekatabuky">
    <w:name w:val="Table Grid"/>
    <w:basedOn w:val="Normlnatabuka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etlpodfarbenie">
    <w:name w:val="Light Shading"/>
    <w:basedOn w:val="Normlnatabuka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vetlpodfarbeniezvraznenie1">
    <w:name w:val="Light Shading Accent 1"/>
    <w:basedOn w:val="Normlnatabuka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etlpodfarbeniezvraznenie2">
    <w:name w:val="Light Shading Accent 2"/>
    <w:basedOn w:val="Normlnatabuka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vetlpodfarbeniezvraznenie3">
    <w:name w:val="Light Shading Accent 3"/>
    <w:basedOn w:val="Normlnatabuka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vetlpodfarbeniezvraznenie4">
    <w:name w:val="Light Shading Accent 4"/>
    <w:basedOn w:val="Normlnatabuka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vetlpodfarbeniezvraznenie5">
    <w:name w:val="Light Shading Accent 5"/>
    <w:basedOn w:val="Normlnatabuka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vetlpodfarbeniezvraznenie6">
    <w:name w:val="Light Shading Accent 6"/>
    <w:basedOn w:val="Normlnatabuka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Svetlzoznam">
    <w:name w:val="Light List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Svetlzoznamzvraznenie1">
    <w:name w:val="Light List Accent 1"/>
    <w:basedOn w:val="Normlnatabuka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vetlzoznamzvraznenie2">
    <w:name w:val="Light List Accent 2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Svetlzoznamzvraznenie3">
    <w:name w:val="Light List Accent 3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Svetlzoznamzvraznenie4">
    <w:name w:val="Light List Accent 4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Svetlzoznamzvraznenie5">
    <w:name w:val="Light List Accent 5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Svetlzoznamzvraznenie6">
    <w:name w:val="Light List Accent 6"/>
    <w:basedOn w:val="Normlnatabuka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Svetlmrieka">
    <w:name w:val="Light Grid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Svetlmriekazvraznenie1">
    <w:name w:val="Light Grid Accent 1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etlmriekazvraznenie2">
    <w:name w:val="Light Grid Accent 2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Svetlmriekazvraznenie3">
    <w:name w:val="Light Grid Accent 3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Svetlmriekazvraznenie4">
    <w:name w:val="Light Grid Accent 4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Svetlmriekazvraznenie5">
    <w:name w:val="Light Grid Accent 5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Svetlmriekazvraznenie6">
    <w:name w:val="Light Grid Accent 6"/>
    <w:basedOn w:val="Normlnatabuka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trednpodfarbenie1">
    <w:name w:val="Medium Shading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1">
    <w:name w:val="Medium Shading 1 Accent 1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2">
    <w:name w:val="Medium Shading 1 Accent 2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3">
    <w:name w:val="Medium Shading 1 Accent 3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4">
    <w:name w:val="Medium Shading 1 Accent 4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1zvraznenie5">
    <w:name w:val="Medium Shading 1 Accent 5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Farebnpodfarbenie1zvraznenie6">
    <w:name w:val="Medium Shading 1 Accent 6"/>
    <w:basedOn w:val="Normlnatabuka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trednpodfarbenie2">
    <w:name w:val="Medium Shading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1">
    <w:name w:val="Medium Shading 2 Accent 1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2">
    <w:name w:val="Medium Shading 2 Accent 2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3">
    <w:name w:val="Medium Shading 2 Accent 3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4">
    <w:name w:val="Medium Shading 2 Accent 4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podfarbenie2zvraznenie5">
    <w:name w:val="Medium Shading 2 Accent 5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Farebnpodfarbenie2zvraznenie6">
    <w:name w:val="Medium Shading 2 Accent 6"/>
    <w:basedOn w:val="Normlnatabuka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trednzoznam1">
    <w:name w:val="Medium Lis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Strednzoznam1zvraznenie1">
    <w:name w:val="Medium List 1 Accent 1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Strednzoznam1zvraznenie2">
    <w:name w:val="Medium List 1 Accent 2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Strednzoznam1zvraznenie3">
    <w:name w:val="Medium List 1 Accent 3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Strednzoznam1zvraznenie4">
    <w:name w:val="Medium List 1 Accent 4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Strednzoznam1zvraznenie5">
    <w:name w:val="Medium List 1 Accent 5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Strednzoznam1zvraznenie6">
    <w:name w:val="Medium List 1 Accent 6"/>
    <w:basedOn w:val="Normlnatabuka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Strednzoznam2">
    <w:name w:val="Medium Lis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1">
    <w:name w:val="Medium List 2 Accent 1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2">
    <w:name w:val="Medium List 2 Accent 2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3">
    <w:name w:val="Medium List 2 Accent 3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4">
    <w:name w:val="Medium List 2 Accent 4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5">
    <w:name w:val="Medium List 2 Accent 5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zoznam2zvraznenie6">
    <w:name w:val="Medium List 2 Accent 6"/>
    <w:basedOn w:val="Normlnatabuka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Strednmrieka1">
    <w:name w:val="Medium Grid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trednmrieka1zvraznenie1">
    <w:name w:val="Medium Grid 1 Accent 1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trednmrieka1zvraznenie2">
    <w:name w:val="Medium Grid 1 Accent 2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trednmrieka1zvraznenie3">
    <w:name w:val="Medium Grid 1 Accent 3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trednmrieka1zvraznenie4">
    <w:name w:val="Medium Grid 1 Accent 4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trednmrieka1zvraznenie5">
    <w:name w:val="Medium Grid 1 Accent 5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trednmrieka1zvraznenie6">
    <w:name w:val="Medium Grid 1 Accent 6"/>
    <w:basedOn w:val="Normlnatabuka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Strednmrieka2">
    <w:name w:val="Medium Grid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1">
    <w:name w:val="Medium Grid 2 Accent 1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2">
    <w:name w:val="Medium Grid 2 Accent 2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3">
    <w:name w:val="Medium Grid 2 Accent 3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4">
    <w:name w:val="Medium Grid 2 Accent 4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5">
    <w:name w:val="Medium Grid 2 Accent 5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2zvraznenie6">
    <w:name w:val="Medium Grid 2 Accent 6"/>
    <w:basedOn w:val="Normlnatabuka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Strednmrieka3">
    <w:name w:val="Medium Grid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Strednmrieka3zvraznenie1">
    <w:name w:val="Medium Grid 3 Accent 1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Strednmrieka3zvraznenie2">
    <w:name w:val="Medium Grid 3 Accent 2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Strednmrieka3zvraznenie3">
    <w:name w:val="Medium Grid 3 Accent 3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Strednmrieka3zvraznenie4">
    <w:name w:val="Medium Grid 3 Accent 4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Strednmrieka3zvraznenie5">
    <w:name w:val="Medium Grid 3 Accent 5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Strednmrieka3zvraznenie6">
    <w:name w:val="Medium Grid 3 Accent 6"/>
    <w:basedOn w:val="Normlnatabuka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Tmavzoznam">
    <w:name w:val="Dark List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Tmavzoznamzvraznenie1">
    <w:name w:val="Dark List Accent 1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Tmavzoznamzvraznenie2">
    <w:name w:val="Dark List Accent 2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Tmavzoznamzvraznenie3">
    <w:name w:val="Dark List Accent 3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Tmavzoznamzvraznenie4">
    <w:name w:val="Dark List Accent 4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Tmavzoznamzvraznenie5">
    <w:name w:val="Dark List Accent 5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Tmavzoznamzvraznenie6">
    <w:name w:val="Dark List Accent 6"/>
    <w:basedOn w:val="Normlnatabuka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ebnpodfarbenie">
    <w:name w:val="Colorful Shading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1">
    <w:name w:val="Colorful Shading Accent 1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2">
    <w:name w:val="Colorful Shading Accent 2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3">
    <w:name w:val="Colorful Shading Accent 3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podfarbeniezvraznenie4">
    <w:name w:val="Colorful Shading Accent 4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5">
    <w:name w:val="Colorful Shading Accent 5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podfarbeniezvraznenie6">
    <w:name w:val="Colorful Shading Accent 6"/>
    <w:basedOn w:val="Normlnatabuka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ebnzoznam">
    <w:name w:val="Colorful List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ebnzoznamzvraznenie1">
    <w:name w:val="Colorful List Accent 1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ebnzoznamzvraznenie2">
    <w:name w:val="Colorful List Accent 2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ebnzoznamzvraznenie3">
    <w:name w:val="Colorful List Accent 3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ebnzoznamzvraznenie4">
    <w:name w:val="Colorful List Accent 4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ebnzoznamzvraznenie5">
    <w:name w:val="Colorful List Accent 5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ebnzoznamzvraznenie6">
    <w:name w:val="Colorful List Accent 6"/>
    <w:basedOn w:val="Normlnatabuka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ebnmrieka">
    <w:name w:val="Colorful Grid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ebnmriekazvraznenie1">
    <w:name w:val="Colorful Grid Accent 1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ebnmriekazvraznenie2">
    <w:name w:val="Colorful Grid Accent 2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ebnmriekazvraznenie3">
    <w:name w:val="Colorful Grid Accent 3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ebnmriekazvraznenie4">
    <w:name w:val="Colorful Grid Accent 4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ebnmriekazvraznenie5">
    <w:name w:val="Colorful Grid Accent 5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ebnmriekazvraznenie6">
    <w:name w:val="Colorful Grid Accent 6"/>
    <w:basedOn w:val="Normlnatabuka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431</Words>
  <Characters>2460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2886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keywords/>
  <cp:lastModifiedBy>Anton Bernacký</cp:lastModifiedBy>
  <cp:revision>3</cp:revision>
  <dcterms:created xsi:type="dcterms:W3CDTF">2013-12-23T23:15:00Z</dcterms:created>
  <dcterms:modified xsi:type="dcterms:W3CDTF">2026-09-29T09:18:00Z</dcterms:modified>
  <cp:category/>
</cp:coreProperties>
</file>